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80" w:line="278" w:lineRule="auto"/>
        <w:jc w:val="right"/>
        <w:keepNext w:val="0"/>
        <w:bidi/>
      </w:pPr>
      <w:r>
        <w:rPr>
          <w:rFonts w:ascii="Arial" w:hAnsi="Arial" w:cs="Arial"/>
          <w:b w:val="0"/>
          <w:sz w:val="20"/>
          <w:rtl/>
        </w:rPr>
      </w:r>
    </w:p>
    <w:p>
      <w:pPr>
        <w:spacing w:before="0" w:after="200" w:line="278" w:lineRule="auto"/>
        <w:jc w:val="center"/>
        <w:keepNext w:val="0"/>
        <w:bidi/>
      </w:pPr>
      <w:r>
        <w:rPr>
          <w:rFonts w:ascii="Arial" w:hAnsi="Arial" w:cs="Arial"/>
          <w:b/>
          <w:color w:val="084C61"/>
          <w:sz w:val="50"/>
          <w:rtl/>
        </w:rPr>
        <w:t>نموذج المقترحات والشكاوى</w:t>
      </w:r>
    </w:p>
    <w:p>
      <w:pPr>
        <w:spacing w:before="0" w:after="480" w:line="278" w:lineRule="auto"/>
        <w:jc w:val="center"/>
        <w:keepNext w:val="0"/>
        <w:bidi/>
      </w:pPr>
      <w:r>
        <w:rPr>
          <w:rFonts w:ascii="Arial" w:hAnsi="Arial" w:cs="Arial"/>
          <w:b/>
          <w:color w:val="2F7D59"/>
          <w:sz w:val="28"/>
          <w:rtl/>
        </w:rPr>
        <w:t>جمعية البلسم للتدريب والتطوير الصحي</w:t>
      </w:r>
    </w:p>
    <w:p>
      <w:pPr>
        <w:spacing w:before="0" w:after="1440" w:line="278" w:lineRule="auto"/>
        <w:jc w:val="center"/>
        <w:keepNext w:val="0"/>
        <w:bidi/>
      </w:pPr>
      <w:r>
        <w:rPr>
          <w:rFonts w:ascii="Arial" w:hAnsi="Arial" w:cs="Arial"/>
          <w:b w:val="0"/>
          <w:color w:val="5A6770"/>
          <w:sz w:val="22"/>
          <w:rtl/>
        </w:rPr>
        <w:t>قناة آمنة، بيانات بالحد اللازم، ومعالجة قابلة للتتبع</w:t>
      </w:r>
    </w:p>
    <w:p>
      <w:r>
        <w:br w:type="page"/>
      </w:r>
    </w:p>
    <w:p>
      <w:pPr>
        <w:spacing w:before="140" w:after="100" w:line="278" w:lineRule="auto"/>
        <w:jc w:val="right"/>
        <w:keepNext/>
        <w:bidi/>
      </w:pPr>
      <w:r>
        <w:rPr>
          <w:rFonts w:ascii="Arial" w:hAnsi="Arial" w:cs="Arial"/>
          <w:b/>
          <w:color w:val="084C61"/>
          <w:sz w:val="30"/>
          <w:rtl/>
        </w:rPr>
        <w:t>صفحة اعتماد النموذج</w:t>
      </w:r>
    </w:p>
    <w:p>
      <w:pPr>
        <w:spacing w:before="0" w:after="220" w:line="278" w:lineRule="auto"/>
        <w:jc w:val="right"/>
        <w:keepNext w:val="0"/>
        <w:bidi/>
      </w:pPr>
      <w:r>
        <w:rPr>
          <w:rFonts w:ascii="Arial" w:hAnsi="Arial" w:cs="Arial"/>
          <w:b w:val="0"/>
          <w:sz w:val="20"/>
          <w:rtl/>
        </w:rPr>
        <w:t>اعتمد مجلس إدارة جمعية البلسم للتدريب والتطوير الصحي هذا النموذج لاستقبال المقترحات والشكاوى والاستفسارات والملاحظات ومعالجتها وفق السياسة المعتمدة، مع حماية الخصوصية وعدم طلب بيانات أكثر من اللازم.</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Pr>
          <w:p>
            <w:pPr>
              <w:spacing w:before="60" w:after="60" w:line="259" w:lineRule="auto"/>
              <w:jc w:val="center"/>
              <w:bidi/>
            </w:pPr>
            <w:r/>
            <w:r>
              <w:rPr>
                <w:rFonts w:ascii="Arial" w:hAnsi="Arial" w:cs="Arial"/>
                <w:b/>
                <w:color w:val="FFFFFF"/>
                <w:sz w:val="17"/>
                <w:rtl/>
              </w:rPr>
              <w:t>البيان</w:t>
            </w:r>
          </w:p>
        </w:tc>
        <w:tc>
          <w:tcPr>
            <w:tcW w:type="dxa" w:w="6520"/>
            <w:vAlign w:val="center"/>
            <w:shd w:fill="084C61"/>
          </w:tcPr>
          <w:p>
            <w:pPr>
              <w:spacing w:before="60" w:after="60" w:line="259" w:lineRule="auto"/>
              <w:jc w:val="center"/>
              <w:bidi/>
            </w:pPr>
            <w:r/>
            <w:r>
              <w:rPr>
                <w:rFonts w:ascii="Arial" w:hAnsi="Arial" w:cs="Arial"/>
                <w:b/>
                <w:color w:val="FFFFFF"/>
                <w:sz w:val="17"/>
                <w:rtl/>
              </w:rPr>
              <w:t>البيانات</w:t>
            </w:r>
          </w:p>
        </w:tc>
      </w:tr>
      <w:tr>
        <w:tc>
          <w:tcPr>
            <w:tcW w:type="dxa" w:w="2835"/>
            <w:vAlign w:val="center"/>
          </w:tcPr>
          <w:p>
            <w:pPr>
              <w:spacing w:before="60" w:after="60" w:line="259" w:lineRule="auto"/>
              <w:jc w:val="center"/>
              <w:bidi/>
            </w:pPr>
            <w:r/>
            <w:r>
              <w:rPr>
                <w:rFonts w:ascii="Arial" w:hAnsi="Arial" w:cs="Arial"/>
                <w:b w:val="0"/>
                <w:sz w:val="17"/>
                <w:rtl/>
              </w:rPr>
              <w:t>اسم النموذج</w:t>
            </w:r>
          </w:p>
        </w:tc>
        <w:tc>
          <w:tcPr>
            <w:tcW w:type="dxa" w:w="6520"/>
            <w:vAlign w:val="center"/>
          </w:tcPr>
          <w:p>
            <w:pPr>
              <w:spacing w:before="60" w:after="60" w:line="259" w:lineRule="auto"/>
              <w:jc w:val="center"/>
              <w:bidi/>
            </w:pPr>
            <w:r/>
            <w:r>
              <w:rPr>
                <w:rFonts w:ascii="Arial" w:hAnsi="Arial" w:cs="Arial"/>
                <w:b w:val="0"/>
                <w:sz w:val="17"/>
                <w:rtl/>
              </w:rPr>
              <w:t>نموذج المقترحات والشكاوى</w:t>
            </w:r>
          </w:p>
        </w:tc>
      </w:tr>
      <w:tr>
        <w:tc>
          <w:tcPr>
            <w:tcW w:type="dxa" w:w="2835"/>
            <w:vAlign w:val="center"/>
            <w:shd w:fill="F3F8F6"/>
          </w:tcPr>
          <w:p>
            <w:pPr>
              <w:spacing w:before="60" w:after="60" w:line="259" w:lineRule="auto"/>
              <w:jc w:val="center"/>
              <w:bidi/>
            </w:pPr>
            <w:r/>
            <w:r>
              <w:rPr>
                <w:rFonts w:ascii="Arial" w:hAnsi="Arial" w:cs="Arial"/>
                <w:b w:val="0"/>
                <w:sz w:val="17"/>
                <w:rtl/>
              </w:rPr>
              <w:t>الرمز</w:t>
            </w:r>
          </w:p>
        </w:tc>
        <w:tc>
          <w:tcPr>
            <w:tcW w:type="dxa" w:w="6520"/>
            <w:vAlign w:val="center"/>
            <w:shd w:fill="F3F8F6"/>
          </w:tcPr>
          <w:p>
            <w:pPr>
              <w:spacing w:before="60" w:after="60" w:line="259" w:lineRule="auto"/>
              <w:jc w:val="center"/>
              <w:bidi/>
            </w:pPr>
            <w:r/>
            <w:r>
              <w:rPr>
                <w:rFonts w:ascii="Arial" w:hAnsi="Arial" w:cs="Arial"/>
                <w:b w:val="0"/>
                <w:sz w:val="17"/>
                <w:rtl/>
              </w:rPr>
              <w:t>CS-F01</w:t>
            </w:r>
          </w:p>
        </w:tc>
      </w:tr>
      <w:tr>
        <w:tc>
          <w:tcPr>
            <w:tcW w:type="dxa" w:w="2835"/>
            <w:vAlign w:val="center"/>
          </w:tcPr>
          <w:p>
            <w:pPr>
              <w:spacing w:before="60" w:after="60" w:line="259" w:lineRule="auto"/>
              <w:jc w:val="center"/>
              <w:bidi/>
            </w:pPr>
            <w:r/>
            <w:r>
              <w:rPr>
                <w:rFonts w:ascii="Arial" w:hAnsi="Arial" w:cs="Arial"/>
                <w:b w:val="0"/>
                <w:sz w:val="17"/>
                <w:rtl/>
              </w:rPr>
              <w:t>مالك النموذج</w:t>
            </w:r>
          </w:p>
        </w:tc>
        <w:tc>
          <w:tcPr>
            <w:tcW w:type="dxa" w:w="6520"/>
            <w:vAlign w:val="center"/>
          </w:tcPr>
          <w:p>
            <w:pPr>
              <w:spacing w:before="60" w:after="60" w:line="259" w:lineRule="auto"/>
              <w:jc w:val="center"/>
              <w:bidi/>
            </w:pPr>
            <w:r/>
            <w:r>
              <w:rPr>
                <w:rFonts w:ascii="Arial" w:hAnsi="Arial" w:cs="Arial"/>
                <w:b w:val="0"/>
                <w:sz w:val="17"/>
                <w:rtl/>
              </w:rPr>
              <w:t>مجلس الإدارة</w:t>
            </w:r>
          </w:p>
        </w:tc>
      </w:tr>
      <w:tr>
        <w:tc>
          <w:tcPr>
            <w:tcW w:type="dxa" w:w="2835"/>
            <w:vAlign w:val="center"/>
            <w:shd w:fill="F3F8F6"/>
          </w:tcPr>
          <w:p>
            <w:pPr>
              <w:spacing w:before="60" w:after="60" w:line="259" w:lineRule="auto"/>
              <w:jc w:val="center"/>
              <w:bidi/>
            </w:pPr>
            <w:r/>
            <w:r>
              <w:rPr>
                <w:rFonts w:ascii="Arial" w:hAnsi="Arial" w:cs="Arial"/>
                <w:b w:val="0"/>
                <w:sz w:val="17"/>
                <w:rtl/>
              </w:rPr>
              <w:t>جهة الاستخدام</w:t>
            </w:r>
          </w:p>
        </w:tc>
        <w:tc>
          <w:tcPr>
            <w:tcW w:type="dxa" w:w="6520"/>
            <w:vAlign w:val="center"/>
            <w:shd w:fill="F3F8F6"/>
          </w:tcPr>
          <w:p>
            <w:pPr>
              <w:spacing w:before="60" w:after="60" w:line="259" w:lineRule="auto"/>
              <w:jc w:val="center"/>
              <w:bidi/>
            </w:pPr>
            <w:r/>
            <w:r>
              <w:rPr>
                <w:rFonts w:ascii="Arial" w:hAnsi="Arial" w:cs="Arial"/>
                <w:b w:val="0"/>
                <w:sz w:val="17"/>
                <w:rtl/>
              </w:rPr>
              <w:t>الإدارة التنفيذية والحوكمة/الامتثال والوحدات ذات العلاقة</w:t>
            </w:r>
          </w:p>
        </w:tc>
      </w:tr>
      <w:tr>
        <w:tc>
          <w:tcPr>
            <w:tcW w:type="dxa" w:w="2835"/>
            <w:vAlign w:val="center"/>
          </w:tcPr>
          <w:p>
            <w:pPr>
              <w:spacing w:before="60" w:after="60" w:line="259" w:lineRule="auto"/>
              <w:jc w:val="center"/>
              <w:bidi/>
            </w:pPr>
            <w:r/>
            <w:r>
              <w:rPr>
                <w:rFonts w:ascii="Arial" w:hAnsi="Arial" w:cs="Arial"/>
                <w:b w:val="0"/>
                <w:sz w:val="17"/>
                <w:rtl/>
              </w:rPr>
              <w:t>الوثيقة المرتبطة</w:t>
            </w:r>
          </w:p>
        </w:tc>
        <w:tc>
          <w:tcPr>
            <w:tcW w:type="dxa" w:w="6520"/>
            <w:vAlign w:val="center"/>
          </w:tcPr>
          <w:p>
            <w:pPr>
              <w:spacing w:before="60" w:after="60" w:line="259" w:lineRule="auto"/>
              <w:jc w:val="center"/>
              <w:bidi/>
            </w:pPr>
            <w:r/>
            <w:r>
              <w:rPr>
                <w:rFonts w:ascii="Arial" w:hAnsi="Arial" w:cs="Arial"/>
                <w:b w:val="0"/>
                <w:sz w:val="17"/>
                <w:rtl/>
              </w:rPr>
              <w:t>سياسة التعامل مع الشكاوى والاستفسارات والمقترحات</w:t>
            </w:r>
          </w:p>
        </w:tc>
      </w:tr>
      <w:tr>
        <w:tc>
          <w:tcPr>
            <w:tcW w:type="dxa" w:w="2835"/>
            <w:vAlign w:val="center"/>
            <w:shd w:fill="F3F8F6"/>
          </w:tcPr>
          <w:p>
            <w:pPr>
              <w:spacing w:before="60" w:after="60" w:line="259" w:lineRule="auto"/>
              <w:jc w:val="center"/>
              <w:bidi/>
            </w:pPr>
            <w:r/>
            <w:r>
              <w:rPr>
                <w:rFonts w:ascii="Arial" w:hAnsi="Arial" w:cs="Arial"/>
                <w:b w:val="0"/>
                <w:sz w:val="17"/>
                <w:rtl/>
              </w:rPr>
              <w:t>رقم قرار مجلس الإدارة</w:t>
            </w:r>
          </w:p>
        </w:tc>
        <w:tc>
          <w:tcPr>
            <w:tcW w:type="dxa" w:w="6520"/>
            <w:vAlign w:val="center"/>
            <w:shd w:fill="F3F8F6"/>
          </w:tcPr>
          <w:p>
            <w:pPr>
              <w:spacing w:before="60" w:after="60" w:line="259" w:lineRule="auto"/>
              <w:jc w:val="center"/>
              <w:bidi/>
            </w:pPr>
            <w:r/>
            <w:r>
              <w:rPr>
                <w:rFonts w:ascii="Arial" w:hAnsi="Arial" w:cs="Arial"/>
                <w:b w:val="0"/>
                <w:sz w:val="17"/>
                <w:rtl/>
              </w:rPr>
              <w:t>........................................................</w:t>
            </w:r>
          </w:p>
        </w:tc>
      </w:tr>
      <w:tr>
        <w:tc>
          <w:tcPr>
            <w:tcW w:type="dxa" w:w="2835"/>
            <w:vAlign w:val="center"/>
          </w:tcPr>
          <w:p>
            <w:pPr>
              <w:spacing w:before="60" w:after="60" w:line="259" w:lineRule="auto"/>
              <w:jc w:val="center"/>
              <w:bidi/>
            </w:pPr>
            <w:r/>
            <w:r>
              <w:rPr>
                <w:rFonts w:ascii="Arial" w:hAnsi="Arial" w:cs="Arial"/>
                <w:b w:val="0"/>
                <w:sz w:val="17"/>
                <w:rtl/>
              </w:rPr>
              <w:t>تاريخ القرار</w:t>
            </w:r>
          </w:p>
        </w:tc>
        <w:tc>
          <w:tcPr>
            <w:tcW w:type="dxa" w:w="6520"/>
            <w:vAlign w:val="center"/>
          </w:tcPr>
          <w:p>
            <w:pPr>
              <w:spacing w:before="60" w:after="60" w:line="259" w:lineRule="auto"/>
              <w:jc w:val="center"/>
              <w:bidi/>
            </w:pPr>
            <w:r/>
            <w:r>
              <w:rPr>
                <w:rFonts w:ascii="Arial" w:hAnsi="Arial" w:cs="Arial"/>
                <w:b w:val="0"/>
                <w:sz w:val="17"/>
                <w:rtl/>
              </w:rPr>
              <w:t>........ / ........ / ........ هـ   الموافق   ........ / ........ / ........ م</w:t>
            </w:r>
          </w:p>
        </w:tc>
      </w:tr>
      <w:tr>
        <w:tc>
          <w:tcPr>
            <w:tcW w:type="dxa" w:w="2835"/>
            <w:vAlign w:val="center"/>
            <w:shd w:fill="F3F8F6"/>
          </w:tcPr>
          <w:p>
            <w:pPr>
              <w:spacing w:before="60" w:after="60" w:line="259" w:lineRule="auto"/>
              <w:jc w:val="center"/>
              <w:bidi/>
            </w:pPr>
            <w:r/>
            <w:r>
              <w:rPr>
                <w:rFonts w:ascii="Arial" w:hAnsi="Arial" w:cs="Arial"/>
                <w:b w:val="0"/>
                <w:sz w:val="17"/>
                <w:rtl/>
              </w:rPr>
              <w:t>رقم الإصدار</w:t>
            </w:r>
          </w:p>
        </w:tc>
        <w:tc>
          <w:tcPr>
            <w:tcW w:type="dxa" w:w="6520"/>
            <w:vAlign w:val="center"/>
            <w:shd w:fill="F3F8F6"/>
          </w:tcPr>
          <w:p>
            <w:pPr>
              <w:spacing w:before="60" w:after="60" w:line="259" w:lineRule="auto"/>
              <w:jc w:val="center"/>
              <w:bidi/>
            </w:pPr>
            <w:r/>
            <w:r>
              <w:rPr>
                <w:rFonts w:ascii="Arial" w:hAnsi="Arial" w:cs="Arial"/>
                <w:b w:val="0"/>
                <w:sz w:val="17"/>
                <w:rtl/>
              </w:rPr>
              <w:t>........................................................</w:t>
            </w:r>
          </w:p>
        </w:tc>
      </w:tr>
      <w:tr>
        <w:tc>
          <w:tcPr>
            <w:tcW w:type="dxa" w:w="2835"/>
            <w:vAlign w:val="center"/>
          </w:tcPr>
          <w:p>
            <w:pPr>
              <w:spacing w:before="60" w:after="60" w:line="259" w:lineRule="auto"/>
              <w:jc w:val="center"/>
              <w:bidi/>
            </w:pPr>
            <w:r/>
            <w:r>
              <w:rPr>
                <w:rFonts w:ascii="Arial" w:hAnsi="Arial" w:cs="Arial"/>
                <w:b w:val="0"/>
                <w:sz w:val="17"/>
                <w:rtl/>
              </w:rPr>
              <w:t>تاريخ النفاذ</w:t>
            </w:r>
          </w:p>
        </w:tc>
        <w:tc>
          <w:tcPr>
            <w:tcW w:type="dxa" w:w="6520"/>
            <w:vAlign w:val="center"/>
          </w:tcPr>
          <w:p>
            <w:pPr>
              <w:spacing w:before="60" w:after="60" w:line="259" w:lineRule="auto"/>
              <w:jc w:val="center"/>
              <w:bidi/>
            </w:pPr>
            <w:r/>
            <w:r>
              <w:rPr>
                <w:rFonts w:ascii="Arial" w:hAnsi="Arial" w:cs="Arial"/>
                <w:b w:val="0"/>
                <w:sz w:val="17"/>
                <w:rtl/>
              </w:rPr>
              <w:t>........ / ........ / ........ م</w:t>
            </w:r>
          </w:p>
        </w:tc>
      </w:tr>
      <w:tr>
        <w:tc>
          <w:tcPr>
            <w:tcW w:type="dxa" w:w="2835"/>
            <w:vAlign w:val="center"/>
            <w:shd w:fill="F3F8F6"/>
          </w:tcPr>
          <w:p>
            <w:pPr>
              <w:spacing w:before="60" w:after="60" w:line="259" w:lineRule="auto"/>
              <w:jc w:val="center"/>
              <w:bidi/>
            </w:pPr>
            <w:r/>
            <w:r>
              <w:rPr>
                <w:rFonts w:ascii="Arial" w:hAnsi="Arial" w:cs="Arial"/>
                <w:b w:val="0"/>
                <w:sz w:val="17"/>
                <w:rtl/>
              </w:rPr>
              <w:t>دورية المراجعة</w:t>
            </w:r>
          </w:p>
        </w:tc>
        <w:tc>
          <w:tcPr>
            <w:tcW w:type="dxa" w:w="6520"/>
            <w:vAlign w:val="center"/>
            <w:shd w:fill="F3F8F6"/>
          </w:tcPr>
          <w:p>
            <w:pPr>
              <w:spacing w:before="60" w:after="60" w:line="259" w:lineRule="auto"/>
              <w:jc w:val="center"/>
              <w:bidi/>
            </w:pPr>
            <w:r/>
            <w:r>
              <w:rPr>
                <w:rFonts w:ascii="Arial" w:hAnsi="Arial" w:cs="Arial"/>
                <w:b w:val="0"/>
                <w:sz w:val="17"/>
                <w:rtl/>
              </w:rPr>
              <w:t>مع السياسة المرتبطة أو عند تعديل قنوات المعالجة والخصوصية</w:t>
            </w:r>
          </w:p>
        </w:tc>
      </w:tr>
    </w:tbl>
    <w:p>
      <w:pPr>
        <w:spacing w:after="20"/>
      </w:pPr>
    </w:p>
    <w:p>
      <w:pPr>
        <w:spacing w:before="140" w:after="100" w:line="278" w:lineRule="auto"/>
        <w:jc w:val="right"/>
        <w:keepNext/>
        <w:bidi/>
      </w:pPr>
      <w:r>
        <w:rPr>
          <w:rFonts w:ascii="Arial" w:hAnsi="Arial" w:cs="Arial"/>
          <w:b/>
          <w:color w:val="2F7D59"/>
          <w:sz w:val="25"/>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Pr>
          <w:p>
            <w:pPr>
              <w:spacing w:before="60" w:after="60" w:line="259" w:lineRule="auto"/>
              <w:jc w:val="center"/>
              <w:bidi/>
            </w:pPr>
            <w:r/>
            <w:r>
              <w:rPr>
                <w:rFonts w:ascii="Arial" w:hAnsi="Arial" w:cs="Arial"/>
                <w:b/>
                <w:color w:val="FFFFFF"/>
                <w:sz w:val="18"/>
                <w:rtl/>
              </w:rPr>
              <w:t>الصفة</w:t>
            </w:r>
          </w:p>
        </w:tc>
        <w:tc>
          <w:tcPr>
            <w:tcW w:type="dxa" w:w="2438"/>
            <w:vAlign w:val="center"/>
            <w:shd w:fill="084C61"/>
          </w:tcPr>
          <w:p>
            <w:pPr>
              <w:spacing w:before="60" w:after="60" w:line="259" w:lineRule="auto"/>
              <w:jc w:val="center"/>
              <w:bidi/>
            </w:pPr>
            <w:r/>
            <w:r>
              <w:rPr>
                <w:rFonts w:ascii="Arial" w:hAnsi="Arial" w:cs="Arial"/>
                <w:b/>
                <w:color w:val="FFFFFF"/>
                <w:sz w:val="18"/>
                <w:rtl/>
              </w:rPr>
              <w:t>الاسم</w:t>
            </w:r>
          </w:p>
        </w:tc>
        <w:tc>
          <w:tcPr>
            <w:tcW w:type="dxa" w:w="2438"/>
            <w:vAlign w:val="center"/>
            <w:shd w:fill="084C61"/>
          </w:tcPr>
          <w:p>
            <w:pPr>
              <w:spacing w:before="60" w:after="60" w:line="259" w:lineRule="auto"/>
              <w:jc w:val="center"/>
              <w:bidi/>
            </w:pPr>
            <w:r/>
            <w:r>
              <w:rPr>
                <w:rFonts w:ascii="Arial" w:hAnsi="Arial" w:cs="Arial"/>
                <w:b/>
                <w:color w:val="FFFFFF"/>
                <w:sz w:val="18"/>
                <w:rtl/>
              </w:rPr>
              <w:t>التوقيع</w:t>
            </w:r>
          </w:p>
        </w:tc>
        <w:tc>
          <w:tcPr>
            <w:tcW w:type="dxa" w:w="2041"/>
            <w:vAlign w:val="center"/>
            <w:shd w:fill="084C61"/>
          </w:tcPr>
          <w:p>
            <w:pPr>
              <w:spacing w:before="60" w:after="60" w:line="259" w:lineRule="auto"/>
              <w:jc w:val="center"/>
              <w:bidi/>
            </w:pPr>
            <w:r/>
            <w:r>
              <w:rPr>
                <w:rFonts w:ascii="Arial" w:hAnsi="Arial" w:cs="Arial"/>
                <w:b/>
                <w:color w:val="FFFFFF"/>
                <w:sz w:val="18"/>
                <w:rtl/>
              </w:rPr>
              <w:t>الختم</w:t>
            </w:r>
          </w:p>
        </w:tc>
      </w:tr>
      <w:tr>
        <w:tc>
          <w:tcPr>
            <w:tcW w:type="dxa" w:w="2438"/>
            <w:vAlign w:val="center"/>
          </w:tcPr>
          <w:p>
            <w:pPr>
              <w:spacing w:before="60" w:after="60" w:line="259" w:lineRule="auto"/>
              <w:jc w:val="center"/>
              <w:bidi/>
            </w:pPr>
            <w:r/>
            <w:r>
              <w:rPr>
                <w:rFonts w:ascii="Arial" w:hAnsi="Arial" w:cs="Arial"/>
                <w:b w:val="0"/>
                <w:sz w:val="18"/>
                <w:rtl/>
              </w:rPr>
              <w:t>رئيس مجلس الإدارة</w:t>
            </w:r>
          </w:p>
        </w:tc>
        <w:tc>
          <w:tcPr>
            <w:tcW w:type="dxa" w:w="2438"/>
            <w:vAlign w:val="center"/>
          </w:tcPr>
          <w:p>
            <w:pPr>
              <w:spacing w:before="60" w:after="60" w:line="259" w:lineRule="auto"/>
              <w:jc w:val="center"/>
              <w:bidi/>
            </w:pPr>
            <w:r/>
            <w:r>
              <w:rPr>
                <w:rFonts w:ascii="Arial" w:hAnsi="Arial" w:cs="Arial"/>
                <w:b w:val="0"/>
                <w:sz w:val="18"/>
                <w:rtl/>
              </w:rPr>
            </w:r>
          </w:p>
        </w:tc>
        <w:tc>
          <w:tcPr>
            <w:tcW w:type="dxa" w:w="2438"/>
            <w:vAlign w:val="center"/>
          </w:tcPr>
          <w:p>
            <w:pPr>
              <w:spacing w:before="60" w:after="60" w:line="259" w:lineRule="auto"/>
              <w:jc w:val="center"/>
              <w:bidi/>
            </w:pPr>
            <w:r/>
            <w:r>
              <w:rPr>
                <w:rFonts w:ascii="Arial" w:hAnsi="Arial" w:cs="Arial"/>
                <w:b w:val="0"/>
                <w:sz w:val="18"/>
                <w:rtl/>
              </w:rPr>
            </w:r>
          </w:p>
        </w:tc>
        <w:tc>
          <w:tcPr>
            <w:tcW w:type="dxa" w:w="2041"/>
            <w:vAlign w:val="center"/>
          </w:tcPr>
          <w:p>
            <w:pPr>
              <w:spacing w:before="60" w:after="60" w:line="259" w:lineRule="auto"/>
              <w:jc w:val="center"/>
              <w:bidi/>
            </w:pPr>
            <w:r/>
            <w:r>
              <w:rPr>
                <w:rFonts w:ascii="Arial" w:hAnsi="Arial" w:cs="Arial"/>
                <w:b w:val="0"/>
                <w:sz w:val="18"/>
                <w:rtl/>
              </w:rPr>
            </w:r>
          </w:p>
        </w:tc>
      </w:tr>
    </w:tbl>
    <w:p>
      <w:pPr>
        <w:spacing w:after="20"/>
      </w:pPr>
    </w:p>
    <w:p>
      <w:r>
        <w:br w:type="page"/>
      </w:r>
    </w:p>
    <w:p>
      <w:pPr>
        <w:spacing w:before="140" w:after="100" w:line="278" w:lineRule="auto"/>
        <w:jc w:val="right"/>
        <w:keepNext/>
        <w:bidi/>
      </w:pPr>
      <w:r>
        <w:rPr>
          <w:rFonts w:ascii="Arial" w:hAnsi="Arial" w:cs="Arial"/>
          <w:b/>
          <w:color w:val="084C61"/>
          <w:sz w:val="30"/>
          <w:rtl/>
        </w:rPr>
        <w:t>نموذج رقم CS-F01: المقترحات والشكاوى</w:t>
      </w:r>
    </w:p>
    <w:p>
      <w:pPr>
        <w:spacing w:before="0" w:after="180" w:line="278" w:lineRule="auto"/>
        <w:jc w:val="right"/>
        <w:keepNext w:val="0"/>
        <w:bidi/>
      </w:pPr>
      <w:r>
        <w:rPr>
          <w:rFonts w:ascii="Arial" w:hAnsi="Arial" w:cs="Arial"/>
          <w:b/>
          <w:color w:val="2F7D59"/>
          <w:sz w:val="19"/>
          <w:rtl/>
        </w:rPr>
        <w:t>يمكن تقديم الطلب دون ذكر الاسم. يرجى عدم إدراج بيانات صحية أو مالية أو هويات أو معلومات عن أشخاص آخرين إلا بالقدر الضروري لفهم الطلب ومعالجته.</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118"/>
            <w:vAlign w:val="center"/>
            <w:shd w:fill="084C61"/>
          </w:tcPr>
          <w:p>
            <w:pPr>
              <w:spacing w:before="60" w:after="60" w:line="259" w:lineRule="auto"/>
              <w:jc w:val="center"/>
              <w:bidi/>
            </w:pPr>
            <w:r/>
            <w:r>
              <w:rPr>
                <w:rFonts w:ascii="Arial" w:hAnsi="Arial" w:cs="Arial"/>
                <w:b/>
                <w:color w:val="FFFFFF"/>
                <w:sz w:val="17"/>
                <w:rtl/>
              </w:rPr>
              <w:t>بيانات الطلب</w:t>
            </w:r>
          </w:p>
        </w:tc>
        <w:tc>
          <w:tcPr>
            <w:tcW w:type="dxa" w:w="6236"/>
            <w:vAlign w:val="center"/>
            <w:shd w:fill="084C61"/>
          </w:tcPr>
          <w:p>
            <w:pPr>
              <w:spacing w:before="60" w:after="60" w:line="259" w:lineRule="auto"/>
              <w:jc w:val="center"/>
              <w:bidi/>
            </w:pPr>
            <w:r/>
            <w:r>
              <w:rPr>
                <w:rFonts w:ascii="Arial" w:hAnsi="Arial" w:cs="Arial"/>
                <w:b/>
                <w:color w:val="FFFFFF"/>
                <w:sz w:val="17"/>
                <w:rtl/>
              </w:rPr>
              <w:t>يعبأ من مقدم الطلب</w:t>
            </w:r>
          </w:p>
        </w:tc>
      </w:tr>
      <w:tr>
        <w:tc>
          <w:tcPr>
            <w:tcW w:type="dxa" w:w="3118"/>
            <w:vAlign w:val="center"/>
          </w:tcPr>
          <w:p>
            <w:pPr>
              <w:spacing w:before="60" w:after="60" w:line="259" w:lineRule="auto"/>
              <w:jc w:val="right"/>
              <w:bidi/>
            </w:pPr>
            <w:r/>
            <w:r>
              <w:rPr>
                <w:rFonts w:ascii="Arial" w:hAnsi="Arial" w:cs="Arial"/>
                <w:b w:val="0"/>
                <w:sz w:val="17"/>
                <w:rtl/>
              </w:rPr>
              <w:t>تاريخ التقديم</w:t>
            </w:r>
          </w:p>
        </w:tc>
        <w:tc>
          <w:tcPr>
            <w:tcW w:type="dxa" w:w="6236"/>
            <w:vAlign w:val="center"/>
          </w:tcPr>
          <w:p>
            <w:pPr>
              <w:spacing w:before="60" w:after="60" w:line="259" w:lineRule="auto"/>
              <w:jc w:val="right"/>
              <w:bidi/>
            </w:pPr>
            <w:r/>
            <w:r>
              <w:rPr>
                <w:rFonts w:ascii="Arial" w:hAnsi="Arial" w:cs="Arial"/>
                <w:b w:val="0"/>
                <w:sz w:val="17"/>
                <w:rtl/>
              </w:rPr>
              <w:t>........ / ........ / ........ م</w:t>
            </w:r>
          </w:p>
        </w:tc>
      </w:tr>
      <w:tr>
        <w:tc>
          <w:tcPr>
            <w:tcW w:type="dxa" w:w="3118"/>
            <w:vAlign w:val="center"/>
            <w:shd w:fill="F3F8F6"/>
          </w:tcPr>
          <w:p>
            <w:pPr>
              <w:spacing w:before="60" w:after="60" w:line="259" w:lineRule="auto"/>
              <w:jc w:val="right"/>
              <w:bidi/>
            </w:pPr>
            <w:r/>
            <w:r>
              <w:rPr>
                <w:rFonts w:ascii="Arial" w:hAnsi="Arial" w:cs="Arial"/>
                <w:b w:val="0"/>
                <w:sz w:val="17"/>
                <w:rtl/>
              </w:rPr>
              <w:t>نوع الطلب</w:t>
            </w:r>
          </w:p>
        </w:tc>
        <w:tc>
          <w:tcPr>
            <w:tcW w:type="dxa" w:w="6236"/>
            <w:vAlign w:val="center"/>
            <w:shd w:fill="F3F8F6"/>
          </w:tcPr>
          <w:p>
            <w:pPr>
              <w:spacing w:before="60" w:after="60" w:line="259" w:lineRule="auto"/>
              <w:jc w:val="right"/>
              <w:bidi/>
            </w:pPr>
            <w:r/>
            <w:r>
              <w:rPr>
                <w:rFonts w:ascii="Arial" w:hAnsi="Arial" w:cs="Arial"/>
                <w:b w:val="0"/>
                <w:sz w:val="17"/>
                <w:rtl/>
              </w:rPr>
              <w:t>☐ شكوى   ☐ مقترح   ☐ استفسار   ☐ ملاحظة</w:t>
            </w:r>
          </w:p>
        </w:tc>
      </w:tr>
      <w:tr>
        <w:tc>
          <w:tcPr>
            <w:tcW w:type="dxa" w:w="3118"/>
            <w:vAlign w:val="center"/>
          </w:tcPr>
          <w:p>
            <w:pPr>
              <w:spacing w:before="60" w:after="60" w:line="259" w:lineRule="auto"/>
              <w:jc w:val="right"/>
              <w:bidi/>
            </w:pPr>
            <w:r/>
            <w:r>
              <w:rPr>
                <w:rFonts w:ascii="Arial" w:hAnsi="Arial" w:cs="Arial"/>
                <w:b w:val="0"/>
                <w:sz w:val="17"/>
                <w:rtl/>
              </w:rPr>
              <w:t>صفة مقدم الطلب - اختياري</w:t>
            </w:r>
          </w:p>
        </w:tc>
        <w:tc>
          <w:tcPr>
            <w:tcW w:type="dxa" w:w="6236"/>
            <w:vAlign w:val="center"/>
          </w:tcPr>
          <w:p>
            <w:pPr>
              <w:spacing w:before="60" w:after="60" w:line="259" w:lineRule="auto"/>
              <w:jc w:val="right"/>
              <w:bidi/>
            </w:pPr>
            <w:r/>
            <w:r>
              <w:rPr>
                <w:rFonts w:ascii="Arial" w:hAnsi="Arial" w:cs="Arial"/>
                <w:b w:val="0"/>
                <w:sz w:val="17"/>
                <w:rtl/>
              </w:rPr>
              <w:t>☐ مستفيد   ☐ متطوع   ☐ موظف   ☐ متبرع   ☐ شريك   ☐ أخرى: ................</w:t>
            </w:r>
          </w:p>
        </w:tc>
      </w:tr>
      <w:tr>
        <w:tc>
          <w:tcPr>
            <w:tcW w:type="dxa" w:w="3118"/>
            <w:vAlign w:val="center"/>
            <w:shd w:fill="F3F8F6"/>
          </w:tcPr>
          <w:p>
            <w:pPr>
              <w:spacing w:before="60" w:after="60" w:line="259" w:lineRule="auto"/>
              <w:jc w:val="right"/>
              <w:bidi/>
            </w:pPr>
            <w:r/>
            <w:r>
              <w:rPr>
                <w:rFonts w:ascii="Arial" w:hAnsi="Arial" w:cs="Arial"/>
                <w:b w:val="0"/>
                <w:sz w:val="17"/>
                <w:rtl/>
              </w:rPr>
              <w:t>الاسم - اختياري</w:t>
            </w:r>
          </w:p>
        </w:tc>
        <w:tc>
          <w:tcPr>
            <w:tcW w:type="dxa" w:w="6236"/>
            <w:vAlign w:val="center"/>
            <w:shd w:fill="F3F8F6"/>
          </w:tcPr>
          <w:p>
            <w:pPr>
              <w:spacing w:before="60" w:after="60" w:line="259" w:lineRule="auto"/>
              <w:jc w:val="right"/>
              <w:bidi/>
            </w:pPr>
            <w:r/>
            <w:r>
              <w:rPr>
                <w:rFonts w:ascii="Arial" w:hAnsi="Arial" w:cs="Arial"/>
                <w:b w:val="0"/>
                <w:sz w:val="17"/>
                <w:rtl/>
              </w:rPr>
              <w:t>............................................................................................</w:t>
            </w:r>
          </w:p>
        </w:tc>
      </w:tr>
      <w:tr>
        <w:tc>
          <w:tcPr>
            <w:tcW w:type="dxa" w:w="3118"/>
            <w:vAlign w:val="center"/>
          </w:tcPr>
          <w:p>
            <w:pPr>
              <w:spacing w:before="60" w:after="60" w:line="259" w:lineRule="auto"/>
              <w:jc w:val="right"/>
              <w:bidi/>
            </w:pPr>
            <w:r/>
            <w:r>
              <w:rPr>
                <w:rFonts w:ascii="Arial" w:hAnsi="Arial" w:cs="Arial"/>
                <w:b w:val="0"/>
                <w:sz w:val="17"/>
                <w:rtl/>
              </w:rPr>
              <w:t>وسيلة تواصل واحدة - اختيارية</w:t>
            </w:r>
          </w:p>
        </w:tc>
        <w:tc>
          <w:tcPr>
            <w:tcW w:type="dxa" w:w="6236"/>
            <w:vAlign w:val="center"/>
          </w:tcPr>
          <w:p>
            <w:pPr>
              <w:spacing w:before="60" w:after="60" w:line="259" w:lineRule="auto"/>
              <w:jc w:val="right"/>
              <w:bidi/>
            </w:pPr>
            <w:r/>
            <w:r>
              <w:rPr>
                <w:rFonts w:ascii="Arial" w:hAnsi="Arial" w:cs="Arial"/>
                <w:b w:val="0"/>
                <w:sz w:val="17"/>
                <w:rtl/>
              </w:rPr>
              <w:t>☐ جوال: ....................................   ☐ بريد إلكتروني: ....................................</w:t>
            </w:r>
          </w:p>
        </w:tc>
      </w:tr>
      <w:tr>
        <w:tc>
          <w:tcPr>
            <w:tcW w:type="dxa" w:w="3118"/>
            <w:vAlign w:val="center"/>
            <w:shd w:fill="F3F8F6"/>
          </w:tcPr>
          <w:p>
            <w:pPr>
              <w:spacing w:before="60" w:after="60" w:line="259" w:lineRule="auto"/>
              <w:jc w:val="right"/>
              <w:bidi/>
            </w:pPr>
            <w:r/>
            <w:r>
              <w:rPr>
                <w:rFonts w:ascii="Arial" w:hAnsi="Arial" w:cs="Arial"/>
                <w:b w:val="0"/>
                <w:sz w:val="17"/>
                <w:rtl/>
              </w:rPr>
              <w:t>طريقة الرد المفضلة</w:t>
            </w:r>
          </w:p>
        </w:tc>
        <w:tc>
          <w:tcPr>
            <w:tcW w:type="dxa" w:w="6236"/>
            <w:vAlign w:val="center"/>
            <w:shd w:fill="F3F8F6"/>
          </w:tcPr>
          <w:p>
            <w:pPr>
              <w:spacing w:before="60" w:after="60" w:line="259" w:lineRule="auto"/>
              <w:jc w:val="right"/>
              <w:bidi/>
            </w:pPr>
            <w:r/>
            <w:r>
              <w:rPr>
                <w:rFonts w:ascii="Arial" w:hAnsi="Arial" w:cs="Arial"/>
                <w:b w:val="0"/>
                <w:sz w:val="17"/>
                <w:rtl/>
              </w:rPr>
              <w:t>☐ اتصال   ☐ رسالة نصية   ☐ بريد إلكتروني   ☐ لا أرغب في الرد</w:t>
            </w:r>
          </w:p>
        </w:tc>
      </w:tr>
      <w:tr>
        <w:tc>
          <w:tcPr>
            <w:tcW w:type="dxa" w:w="3118"/>
            <w:vAlign w:val="center"/>
          </w:tcPr>
          <w:p>
            <w:pPr>
              <w:spacing w:before="60" w:after="60" w:line="259" w:lineRule="auto"/>
              <w:jc w:val="right"/>
              <w:bidi/>
            </w:pPr>
            <w:r/>
            <w:r>
              <w:rPr>
                <w:rFonts w:ascii="Arial" w:hAnsi="Arial" w:cs="Arial"/>
                <w:b w:val="0"/>
                <w:sz w:val="17"/>
                <w:rtl/>
              </w:rPr>
              <w:t>هل توجد حاجة لترتيبات وصول؟ - اختياري</w:t>
            </w:r>
          </w:p>
        </w:tc>
        <w:tc>
          <w:tcPr>
            <w:tcW w:type="dxa" w:w="6236"/>
            <w:vAlign w:val="center"/>
          </w:tcPr>
          <w:p>
            <w:pPr>
              <w:spacing w:before="60" w:after="60" w:line="259" w:lineRule="auto"/>
              <w:jc w:val="right"/>
              <w:bidi/>
            </w:pPr>
            <w:r/>
            <w:r>
              <w:rPr>
                <w:rFonts w:ascii="Arial" w:hAnsi="Arial" w:cs="Arial"/>
                <w:b w:val="0"/>
                <w:sz w:val="17"/>
                <w:rtl/>
              </w:rPr>
              <w:t>☐ لا   ☐ نعم، يرجى التوضيح: ........................................................</w:t>
            </w:r>
          </w:p>
        </w:tc>
      </w:tr>
    </w:tbl>
    <w:p>
      <w:pPr>
        <w:spacing w:after="20"/>
      </w:pPr>
    </w:p>
    <w:p>
      <w:pPr>
        <w:spacing w:before="140" w:after="100" w:line="278" w:lineRule="auto"/>
        <w:jc w:val="right"/>
        <w:keepNext/>
        <w:bidi/>
      </w:pPr>
      <w:r>
        <w:rPr>
          <w:rFonts w:ascii="Arial" w:hAnsi="Arial" w:cs="Arial"/>
          <w:b/>
          <w:color w:val="2F7D59"/>
          <w:sz w:val="25"/>
          <w:rtl/>
        </w:rPr>
        <w:t>موضوع الطلب</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140" w:after="100" w:line="278" w:lineRule="auto"/>
        <w:jc w:val="right"/>
        <w:keepNext/>
        <w:bidi/>
      </w:pPr>
      <w:r>
        <w:rPr>
          <w:rFonts w:ascii="Arial" w:hAnsi="Arial" w:cs="Arial"/>
          <w:b/>
          <w:color w:val="2F7D59"/>
          <w:sz w:val="25"/>
          <w:rtl/>
        </w:rPr>
        <w:t>تفاصيل الطلب</w:t>
      </w:r>
    </w:p>
    <w:p>
      <w:pPr>
        <w:spacing w:before="0" w:after="60" w:line="278" w:lineRule="auto"/>
        <w:jc w:val="right"/>
        <w:keepNext w:val="0"/>
        <w:bidi/>
      </w:pPr>
      <w:r>
        <w:rPr>
          <w:rFonts w:ascii="Arial" w:hAnsi="Arial" w:cs="Arial"/>
          <w:b w:val="0"/>
          <w:color w:val="5A6770"/>
          <w:sz w:val="18"/>
          <w:rtl/>
        </w:rPr>
        <w:t>اذكر الوقائع والتاريخ والمكان والجهة ذات العلاقة بالقدر اللازم، دون إدراج بيانات غير ضرورية.</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140" w:after="100" w:line="278" w:lineRule="auto"/>
        <w:jc w:val="right"/>
        <w:keepNext/>
        <w:bidi/>
      </w:pPr>
      <w:r>
        <w:rPr>
          <w:rFonts w:ascii="Arial" w:hAnsi="Arial" w:cs="Arial"/>
          <w:b/>
          <w:color w:val="2F7D59"/>
          <w:sz w:val="25"/>
          <w:rtl/>
        </w:rPr>
        <w:t>النتيجة أو الحل المقترح - اختياري</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140" w:after="100" w:line="278" w:lineRule="auto"/>
        <w:jc w:val="right"/>
        <w:keepNext/>
        <w:bidi/>
      </w:pPr>
      <w:r>
        <w:rPr>
          <w:rFonts w:ascii="Arial" w:hAnsi="Arial" w:cs="Arial"/>
          <w:b/>
          <w:color w:val="084C61"/>
          <w:sz w:val="30"/>
          <w:rtl/>
        </w:rPr>
        <w:t>المرفقات والإقرار وإشعار الخصوصية</w:t>
      </w:r>
    </w:p>
    <w:p>
      <w:pPr>
        <w:spacing w:before="140" w:after="100" w:line="278" w:lineRule="auto"/>
        <w:jc w:val="right"/>
        <w:keepNext/>
        <w:bidi/>
      </w:pPr>
      <w:r>
        <w:rPr>
          <w:rFonts w:ascii="Arial" w:hAnsi="Arial" w:cs="Arial"/>
          <w:b/>
          <w:color w:val="2F7D59"/>
          <w:sz w:val="25"/>
          <w:rtl/>
        </w:rPr>
        <w:t>المرفقات - إن وجدت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515"/>
            <w:vAlign w:val="center"/>
            <w:shd w:fill="084C61"/>
          </w:tcPr>
          <w:p>
            <w:pPr>
              <w:spacing w:before="60" w:after="60" w:line="259" w:lineRule="auto"/>
              <w:jc w:val="center"/>
              <w:bidi/>
            </w:pPr>
            <w:r/>
            <w:r>
              <w:rPr>
                <w:rFonts w:ascii="Arial" w:hAnsi="Arial" w:cs="Arial"/>
                <w:b/>
                <w:color w:val="FFFFFF"/>
                <w:sz w:val="17"/>
                <w:rtl/>
              </w:rPr>
              <w:t>نوع المرفق</w:t>
            </w:r>
          </w:p>
        </w:tc>
        <w:tc>
          <w:tcPr>
            <w:tcW w:type="dxa" w:w="5839"/>
            <w:vAlign w:val="center"/>
            <w:shd w:fill="084C61"/>
          </w:tcPr>
          <w:p>
            <w:pPr>
              <w:spacing w:before="60" w:after="60" w:line="259" w:lineRule="auto"/>
              <w:jc w:val="center"/>
              <w:bidi/>
            </w:pPr>
            <w:r/>
            <w:r>
              <w:rPr>
                <w:rFonts w:ascii="Arial" w:hAnsi="Arial" w:cs="Arial"/>
                <w:b/>
                <w:color w:val="FFFFFF"/>
                <w:sz w:val="17"/>
                <w:rtl/>
              </w:rPr>
              <w:t>البيان</w:t>
            </w:r>
          </w:p>
        </w:tc>
      </w:tr>
      <w:tr>
        <w:tc>
          <w:tcPr>
            <w:tcW w:type="dxa" w:w="3515"/>
            <w:vAlign w:val="center"/>
          </w:tcPr>
          <w:p>
            <w:pPr>
              <w:spacing w:before="60" w:after="60" w:line="259" w:lineRule="auto"/>
              <w:jc w:val="right"/>
              <w:bidi/>
            </w:pPr>
            <w:r/>
            <w:r>
              <w:rPr>
                <w:rFonts w:ascii="Arial" w:hAnsi="Arial" w:cs="Arial"/>
                <w:b w:val="0"/>
                <w:sz w:val="17"/>
                <w:rtl/>
              </w:rPr>
              <w:t>☐ مستند   ☐ صورة   ☐ مراسلة   ☐ أخرى</w:t>
            </w:r>
          </w:p>
        </w:tc>
        <w:tc>
          <w:tcPr>
            <w:tcW w:type="dxa" w:w="5839"/>
            <w:vAlign w:val="center"/>
          </w:tcPr>
          <w:p>
            <w:pPr>
              <w:spacing w:before="60" w:after="60" w:line="259" w:lineRule="auto"/>
              <w:jc w:val="right"/>
              <w:bidi/>
            </w:pPr>
            <w:r/>
            <w:r>
              <w:rPr>
                <w:rFonts w:ascii="Arial" w:hAnsi="Arial" w:cs="Arial"/>
                <w:b w:val="0"/>
                <w:sz w:val="17"/>
                <w:rtl/>
              </w:rPr>
              <w:t>اسم/وصف المرفق: ........................................................................</w:t>
            </w:r>
          </w:p>
        </w:tc>
      </w:tr>
      <w:tr>
        <w:tc>
          <w:tcPr>
            <w:tcW w:type="dxa" w:w="3515"/>
            <w:vAlign w:val="center"/>
            <w:shd w:fill="F3F8F6"/>
          </w:tcPr>
          <w:p>
            <w:pPr>
              <w:spacing w:before="60" w:after="60" w:line="259" w:lineRule="auto"/>
              <w:jc w:val="right"/>
              <w:bidi/>
            </w:pPr>
            <w:r/>
            <w:r>
              <w:rPr>
                <w:rFonts w:ascii="Arial" w:hAnsi="Arial" w:cs="Arial"/>
                <w:b w:val="0"/>
                <w:sz w:val="17"/>
                <w:rtl/>
              </w:rPr>
              <w:t>تنبيه</w:t>
            </w:r>
          </w:p>
        </w:tc>
        <w:tc>
          <w:tcPr>
            <w:tcW w:type="dxa" w:w="5839"/>
            <w:vAlign w:val="center"/>
            <w:shd w:fill="F3F8F6"/>
          </w:tcPr>
          <w:p>
            <w:pPr>
              <w:spacing w:before="60" w:after="60" w:line="259" w:lineRule="auto"/>
              <w:jc w:val="right"/>
              <w:bidi/>
            </w:pPr>
            <w:r/>
            <w:r>
              <w:rPr>
                <w:rFonts w:ascii="Arial" w:hAnsi="Arial" w:cs="Arial"/>
                <w:b w:val="0"/>
                <w:sz w:val="17"/>
                <w:rtl/>
              </w:rPr>
              <w:t>أخفِ أرقام الهوية والبيانات الصحية والمالية وأي بيانات لا تلزم لمعالجة الطلب.</w:t>
            </w:r>
          </w:p>
        </w:tc>
      </w:tr>
    </w:tbl>
    <w:p>
      <w:pPr>
        <w:spacing w:after="20"/>
      </w:pPr>
    </w:p>
    <w:p>
      <w:pPr>
        <w:spacing w:before="140" w:after="100" w:line="278" w:lineRule="auto"/>
        <w:jc w:val="right"/>
        <w:keepNext/>
        <w:bidi/>
      </w:pPr>
      <w:r>
        <w:rPr>
          <w:rFonts w:ascii="Arial" w:hAnsi="Arial" w:cs="Arial"/>
          <w:b/>
          <w:color w:val="2F7D59"/>
          <w:sz w:val="25"/>
          <w:rtl/>
        </w:rPr>
        <w:t>إقرار مقدم الطلب</w:t>
      </w:r>
    </w:p>
    <w:p>
      <w:pPr>
        <w:spacing w:before="0" w:after="100" w:line="278" w:lineRule="auto"/>
        <w:jc w:val="right"/>
        <w:keepNext w:val="0"/>
        <w:bidi/>
      </w:pPr>
      <w:r>
        <w:rPr>
          <w:rFonts w:ascii="Arial" w:hAnsi="Arial" w:cs="Arial"/>
          <w:b w:val="0"/>
          <w:sz w:val="20"/>
          <w:rtl/>
        </w:rPr>
        <w:t>أقر بأن المعلومات المقدمة صحيحة حسب علمي، وأفوض الجمعية بدراسة الطلب والتواصل معي إذا اخترت وسيلة تواصل. لا يلزم التوقيع للبلاغ المجهول.</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3118"/>
            <w:vAlign w:val="center"/>
            <w:shd w:fill="084C61"/>
          </w:tcPr>
          <w:p>
            <w:pPr>
              <w:spacing w:before="60" w:after="60" w:line="259" w:lineRule="auto"/>
              <w:jc w:val="center"/>
              <w:bidi/>
            </w:pPr>
            <w:r/>
            <w:r>
              <w:rPr>
                <w:rFonts w:ascii="Arial" w:hAnsi="Arial" w:cs="Arial"/>
                <w:b/>
                <w:color w:val="FFFFFF"/>
                <w:sz w:val="17"/>
                <w:rtl/>
              </w:rPr>
              <w:t>الاسم - إن وجد</w:t>
            </w:r>
          </w:p>
        </w:tc>
        <w:tc>
          <w:tcPr>
            <w:tcW w:type="dxa" w:w="3118"/>
            <w:vAlign w:val="center"/>
            <w:shd w:fill="084C61"/>
          </w:tcPr>
          <w:p>
            <w:pPr>
              <w:spacing w:before="60" w:after="60" w:line="259" w:lineRule="auto"/>
              <w:jc w:val="center"/>
              <w:bidi/>
            </w:pPr>
            <w:r/>
            <w:r>
              <w:rPr>
                <w:rFonts w:ascii="Arial" w:hAnsi="Arial" w:cs="Arial"/>
                <w:b/>
                <w:color w:val="FFFFFF"/>
                <w:sz w:val="17"/>
                <w:rtl/>
              </w:rPr>
              <w:t>التوقيع - إن وجد</w:t>
            </w:r>
          </w:p>
        </w:tc>
        <w:tc>
          <w:tcPr>
            <w:tcW w:type="dxa" w:w="3118"/>
            <w:vAlign w:val="center"/>
            <w:shd w:fill="084C61"/>
          </w:tcPr>
          <w:p>
            <w:pPr>
              <w:spacing w:before="60" w:after="60" w:line="259" w:lineRule="auto"/>
              <w:jc w:val="center"/>
              <w:bidi/>
            </w:pPr>
            <w:r/>
            <w:r>
              <w:rPr>
                <w:rFonts w:ascii="Arial" w:hAnsi="Arial" w:cs="Arial"/>
                <w:b/>
                <w:color w:val="FFFFFF"/>
                <w:sz w:val="17"/>
                <w:rtl/>
              </w:rPr>
              <w:t>التاريخ</w:t>
            </w:r>
          </w:p>
        </w:tc>
      </w:tr>
      <w:tr>
        <w:tc>
          <w:tcPr>
            <w:tcW w:type="dxa" w:w="3118"/>
            <w:vAlign w:val="center"/>
          </w:tcPr>
          <w:p>
            <w:pPr>
              <w:spacing w:before="60" w:after="60" w:line="259" w:lineRule="auto"/>
              <w:jc w:val="center"/>
              <w:bidi/>
            </w:pPr>
            <w:r/>
            <w:r>
              <w:rPr>
                <w:rFonts w:ascii="Arial" w:hAnsi="Arial" w:cs="Arial"/>
                <w:b w:val="0"/>
                <w:sz w:val="17"/>
                <w:rtl/>
              </w:rPr>
            </w:r>
          </w:p>
        </w:tc>
        <w:tc>
          <w:tcPr>
            <w:tcW w:type="dxa" w:w="3118"/>
            <w:vAlign w:val="center"/>
          </w:tcPr>
          <w:p>
            <w:pPr>
              <w:spacing w:before="60" w:after="60" w:line="259" w:lineRule="auto"/>
              <w:jc w:val="center"/>
              <w:bidi/>
            </w:pPr>
            <w:r/>
            <w:r>
              <w:rPr>
                <w:rFonts w:ascii="Arial" w:hAnsi="Arial" w:cs="Arial"/>
                <w:b w:val="0"/>
                <w:sz w:val="17"/>
                <w:rtl/>
              </w:rPr>
            </w:r>
          </w:p>
        </w:tc>
        <w:tc>
          <w:tcPr>
            <w:tcW w:type="dxa" w:w="3118"/>
            <w:vAlign w:val="center"/>
          </w:tcPr>
          <w:p>
            <w:pPr>
              <w:spacing w:before="60" w:after="60" w:line="259" w:lineRule="auto"/>
              <w:jc w:val="center"/>
              <w:bidi/>
            </w:pPr>
            <w:r/>
            <w:r>
              <w:rPr>
                <w:rFonts w:ascii="Arial" w:hAnsi="Arial" w:cs="Arial"/>
                <w:b w:val="0"/>
                <w:sz w:val="17"/>
                <w:rtl/>
              </w:rPr>
            </w:r>
          </w:p>
        </w:tc>
      </w:tr>
    </w:tbl>
    <w:p>
      <w:pPr>
        <w:spacing w:after="20"/>
      </w:pPr>
    </w:p>
    <w:p>
      <w:pPr>
        <w:spacing w:before="140" w:after="100" w:line="278" w:lineRule="auto"/>
        <w:jc w:val="right"/>
        <w:keepNext/>
        <w:bidi/>
      </w:pPr>
      <w:r>
        <w:rPr>
          <w:rFonts w:ascii="Arial" w:hAnsi="Arial" w:cs="Arial"/>
          <w:b/>
          <w:color w:val="2F7D59"/>
          <w:sz w:val="25"/>
          <w:rtl/>
        </w:rPr>
        <w:t>إشعار خصوصية مختصر</w:t>
      </w:r>
    </w:p>
    <w:p>
      <w:pPr>
        <w:spacing w:before="0" w:after="100" w:line="278" w:lineRule="auto"/>
        <w:jc w:val="right"/>
        <w:keepNext w:val="0"/>
        <w:bidi/>
      </w:pPr>
      <w:r>
        <w:rPr>
          <w:rFonts w:ascii="Arial" w:hAnsi="Arial" w:cs="Arial"/>
          <w:b w:val="0"/>
          <w:sz w:val="20"/>
          <w:rtl/>
        </w:rPr>
        <w:t>تستخدم الجمعية البيانات الواردة لاستلام الطلب وتصنيفه والتحقق منه والتواصل بشأنه وتحسين خدماتها والوفاء بالالتزامات النظامية. يقتصر الوصول على المخولين، وقد تشارك البيانات مع جهة مختصة عند الحاجة أو الوجوب النظامي. تحفظ البيانات وفق سياسة حفظ السجلات ثم تتلف بطريقة آمنة. يمكن تقديم الطلب دون بيانات تعريفية، إلا أن ذلك قد يحد من القدرة على الرد أو استكمال التحقق.</w:t>
      </w:r>
    </w:p>
    <w:p>
      <w:pPr>
        <w:spacing w:before="0" w:after="100" w:line="278" w:lineRule="auto"/>
        <w:jc w:val="right"/>
        <w:keepNext w:val="0"/>
        <w:bidi/>
      </w:pPr>
      <w:r>
        <w:rPr>
          <w:rFonts w:ascii="Arial" w:hAnsi="Arial" w:cs="Arial"/>
          <w:b w:val="0"/>
          <w:color w:val="5A6770"/>
          <w:sz w:val="19"/>
          <w:rtl/>
        </w:rPr>
        <w:t>لطلب الوصول إلى البيانات أو تصحيحها أو الاستفسار عن معالجتها، تستخدم قناة الخصوصية أو التواصل الرسمية المنشورة لدى الجمعية. ولا تؤثر ممارسة الحقوق على حق مقدم الطلب في رفع الشكوى أو المقترح.</w:t>
      </w:r>
    </w:p>
    <w:p>
      <w:pPr>
        <w:spacing w:before="140" w:after="100" w:line="278" w:lineRule="auto"/>
        <w:jc w:val="right"/>
        <w:keepNext/>
        <w:bidi/>
      </w:pPr>
      <w:r>
        <w:rPr>
          <w:rFonts w:ascii="Arial" w:hAnsi="Arial" w:cs="Arial"/>
          <w:b/>
          <w:color w:val="2F7D59"/>
          <w:sz w:val="25"/>
          <w:rtl/>
        </w:rPr>
        <w:t>قنوات التقديم الرسمية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118"/>
            <w:vAlign w:val="center"/>
            <w:shd w:fill="084C61"/>
          </w:tcPr>
          <w:p>
            <w:pPr>
              <w:spacing w:before="60" w:after="60" w:line="259" w:lineRule="auto"/>
              <w:jc w:val="center"/>
              <w:bidi/>
            </w:pPr>
            <w:r/>
            <w:r>
              <w:rPr>
                <w:rFonts w:ascii="Arial" w:hAnsi="Arial" w:cs="Arial"/>
                <w:b/>
                <w:color w:val="FFFFFF"/>
                <w:sz w:val="17"/>
                <w:rtl/>
              </w:rPr>
              <w:t>القناة</w:t>
            </w:r>
          </w:p>
        </w:tc>
        <w:tc>
          <w:tcPr>
            <w:tcW w:type="dxa" w:w="6236"/>
            <w:vAlign w:val="center"/>
            <w:shd w:fill="084C61"/>
          </w:tcPr>
          <w:p>
            <w:pPr>
              <w:spacing w:before="60" w:after="60" w:line="259" w:lineRule="auto"/>
              <w:jc w:val="center"/>
              <w:bidi/>
            </w:pPr>
            <w:r/>
            <w:r>
              <w:rPr>
                <w:rFonts w:ascii="Arial" w:hAnsi="Arial" w:cs="Arial"/>
                <w:b/>
                <w:color w:val="FFFFFF"/>
                <w:sz w:val="17"/>
                <w:rtl/>
              </w:rPr>
              <w:t>البيانات المعتمدة</w:t>
            </w:r>
          </w:p>
        </w:tc>
      </w:tr>
      <w:tr>
        <w:tc>
          <w:tcPr>
            <w:tcW w:type="dxa" w:w="3118"/>
            <w:vAlign w:val="center"/>
          </w:tcPr>
          <w:p>
            <w:pPr>
              <w:spacing w:before="60" w:after="60" w:line="259" w:lineRule="auto"/>
              <w:jc w:val="right"/>
              <w:bidi/>
            </w:pPr>
            <w:r/>
            <w:r>
              <w:rPr>
                <w:rFonts w:ascii="Arial" w:hAnsi="Arial" w:cs="Arial"/>
                <w:b w:val="0"/>
                <w:sz w:val="17"/>
                <w:rtl/>
              </w:rPr>
              <w:t>النموذج الإلكتروني/الموقع</w:t>
            </w:r>
          </w:p>
        </w:tc>
        <w:tc>
          <w:tcPr>
            <w:tcW w:type="dxa" w:w="6236"/>
            <w:vAlign w:val="center"/>
          </w:tcPr>
          <w:p>
            <w:pPr>
              <w:spacing w:before="60" w:after="60" w:line="259" w:lineRule="auto"/>
              <w:jc w:val="right"/>
              <w:bidi/>
            </w:pPr>
            <w:r/>
            <w:r>
              <w:rPr>
                <w:rFonts w:ascii="Arial" w:hAnsi="Arial" w:cs="Arial"/>
                <w:b w:val="0"/>
                <w:sz w:val="17"/>
                <w:rtl/>
              </w:rPr>
              <w:t>............................................................................................</w:t>
            </w:r>
          </w:p>
        </w:tc>
      </w:tr>
      <w:tr>
        <w:tc>
          <w:tcPr>
            <w:tcW w:type="dxa" w:w="3118"/>
            <w:vAlign w:val="center"/>
            <w:shd w:fill="F3F8F6"/>
          </w:tcPr>
          <w:p>
            <w:pPr>
              <w:spacing w:before="60" w:after="60" w:line="259" w:lineRule="auto"/>
              <w:jc w:val="right"/>
              <w:bidi/>
            </w:pPr>
            <w:r/>
            <w:r>
              <w:rPr>
                <w:rFonts w:ascii="Arial" w:hAnsi="Arial" w:cs="Arial"/>
                <w:b w:val="0"/>
                <w:sz w:val="17"/>
                <w:rtl/>
              </w:rPr>
              <w:t>البريد الإلكتروني</w:t>
            </w:r>
          </w:p>
        </w:tc>
        <w:tc>
          <w:tcPr>
            <w:tcW w:type="dxa" w:w="6236"/>
            <w:vAlign w:val="center"/>
            <w:shd w:fill="F3F8F6"/>
          </w:tcPr>
          <w:p>
            <w:pPr>
              <w:spacing w:before="60" w:after="60" w:line="259" w:lineRule="auto"/>
              <w:jc w:val="right"/>
              <w:bidi/>
            </w:pPr>
            <w:r/>
            <w:r>
              <w:rPr>
                <w:rFonts w:ascii="Arial" w:hAnsi="Arial" w:cs="Arial"/>
                <w:b w:val="0"/>
                <w:sz w:val="17"/>
                <w:rtl/>
              </w:rPr>
              <w:t>............................................................................................</w:t>
            </w:r>
          </w:p>
        </w:tc>
      </w:tr>
      <w:tr>
        <w:tc>
          <w:tcPr>
            <w:tcW w:type="dxa" w:w="3118"/>
            <w:vAlign w:val="center"/>
          </w:tcPr>
          <w:p>
            <w:pPr>
              <w:spacing w:before="60" w:after="60" w:line="259" w:lineRule="auto"/>
              <w:jc w:val="right"/>
              <w:bidi/>
            </w:pPr>
            <w:r/>
            <w:r>
              <w:rPr>
                <w:rFonts w:ascii="Arial" w:hAnsi="Arial" w:cs="Arial"/>
                <w:b w:val="0"/>
                <w:sz w:val="17"/>
                <w:rtl/>
              </w:rPr>
              <w:t>الهاتف/الرسائل/الحضور</w:t>
            </w:r>
          </w:p>
        </w:tc>
        <w:tc>
          <w:tcPr>
            <w:tcW w:type="dxa" w:w="6236"/>
            <w:vAlign w:val="center"/>
          </w:tcPr>
          <w:p>
            <w:pPr>
              <w:spacing w:before="60" w:after="60" w:line="259" w:lineRule="auto"/>
              <w:jc w:val="right"/>
              <w:bidi/>
            </w:pPr>
            <w:r/>
            <w:r>
              <w:rPr>
                <w:rFonts w:ascii="Arial" w:hAnsi="Arial" w:cs="Arial"/>
                <w:b w:val="0"/>
                <w:sz w:val="17"/>
                <w:rtl/>
              </w:rPr>
              <w:t>............................................................................................</w:t>
            </w:r>
          </w:p>
        </w:tc>
      </w:tr>
    </w:tbl>
    <w:p>
      <w:pPr>
        <w:spacing w:after="20"/>
      </w:pPr>
    </w:p>
    <w:p>
      <w:r>
        <w:br w:type="page"/>
      </w:r>
    </w:p>
    <w:p>
      <w:pPr>
        <w:spacing w:before="140" w:after="100" w:line="278" w:lineRule="auto"/>
        <w:jc w:val="right"/>
        <w:keepNext/>
        <w:bidi/>
      </w:pPr>
      <w:r>
        <w:rPr>
          <w:rFonts w:ascii="Arial" w:hAnsi="Arial" w:cs="Arial"/>
          <w:b/>
          <w:color w:val="084C61"/>
          <w:sz w:val="30"/>
          <w:rtl/>
        </w:rPr>
        <w:t>للاستخدام الداخلي فقط</w:t>
      </w:r>
    </w:p>
    <w:p>
      <w:pPr>
        <w:spacing w:before="0" w:after="100" w:line="278" w:lineRule="auto"/>
        <w:jc w:val="right"/>
        <w:keepNext w:val="0"/>
        <w:bidi/>
      </w:pPr>
      <w:r>
        <w:rPr>
          <w:rFonts w:ascii="Arial" w:hAnsi="Arial" w:cs="Arial"/>
          <w:b/>
          <w:color w:val="2F7D59"/>
          <w:sz w:val="19"/>
          <w:rtl/>
        </w:rPr>
        <w:t>لا يطلع على هذا الجزء مقدم الطلب. تحفظ بياناته وتداولاته وفق التصنيف والصلاحيات.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005"/>
            <w:vAlign w:val="center"/>
            <w:shd w:fill="084C61"/>
          </w:tcPr>
          <w:p>
            <w:pPr>
              <w:spacing w:before="60" w:after="60" w:line="259" w:lineRule="auto"/>
              <w:jc w:val="center"/>
              <w:bidi/>
            </w:pPr>
            <w:r/>
            <w:r>
              <w:rPr>
                <w:rFonts w:ascii="Arial" w:hAnsi="Arial" w:cs="Arial"/>
                <w:b/>
                <w:color w:val="FFFFFF"/>
                <w:sz w:val="17"/>
                <w:rtl/>
              </w:rPr>
              <w:t>الحقل</w:t>
            </w:r>
          </w:p>
        </w:tc>
        <w:tc>
          <w:tcPr>
            <w:tcW w:type="dxa" w:w="6350"/>
            <w:vAlign w:val="center"/>
            <w:shd w:fill="084C61"/>
          </w:tcPr>
          <w:p>
            <w:pPr>
              <w:spacing w:before="60" w:after="60" w:line="259" w:lineRule="auto"/>
              <w:jc w:val="center"/>
              <w:bidi/>
            </w:pPr>
            <w:r/>
            <w:r>
              <w:rPr>
                <w:rFonts w:ascii="Arial" w:hAnsi="Arial" w:cs="Arial"/>
                <w:b/>
                <w:color w:val="FFFFFF"/>
                <w:sz w:val="17"/>
                <w:rtl/>
              </w:rPr>
              <w:t>البيانات</w:t>
            </w:r>
          </w:p>
        </w:tc>
      </w:tr>
      <w:tr>
        <w:tc>
          <w:tcPr>
            <w:tcW w:type="dxa" w:w="3005"/>
            <w:vAlign w:val="center"/>
          </w:tcPr>
          <w:p>
            <w:pPr>
              <w:spacing w:before="60" w:after="60" w:line="259" w:lineRule="auto"/>
              <w:jc w:val="right"/>
              <w:bidi/>
            </w:pPr>
            <w:r/>
            <w:r>
              <w:rPr>
                <w:rFonts w:ascii="Arial" w:hAnsi="Arial" w:cs="Arial"/>
                <w:b w:val="0"/>
                <w:sz w:val="17"/>
                <w:rtl/>
              </w:rPr>
              <w:t>رقم الطلب</w:t>
            </w:r>
          </w:p>
        </w:tc>
        <w:tc>
          <w:tcPr>
            <w:tcW w:type="dxa" w:w="6350"/>
            <w:vAlign w:val="center"/>
          </w:tcPr>
          <w:p>
            <w:pPr>
              <w:spacing w:before="60" w:after="60" w:line="259" w:lineRule="auto"/>
              <w:jc w:val="right"/>
              <w:bidi/>
            </w:pPr>
            <w:r/>
            <w:r>
              <w:rPr>
                <w:rFonts w:ascii="Arial" w:hAnsi="Arial" w:cs="Arial"/>
                <w:b w:val="0"/>
                <w:sz w:val="17"/>
                <w:rtl/>
              </w:rPr>
              <w:t>............................................................................................</w:t>
            </w:r>
          </w:p>
        </w:tc>
      </w:tr>
      <w:tr>
        <w:tc>
          <w:tcPr>
            <w:tcW w:type="dxa" w:w="3005"/>
            <w:vAlign w:val="center"/>
            <w:shd w:fill="F3F8F6"/>
          </w:tcPr>
          <w:p>
            <w:pPr>
              <w:spacing w:before="60" w:after="60" w:line="259" w:lineRule="auto"/>
              <w:jc w:val="right"/>
              <w:bidi/>
            </w:pPr>
            <w:r/>
            <w:r>
              <w:rPr>
                <w:rFonts w:ascii="Arial" w:hAnsi="Arial" w:cs="Arial"/>
                <w:b w:val="0"/>
                <w:sz w:val="17"/>
                <w:rtl/>
              </w:rPr>
              <w:t>تاريخ ووقت الاستلام</w:t>
            </w:r>
          </w:p>
        </w:tc>
        <w:tc>
          <w:tcPr>
            <w:tcW w:type="dxa" w:w="6350"/>
            <w:vAlign w:val="center"/>
            <w:shd w:fill="F3F8F6"/>
          </w:tcPr>
          <w:p>
            <w:pPr>
              <w:spacing w:before="60" w:after="60" w:line="259" w:lineRule="auto"/>
              <w:jc w:val="right"/>
              <w:bidi/>
            </w:pPr>
            <w:r/>
            <w:r>
              <w:rPr>
                <w:rFonts w:ascii="Arial" w:hAnsi="Arial" w:cs="Arial"/>
                <w:b w:val="0"/>
                <w:sz w:val="17"/>
                <w:rtl/>
              </w:rPr>
              <w:t>............................................................................................</w:t>
            </w:r>
          </w:p>
        </w:tc>
      </w:tr>
      <w:tr>
        <w:tc>
          <w:tcPr>
            <w:tcW w:type="dxa" w:w="3005"/>
            <w:vAlign w:val="center"/>
          </w:tcPr>
          <w:p>
            <w:pPr>
              <w:spacing w:before="60" w:after="60" w:line="259" w:lineRule="auto"/>
              <w:jc w:val="right"/>
              <w:bidi/>
            </w:pPr>
            <w:r/>
            <w:r>
              <w:rPr>
                <w:rFonts w:ascii="Arial" w:hAnsi="Arial" w:cs="Arial"/>
                <w:b w:val="0"/>
                <w:sz w:val="17"/>
                <w:rtl/>
              </w:rPr>
              <w:t>قناة الاستلام</w:t>
            </w:r>
          </w:p>
        </w:tc>
        <w:tc>
          <w:tcPr>
            <w:tcW w:type="dxa" w:w="6350"/>
            <w:vAlign w:val="center"/>
          </w:tcPr>
          <w:p>
            <w:pPr>
              <w:spacing w:before="60" w:after="60" w:line="259" w:lineRule="auto"/>
              <w:jc w:val="right"/>
              <w:bidi/>
            </w:pPr>
            <w:r/>
            <w:r>
              <w:rPr>
                <w:rFonts w:ascii="Arial" w:hAnsi="Arial" w:cs="Arial"/>
                <w:b w:val="0"/>
                <w:sz w:val="17"/>
                <w:rtl/>
              </w:rPr>
              <w:t>☐ إلكتروني   ☐ بريد   ☐ هاتف   ☐ حضور   ☐ أخرى</w:t>
            </w:r>
          </w:p>
        </w:tc>
      </w:tr>
      <w:tr>
        <w:tc>
          <w:tcPr>
            <w:tcW w:type="dxa" w:w="3005"/>
            <w:vAlign w:val="center"/>
            <w:shd w:fill="F3F8F6"/>
          </w:tcPr>
          <w:p>
            <w:pPr>
              <w:spacing w:before="60" w:after="60" w:line="259" w:lineRule="auto"/>
              <w:jc w:val="right"/>
              <w:bidi/>
            </w:pPr>
            <w:r/>
            <w:r>
              <w:rPr>
                <w:rFonts w:ascii="Arial" w:hAnsi="Arial" w:cs="Arial"/>
                <w:b w:val="0"/>
                <w:sz w:val="17"/>
                <w:rtl/>
              </w:rPr>
              <w:t>المستلم</w:t>
            </w:r>
          </w:p>
        </w:tc>
        <w:tc>
          <w:tcPr>
            <w:tcW w:type="dxa" w:w="6350"/>
            <w:vAlign w:val="center"/>
            <w:shd w:fill="F3F8F6"/>
          </w:tcPr>
          <w:p>
            <w:pPr>
              <w:spacing w:before="60" w:after="60" w:line="259" w:lineRule="auto"/>
              <w:jc w:val="right"/>
              <w:bidi/>
            </w:pPr>
            <w:r/>
            <w:r>
              <w:rPr>
                <w:rFonts w:ascii="Arial" w:hAnsi="Arial" w:cs="Arial"/>
                <w:b w:val="0"/>
                <w:sz w:val="17"/>
                <w:rtl/>
              </w:rPr>
              <w:t>............................................................................................</w:t>
            </w:r>
          </w:p>
        </w:tc>
      </w:tr>
      <w:tr>
        <w:tc>
          <w:tcPr>
            <w:tcW w:type="dxa" w:w="3005"/>
            <w:vAlign w:val="center"/>
          </w:tcPr>
          <w:p>
            <w:pPr>
              <w:spacing w:before="60" w:after="60" w:line="259" w:lineRule="auto"/>
              <w:jc w:val="right"/>
              <w:bidi/>
            </w:pPr>
            <w:r/>
            <w:r>
              <w:rPr>
                <w:rFonts w:ascii="Arial" w:hAnsi="Arial" w:cs="Arial"/>
                <w:b w:val="0"/>
                <w:sz w:val="17"/>
                <w:rtl/>
              </w:rPr>
              <w:t>التصنيف</w:t>
            </w:r>
          </w:p>
        </w:tc>
        <w:tc>
          <w:tcPr>
            <w:tcW w:type="dxa" w:w="6350"/>
            <w:vAlign w:val="center"/>
          </w:tcPr>
          <w:p>
            <w:pPr>
              <w:spacing w:before="60" w:after="60" w:line="259" w:lineRule="auto"/>
              <w:jc w:val="right"/>
              <w:bidi/>
            </w:pPr>
            <w:r/>
            <w:r>
              <w:rPr>
                <w:rFonts w:ascii="Arial" w:hAnsi="Arial" w:cs="Arial"/>
                <w:b w:val="0"/>
                <w:sz w:val="17"/>
                <w:rtl/>
              </w:rPr>
              <w:t>☐ شكوى   ☐ مقترح   ☐ استفسار   ☐ ملاحظة</w:t>
            </w:r>
          </w:p>
        </w:tc>
      </w:tr>
      <w:tr>
        <w:tc>
          <w:tcPr>
            <w:tcW w:type="dxa" w:w="3005"/>
            <w:vAlign w:val="center"/>
            <w:shd w:fill="F3F8F6"/>
          </w:tcPr>
          <w:p>
            <w:pPr>
              <w:spacing w:before="60" w:after="60" w:line="259" w:lineRule="auto"/>
              <w:jc w:val="right"/>
              <w:bidi/>
            </w:pPr>
            <w:r/>
            <w:r>
              <w:rPr>
                <w:rFonts w:ascii="Arial" w:hAnsi="Arial" w:cs="Arial"/>
                <w:b w:val="0"/>
                <w:sz w:val="17"/>
                <w:rtl/>
              </w:rPr>
              <w:t>الأولوية</w:t>
            </w:r>
          </w:p>
        </w:tc>
        <w:tc>
          <w:tcPr>
            <w:tcW w:type="dxa" w:w="6350"/>
            <w:vAlign w:val="center"/>
            <w:shd w:fill="F3F8F6"/>
          </w:tcPr>
          <w:p>
            <w:pPr>
              <w:spacing w:before="60" w:after="60" w:line="259" w:lineRule="auto"/>
              <w:jc w:val="right"/>
              <w:bidi/>
            </w:pPr>
            <w:r/>
            <w:r>
              <w:rPr>
                <w:rFonts w:ascii="Arial" w:hAnsi="Arial" w:cs="Arial"/>
                <w:b w:val="0"/>
                <w:sz w:val="17"/>
                <w:rtl/>
              </w:rPr>
              <w:t>☐ عادي   ☐ متوسط   ☐ عاجل   ☐ خطر فوري</w:t>
            </w:r>
          </w:p>
        </w:tc>
      </w:tr>
      <w:tr>
        <w:tc>
          <w:tcPr>
            <w:tcW w:type="dxa" w:w="3005"/>
            <w:vAlign w:val="center"/>
          </w:tcPr>
          <w:p>
            <w:pPr>
              <w:spacing w:before="60" w:after="60" w:line="259" w:lineRule="auto"/>
              <w:jc w:val="right"/>
              <w:bidi/>
            </w:pPr>
            <w:r/>
            <w:r>
              <w:rPr>
                <w:rFonts w:ascii="Arial" w:hAnsi="Arial" w:cs="Arial"/>
                <w:b w:val="0"/>
                <w:sz w:val="17"/>
                <w:rtl/>
              </w:rPr>
              <w:t>السرية</w:t>
            </w:r>
          </w:p>
        </w:tc>
        <w:tc>
          <w:tcPr>
            <w:tcW w:type="dxa" w:w="6350"/>
            <w:vAlign w:val="center"/>
          </w:tcPr>
          <w:p>
            <w:pPr>
              <w:spacing w:before="60" w:after="60" w:line="259" w:lineRule="auto"/>
              <w:jc w:val="right"/>
              <w:bidi/>
            </w:pPr>
            <w:r/>
            <w:r>
              <w:rPr>
                <w:rFonts w:ascii="Arial" w:hAnsi="Arial" w:cs="Arial"/>
                <w:b w:val="0"/>
                <w:sz w:val="17"/>
                <w:rtl/>
              </w:rPr>
              <w:t>☐ عادي   ☐ مقيد   ☐ سري</w:t>
            </w:r>
          </w:p>
        </w:tc>
      </w:tr>
      <w:tr>
        <w:tc>
          <w:tcPr>
            <w:tcW w:type="dxa" w:w="3005"/>
            <w:vAlign w:val="center"/>
            <w:shd w:fill="F3F8F6"/>
          </w:tcPr>
          <w:p>
            <w:pPr>
              <w:spacing w:before="60" w:after="60" w:line="259" w:lineRule="auto"/>
              <w:jc w:val="right"/>
              <w:bidi/>
            </w:pPr>
            <w:r/>
            <w:r>
              <w:rPr>
                <w:rFonts w:ascii="Arial" w:hAnsi="Arial" w:cs="Arial"/>
                <w:b w:val="0"/>
                <w:sz w:val="17"/>
                <w:rtl/>
              </w:rPr>
              <w:t>تعارض المصالح</w:t>
            </w:r>
          </w:p>
        </w:tc>
        <w:tc>
          <w:tcPr>
            <w:tcW w:type="dxa" w:w="6350"/>
            <w:vAlign w:val="center"/>
            <w:shd w:fill="F3F8F6"/>
          </w:tcPr>
          <w:p>
            <w:pPr>
              <w:spacing w:before="60" w:after="60" w:line="259" w:lineRule="auto"/>
              <w:jc w:val="right"/>
              <w:bidi/>
            </w:pPr>
            <w:r/>
            <w:r>
              <w:rPr>
                <w:rFonts w:ascii="Arial" w:hAnsi="Arial" w:cs="Arial"/>
                <w:b w:val="0"/>
                <w:sz w:val="17"/>
                <w:rtl/>
              </w:rPr>
              <w:t>☐ لا يوجد   ☐ يوجد - أحيل إلى: ................................................</w:t>
            </w:r>
          </w:p>
        </w:tc>
      </w:tr>
      <w:tr>
        <w:tc>
          <w:tcPr>
            <w:tcW w:type="dxa" w:w="3005"/>
            <w:vAlign w:val="center"/>
          </w:tcPr>
          <w:p>
            <w:pPr>
              <w:spacing w:before="60" w:after="60" w:line="259" w:lineRule="auto"/>
              <w:jc w:val="right"/>
              <w:bidi/>
            </w:pPr>
            <w:r/>
            <w:r>
              <w:rPr>
                <w:rFonts w:ascii="Arial" w:hAnsi="Arial" w:cs="Arial"/>
                <w:b w:val="0"/>
                <w:sz w:val="17"/>
                <w:rtl/>
              </w:rPr>
              <w:t>جهة الإحالة/المسؤول</w:t>
            </w:r>
          </w:p>
        </w:tc>
        <w:tc>
          <w:tcPr>
            <w:tcW w:type="dxa" w:w="6350"/>
            <w:vAlign w:val="center"/>
          </w:tcPr>
          <w:p>
            <w:pPr>
              <w:spacing w:before="60" w:after="60" w:line="259" w:lineRule="auto"/>
              <w:jc w:val="right"/>
              <w:bidi/>
            </w:pPr>
            <w:r/>
            <w:r>
              <w:rPr>
                <w:rFonts w:ascii="Arial" w:hAnsi="Arial" w:cs="Arial"/>
                <w:b w:val="0"/>
                <w:sz w:val="17"/>
                <w:rtl/>
              </w:rPr>
              <w:t>............................................................................................</w:t>
            </w:r>
          </w:p>
        </w:tc>
      </w:tr>
      <w:tr>
        <w:tc>
          <w:tcPr>
            <w:tcW w:type="dxa" w:w="3005"/>
            <w:vAlign w:val="center"/>
            <w:shd w:fill="F3F8F6"/>
          </w:tcPr>
          <w:p>
            <w:pPr>
              <w:spacing w:before="60" w:after="60" w:line="259" w:lineRule="auto"/>
              <w:jc w:val="right"/>
              <w:bidi/>
            </w:pPr>
            <w:r/>
            <w:r>
              <w:rPr>
                <w:rFonts w:ascii="Arial" w:hAnsi="Arial" w:cs="Arial"/>
                <w:b w:val="0"/>
                <w:sz w:val="17"/>
                <w:rtl/>
              </w:rPr>
              <w:t>تاريخ الاستحقاق</w:t>
            </w:r>
          </w:p>
        </w:tc>
        <w:tc>
          <w:tcPr>
            <w:tcW w:type="dxa" w:w="6350"/>
            <w:vAlign w:val="center"/>
            <w:shd w:fill="F3F8F6"/>
          </w:tcPr>
          <w:p>
            <w:pPr>
              <w:spacing w:before="60" w:after="60" w:line="259" w:lineRule="auto"/>
              <w:jc w:val="right"/>
              <w:bidi/>
            </w:pPr>
            <w:r/>
            <w:r>
              <w:rPr>
                <w:rFonts w:ascii="Arial" w:hAnsi="Arial" w:cs="Arial"/>
                <w:b w:val="0"/>
                <w:sz w:val="17"/>
                <w:rtl/>
              </w:rPr>
              <w:t>........ / ........ / ........ م</w:t>
            </w:r>
          </w:p>
        </w:tc>
      </w:tr>
    </w:tbl>
    <w:p>
      <w:pPr>
        <w:spacing w:after="20"/>
      </w:pPr>
    </w:p>
    <w:p>
      <w:pPr>
        <w:spacing w:before="140" w:after="100" w:line="278" w:lineRule="auto"/>
        <w:jc w:val="right"/>
        <w:keepNext/>
        <w:bidi/>
      </w:pPr>
      <w:r>
        <w:rPr>
          <w:rFonts w:ascii="Arial" w:hAnsi="Arial" w:cs="Arial"/>
          <w:b/>
          <w:color w:val="2F7D59"/>
          <w:sz w:val="25"/>
          <w:rtl/>
        </w:rPr>
        <w:t>التقييم الأولي والإجراء</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pPr>
        <w:spacing w:before="0" w:after="120" w:line="278" w:lineRule="auto"/>
        <w:jc w:val="right"/>
        <w:keepNext w:val="0"/>
        <w:bidi/>
      </w:pPr>
      <w:r>
        <w:rPr>
          <w:rFonts w:ascii="Arial" w:hAnsi="Arial" w:cs="Arial"/>
          <w:b w:val="0"/>
          <w:color w:val="5A6770"/>
          <w:sz w:val="18"/>
          <w:rtl/>
        </w:rPr>
        <w:t>........................................................................................................................................................................</w:t>
      </w:r>
    </w:p>
    <w:p>
      <w:r>
        <w:br w:type="page"/>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3005"/>
            <w:vAlign w:val="center"/>
            <w:shd w:fill="084C61"/>
          </w:tcPr>
          <w:p>
            <w:pPr>
              <w:spacing w:before="60" w:after="60" w:line="259" w:lineRule="auto"/>
              <w:jc w:val="center"/>
              <w:bidi/>
            </w:pPr>
            <w:r/>
            <w:r>
              <w:rPr>
                <w:rFonts w:ascii="Arial" w:hAnsi="Arial" w:cs="Arial"/>
                <w:b/>
                <w:color w:val="FFFFFF"/>
                <w:sz w:val="16"/>
                <w:rtl/>
              </w:rPr>
              <w:t>المتابعة</w:t>
            </w:r>
          </w:p>
        </w:tc>
        <w:tc>
          <w:tcPr>
            <w:tcW w:type="dxa" w:w="6350"/>
            <w:vAlign w:val="center"/>
            <w:shd w:fill="084C61"/>
          </w:tcPr>
          <w:p>
            <w:pPr>
              <w:spacing w:before="60" w:after="60" w:line="259" w:lineRule="auto"/>
              <w:jc w:val="center"/>
              <w:bidi/>
            </w:pPr>
            <w:r/>
            <w:r>
              <w:rPr>
                <w:rFonts w:ascii="Arial" w:hAnsi="Arial" w:cs="Arial"/>
                <w:b/>
                <w:color w:val="FFFFFF"/>
                <w:sz w:val="16"/>
                <w:rtl/>
              </w:rPr>
              <w:t>البيانات</w:t>
            </w:r>
          </w:p>
        </w:tc>
      </w:tr>
      <w:tr>
        <w:tc>
          <w:tcPr>
            <w:tcW w:type="dxa" w:w="3005"/>
            <w:vAlign w:val="center"/>
          </w:tcPr>
          <w:p>
            <w:pPr>
              <w:spacing w:before="60" w:after="60" w:line="259" w:lineRule="auto"/>
              <w:jc w:val="right"/>
              <w:bidi/>
            </w:pPr>
            <w:r/>
            <w:r>
              <w:rPr>
                <w:rFonts w:ascii="Arial" w:hAnsi="Arial" w:cs="Arial"/>
                <w:b w:val="0"/>
                <w:sz w:val="16"/>
                <w:rtl/>
              </w:rPr>
              <w:t>إشعار الاستلام</w:t>
            </w:r>
          </w:p>
        </w:tc>
        <w:tc>
          <w:tcPr>
            <w:tcW w:type="dxa" w:w="6350"/>
            <w:vAlign w:val="center"/>
          </w:tcPr>
          <w:p>
            <w:pPr>
              <w:spacing w:before="60" w:after="60" w:line="259" w:lineRule="auto"/>
              <w:jc w:val="right"/>
              <w:bidi/>
            </w:pPr>
            <w:r/>
            <w:r>
              <w:rPr>
                <w:rFonts w:ascii="Arial" w:hAnsi="Arial" w:cs="Arial"/>
                <w:b w:val="0"/>
                <w:sz w:val="16"/>
                <w:rtl/>
              </w:rPr>
              <w:t>☐ تم بتاريخ: ................   ☐ لا ينطبق لعدم توفر وسيلة تواصل</w:t>
            </w:r>
          </w:p>
        </w:tc>
      </w:tr>
      <w:tr>
        <w:tc>
          <w:tcPr>
            <w:tcW w:type="dxa" w:w="3005"/>
            <w:vAlign w:val="center"/>
            <w:shd w:fill="F3F8F6"/>
          </w:tcPr>
          <w:p>
            <w:pPr>
              <w:spacing w:before="60" w:after="60" w:line="259" w:lineRule="auto"/>
              <w:jc w:val="right"/>
              <w:bidi/>
            </w:pPr>
            <w:r/>
            <w:r>
              <w:rPr>
                <w:rFonts w:ascii="Arial" w:hAnsi="Arial" w:cs="Arial"/>
                <w:b w:val="0"/>
                <w:sz w:val="16"/>
                <w:rtl/>
              </w:rPr>
              <w:t>طلب معلومات إضافية</w:t>
            </w:r>
          </w:p>
        </w:tc>
        <w:tc>
          <w:tcPr>
            <w:tcW w:type="dxa" w:w="6350"/>
            <w:vAlign w:val="center"/>
            <w:shd w:fill="F3F8F6"/>
          </w:tcPr>
          <w:p>
            <w:pPr>
              <w:spacing w:before="60" w:after="60" w:line="259" w:lineRule="auto"/>
              <w:jc w:val="right"/>
              <w:bidi/>
            </w:pPr>
            <w:r/>
            <w:r>
              <w:rPr>
                <w:rFonts w:ascii="Arial" w:hAnsi="Arial" w:cs="Arial"/>
                <w:b w:val="0"/>
                <w:sz w:val="16"/>
                <w:rtl/>
              </w:rPr>
              <w:t>☐ لا   ☐ نعم بتاريخ: ................</w:t>
            </w:r>
          </w:p>
        </w:tc>
      </w:tr>
      <w:tr>
        <w:tc>
          <w:tcPr>
            <w:tcW w:type="dxa" w:w="3005"/>
            <w:vAlign w:val="center"/>
          </w:tcPr>
          <w:p>
            <w:pPr>
              <w:spacing w:before="60" w:after="60" w:line="259" w:lineRule="auto"/>
              <w:jc w:val="right"/>
              <w:bidi/>
            </w:pPr>
            <w:r/>
            <w:r>
              <w:rPr>
                <w:rFonts w:ascii="Arial" w:hAnsi="Arial" w:cs="Arial"/>
                <w:b w:val="0"/>
                <w:sz w:val="16"/>
                <w:rtl/>
              </w:rPr>
              <w:t>الإجراء/القرار</w:t>
            </w:r>
          </w:p>
        </w:tc>
        <w:tc>
          <w:tcPr>
            <w:tcW w:type="dxa" w:w="6350"/>
            <w:vAlign w:val="center"/>
          </w:tcPr>
          <w:p>
            <w:pPr>
              <w:spacing w:before="60" w:after="60" w:line="259" w:lineRule="auto"/>
              <w:jc w:val="right"/>
              <w:bidi/>
            </w:pPr>
            <w:r/>
            <w:r>
              <w:rPr>
                <w:rFonts w:ascii="Arial" w:hAnsi="Arial" w:cs="Arial"/>
                <w:b w:val="0"/>
                <w:sz w:val="16"/>
                <w:rtl/>
              </w:rPr>
              <w:t>☐ معالجة   ☐ رفض مسبب   ☐ إحالة   ☐ إغلاق لعدم الاختصاص</w:t>
            </w:r>
          </w:p>
        </w:tc>
      </w:tr>
      <w:tr>
        <w:tc>
          <w:tcPr>
            <w:tcW w:type="dxa" w:w="3005"/>
            <w:vAlign w:val="center"/>
            <w:shd w:fill="F3F8F6"/>
          </w:tcPr>
          <w:p>
            <w:pPr>
              <w:spacing w:before="60" w:after="60" w:line="259" w:lineRule="auto"/>
              <w:jc w:val="right"/>
              <w:bidi/>
            </w:pPr>
            <w:r/>
            <w:r>
              <w:rPr>
                <w:rFonts w:ascii="Arial" w:hAnsi="Arial" w:cs="Arial"/>
                <w:b w:val="0"/>
                <w:sz w:val="16"/>
                <w:rtl/>
              </w:rPr>
              <w:t>ملخص النتيجة</w:t>
            </w:r>
          </w:p>
        </w:tc>
        <w:tc>
          <w:tcPr>
            <w:tcW w:type="dxa" w:w="6350"/>
            <w:vAlign w:val="center"/>
            <w:shd w:fill="F3F8F6"/>
          </w:tcPr>
          <w:p>
            <w:pPr>
              <w:spacing w:before="60" w:after="60" w:line="259" w:lineRule="auto"/>
              <w:jc w:val="right"/>
              <w:bidi/>
            </w:pPr>
            <w:r/>
            <w:r>
              <w:rPr>
                <w:rFonts w:ascii="Arial" w:hAnsi="Arial" w:cs="Arial"/>
                <w:b w:val="0"/>
                <w:sz w:val="16"/>
                <w:rtl/>
              </w:rPr>
              <w:t>............................................................................................</w:t>
            </w:r>
          </w:p>
        </w:tc>
      </w:tr>
      <w:tr>
        <w:tc>
          <w:tcPr>
            <w:tcW w:type="dxa" w:w="3005"/>
            <w:vAlign w:val="center"/>
          </w:tcPr>
          <w:p>
            <w:pPr>
              <w:spacing w:before="60" w:after="60" w:line="259" w:lineRule="auto"/>
              <w:jc w:val="right"/>
              <w:bidi/>
            </w:pPr>
            <w:r/>
            <w:r>
              <w:rPr>
                <w:rFonts w:ascii="Arial" w:hAnsi="Arial" w:cs="Arial"/>
                <w:b w:val="0"/>
                <w:sz w:val="16"/>
                <w:rtl/>
              </w:rPr>
              <w:t>تاريخ إبلاغ مقدم الطلب</w:t>
            </w:r>
          </w:p>
        </w:tc>
        <w:tc>
          <w:tcPr>
            <w:tcW w:type="dxa" w:w="6350"/>
            <w:vAlign w:val="center"/>
          </w:tcPr>
          <w:p>
            <w:pPr>
              <w:spacing w:before="60" w:after="60" w:line="259" w:lineRule="auto"/>
              <w:jc w:val="right"/>
              <w:bidi/>
            </w:pPr>
            <w:r/>
            <w:r>
              <w:rPr>
                <w:rFonts w:ascii="Arial" w:hAnsi="Arial" w:cs="Arial"/>
                <w:b w:val="0"/>
                <w:sz w:val="16"/>
                <w:rtl/>
              </w:rPr>
              <w:t>........ / ........ / ........ م   ☐ لا ينطبق</w:t>
            </w:r>
          </w:p>
        </w:tc>
      </w:tr>
      <w:tr>
        <w:tc>
          <w:tcPr>
            <w:tcW w:type="dxa" w:w="3005"/>
            <w:vAlign w:val="center"/>
            <w:shd w:fill="F3F8F6"/>
          </w:tcPr>
          <w:p>
            <w:pPr>
              <w:spacing w:before="60" w:after="60" w:line="259" w:lineRule="auto"/>
              <w:jc w:val="right"/>
              <w:bidi/>
            </w:pPr>
            <w:r/>
            <w:r>
              <w:rPr>
                <w:rFonts w:ascii="Arial" w:hAnsi="Arial" w:cs="Arial"/>
                <w:b w:val="0"/>
                <w:sz w:val="16"/>
                <w:rtl/>
              </w:rPr>
              <w:t>حق الاعتراض/التصعيد</w:t>
            </w:r>
          </w:p>
        </w:tc>
        <w:tc>
          <w:tcPr>
            <w:tcW w:type="dxa" w:w="6350"/>
            <w:vAlign w:val="center"/>
            <w:shd w:fill="F3F8F6"/>
          </w:tcPr>
          <w:p>
            <w:pPr>
              <w:spacing w:before="60" w:after="60" w:line="259" w:lineRule="auto"/>
              <w:jc w:val="right"/>
              <w:bidi/>
            </w:pPr>
            <w:r/>
            <w:r>
              <w:rPr>
                <w:rFonts w:ascii="Arial" w:hAnsi="Arial" w:cs="Arial"/>
                <w:b w:val="0"/>
                <w:sz w:val="16"/>
                <w:rtl/>
              </w:rPr>
              <w:t>☐ أوضح لمقدم الطلب   ☐ لا ينطبق</w:t>
            </w:r>
          </w:p>
        </w:tc>
      </w:tr>
      <w:tr>
        <w:tc>
          <w:tcPr>
            <w:tcW w:type="dxa" w:w="3005"/>
            <w:vAlign w:val="center"/>
          </w:tcPr>
          <w:p>
            <w:pPr>
              <w:spacing w:before="60" w:after="60" w:line="259" w:lineRule="auto"/>
              <w:jc w:val="right"/>
              <w:bidi/>
            </w:pPr>
            <w:r/>
            <w:r>
              <w:rPr>
                <w:rFonts w:ascii="Arial" w:hAnsi="Arial" w:cs="Arial"/>
                <w:b w:val="0"/>
                <w:sz w:val="16"/>
                <w:rtl/>
              </w:rPr>
              <w:t>تاريخ الإغلاق</w:t>
            </w:r>
          </w:p>
        </w:tc>
        <w:tc>
          <w:tcPr>
            <w:tcW w:type="dxa" w:w="6350"/>
            <w:vAlign w:val="center"/>
          </w:tcPr>
          <w:p>
            <w:pPr>
              <w:spacing w:before="60" w:after="60" w:line="259" w:lineRule="auto"/>
              <w:jc w:val="right"/>
              <w:bidi/>
            </w:pPr>
            <w:r/>
            <w:r>
              <w:rPr>
                <w:rFonts w:ascii="Arial" w:hAnsi="Arial" w:cs="Arial"/>
                <w:b w:val="0"/>
                <w:sz w:val="16"/>
                <w:rtl/>
              </w:rPr>
              <w:t>........ / ........ / ........ م</w:t>
            </w:r>
          </w:p>
        </w:tc>
      </w:tr>
    </w:tbl>
    <w:p>
      <w:pPr>
        <w:spacing w:after="20"/>
      </w:pPr>
    </w:p>
    <w:p>
      <w:pPr>
        <w:spacing w:before="140" w:after="100" w:line="278" w:lineRule="auto"/>
        <w:jc w:val="right"/>
        <w:keepNext/>
        <w:bidi/>
      </w:pPr>
      <w:r>
        <w:rPr>
          <w:rFonts w:ascii="Arial" w:hAnsi="Arial" w:cs="Arial"/>
          <w:b/>
          <w:color w:val="2F7D59"/>
          <w:sz w:val="25"/>
          <w:rtl/>
        </w:rPr>
        <w:t>اعتماد الإغلاق</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3118"/>
            <w:vAlign w:val="center"/>
            <w:shd w:fill="084C61"/>
          </w:tcPr>
          <w:p>
            <w:pPr>
              <w:spacing w:before="60" w:after="60" w:line="259" w:lineRule="auto"/>
              <w:jc w:val="center"/>
              <w:bidi/>
            </w:pPr>
            <w:r/>
            <w:r>
              <w:rPr>
                <w:rFonts w:ascii="Arial" w:hAnsi="Arial" w:cs="Arial"/>
                <w:b/>
                <w:color w:val="FFFFFF"/>
                <w:sz w:val="16"/>
                <w:rtl/>
              </w:rPr>
              <w:t>المعالج</w:t>
            </w:r>
          </w:p>
        </w:tc>
        <w:tc>
          <w:tcPr>
            <w:tcW w:type="dxa" w:w="3118"/>
            <w:vAlign w:val="center"/>
            <w:shd w:fill="084C61"/>
          </w:tcPr>
          <w:p>
            <w:pPr>
              <w:spacing w:before="60" w:after="60" w:line="259" w:lineRule="auto"/>
              <w:jc w:val="center"/>
              <w:bidi/>
            </w:pPr>
            <w:r/>
            <w:r>
              <w:rPr>
                <w:rFonts w:ascii="Arial" w:hAnsi="Arial" w:cs="Arial"/>
                <w:b/>
                <w:color w:val="FFFFFF"/>
                <w:sz w:val="16"/>
                <w:rtl/>
              </w:rPr>
              <w:t>المراجع</w:t>
            </w:r>
          </w:p>
        </w:tc>
        <w:tc>
          <w:tcPr>
            <w:tcW w:type="dxa" w:w="3118"/>
            <w:vAlign w:val="center"/>
            <w:shd w:fill="084C61"/>
          </w:tcPr>
          <w:p>
            <w:pPr>
              <w:spacing w:before="60" w:after="60" w:line="259" w:lineRule="auto"/>
              <w:jc w:val="center"/>
              <w:bidi/>
            </w:pPr>
            <w:r/>
            <w:r>
              <w:rPr>
                <w:rFonts w:ascii="Arial" w:hAnsi="Arial" w:cs="Arial"/>
                <w:b/>
                <w:color w:val="FFFFFF"/>
                <w:sz w:val="16"/>
                <w:rtl/>
              </w:rPr>
              <w:t>صاحب الصلاحية</w:t>
            </w:r>
          </w:p>
        </w:tc>
      </w:tr>
      <w:tr>
        <w:tc>
          <w:tcPr>
            <w:tcW w:type="dxa" w:w="3118"/>
            <w:vAlign w:val="center"/>
          </w:tcPr>
          <w:p>
            <w:pPr>
              <w:spacing w:before="60" w:after="60" w:line="259" w:lineRule="auto"/>
              <w:jc w:val="center"/>
              <w:bidi/>
            </w:pPr>
            <w:r/>
            <w:r>
              <w:rPr>
                <w:rFonts w:ascii="Arial" w:hAnsi="Arial" w:cs="Arial"/>
                <w:b w:val="0"/>
                <w:sz w:val="16"/>
                <w:rtl/>
              </w:rPr>
              <w:t>الاسم/التوقيع/التاريخ</w:t>
            </w:r>
          </w:p>
        </w:tc>
        <w:tc>
          <w:tcPr>
            <w:tcW w:type="dxa" w:w="3118"/>
            <w:vAlign w:val="center"/>
          </w:tcPr>
          <w:p>
            <w:pPr>
              <w:spacing w:before="60" w:after="60" w:line="259" w:lineRule="auto"/>
              <w:jc w:val="center"/>
              <w:bidi/>
            </w:pPr>
            <w:r/>
            <w:r>
              <w:rPr>
                <w:rFonts w:ascii="Arial" w:hAnsi="Arial" w:cs="Arial"/>
                <w:b w:val="0"/>
                <w:sz w:val="16"/>
                <w:rtl/>
              </w:rPr>
              <w:t>الاسم/التوقيع/التاريخ</w:t>
            </w:r>
          </w:p>
        </w:tc>
        <w:tc>
          <w:tcPr>
            <w:tcW w:type="dxa" w:w="3118"/>
            <w:vAlign w:val="center"/>
          </w:tcPr>
          <w:p>
            <w:pPr>
              <w:spacing w:before="60" w:after="60" w:line="259" w:lineRule="auto"/>
              <w:jc w:val="center"/>
              <w:bidi/>
            </w:pPr>
            <w:r/>
            <w:r>
              <w:rPr>
                <w:rFonts w:ascii="Arial" w:hAnsi="Arial" w:cs="Arial"/>
                <w:b w:val="0"/>
                <w:sz w:val="16"/>
                <w:rtl/>
              </w:rPr>
              <w:t>الاسم/التوقيع/التاريخ</w:t>
            </w:r>
          </w:p>
        </w:tc>
      </w:tr>
    </w:tbl>
    <w:p>
      <w:pPr>
        <w:spacing w:after="20"/>
      </w:pPr>
    </w:p>
    <w:p>
      <w:pPr>
        <w:spacing w:before="0" w:after="100" w:line="278" w:lineRule="auto"/>
        <w:jc w:val="right"/>
        <w:keepNext w:val="0"/>
        <w:bidi/>
      </w:pPr>
      <w:r>
        <w:rPr>
          <w:rFonts w:ascii="Arial" w:hAnsi="Arial" w:cs="Arial"/>
          <w:b w:val="0"/>
          <w:color w:val="5A6770"/>
          <w:sz w:val="18"/>
          <w:rtl/>
        </w:rPr>
        <w:t>مؤشر المتابعة: مدة الإقرار بالاستلام ........ يوم/أيام عمل، ومدة المعالجة المستهدفة ........ يوم/أيام عمل، وفق السياسة المعتمدة وطبيعة الحالة.</w:t>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المقترحات والشكاوى CS-F01 النسخة النهائية</dc:title>
  <dc:subject>نسخة معتمدة متضمنة ملحق النماذج والسجلات</dc:subject>
  <dc:creator>جمعية البلسم للتدريب والتطوير الصحي</dc:creator>
  <cp:keywords>شكوى، مقترح، استفسار، خصوصية، متابعة، إغلاق</cp:keywords>
  <dc:description>generated by python-docx</dc:description>
  <cp:lastModifiedBy/>
  <cp:revision>1</cp:revision>
  <dcterms:created xsi:type="dcterms:W3CDTF">2013-12-23T23:15:00Z</dcterms:created>
  <dcterms:modified xsi:type="dcterms:W3CDTF">2013-12-23T23:15:00Z</dcterms:modified>
  <cp:category/>
</cp:coreProperties>
</file>