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21C7C1" w14:textId="77777777" w:rsidR="00A564F2" w:rsidRDefault="00A564F2" w:rsidP="00A564F2">
      <w:pPr>
        <w:pStyle w:val="Title"/>
        <w:jc w:val="center"/>
        <w:rPr>
          <w:rtl/>
        </w:rPr>
        <w:bidi/>
      </w:pPr>
    </w:p>
    <w:p w14:paraId="3656EEF3" w14:textId="77777777" w:rsidR="00A564F2" w:rsidRDefault="00A564F2" w:rsidP="00A564F2">
      <w:pPr>
        <w:pStyle w:val="Title"/>
        <w:jc w:val="center"/>
        <w:rPr>
          <w:rtl/>
        </w:rPr>
        <w:bidi/>
      </w:pPr>
    </w:p>
    <w:p w14:paraId="372555A3" w14:textId="77777777" w:rsidR="00A564F2" w:rsidRDefault="00A564F2" w:rsidP="00A564F2">
      <w:pPr>
        <w:pStyle w:val="Title"/>
        <w:jc w:val="center"/>
        <w:rPr>
          <w:rtl/>
        </w:rPr>
        <w:bidi/>
      </w:pPr>
    </w:p>
    <w:p w14:paraId="489EA276" w14:textId="77777777" w:rsidR="00A564F2" w:rsidRDefault="00A564F2" w:rsidP="00A564F2">
      <w:pPr>
        <w:pStyle w:val="Title"/>
        <w:jc w:val="center"/>
        <w:rPr>
          <w:rtl/>
        </w:rPr>
        <w:bidi/>
      </w:pPr>
    </w:p>
    <w:p w14:paraId="00316D6D" w14:textId="77777777" w:rsidR="00A564F2" w:rsidRDefault="00A564F2" w:rsidP="00A564F2">
      <w:pPr>
        <w:pStyle w:val="Title"/>
        <w:jc w:val="center"/>
        <w:rPr>
          <w:rtl/>
        </w:rPr>
        <w:bidi/>
      </w:pPr>
    </w:p>
    <w:p w14:paraId="3B9B402E" w14:textId="77777777" w:rsidR="00A564F2" w:rsidRDefault="00A564F2" w:rsidP="00A564F2">
      <w:pPr>
        <w:pStyle w:val="Title"/>
        <w:jc w:val="center"/>
        <w:rPr>
          <w:rtl/>
        </w:rPr>
        <w:bidi/>
      </w:pPr>
    </w:p>
    <w:p w14:paraId="08FD5906" w14:textId="77777777" w:rsidR="00A564F2" w:rsidRDefault="00A564F2" w:rsidP="00A564F2">
      <w:pPr>
        <w:pStyle w:val="Title"/>
        <w:jc w:val="center"/>
        <w:rPr>
          <w:rtl/>
        </w:rPr>
        <w:bidi/>
      </w:pPr>
    </w:p>
    <w:p w14:paraId="51629079" w14:textId="4DF9F373" w:rsidR="00A564F2" w:rsidRDefault="00A564F2" w:rsidP="00A564F2">
      <w:pPr>
        <w:pStyle w:val="Title"/>
        <w:jc w:val="right"/>
        <w:bidi w:val="1"/>
      </w:pPr>
      <w:r>
        <w:rPr>
          <w:sz w:val="42"/>
          <w:rtl w:val="1"/>
          <w:rFonts w:ascii="Arial" w:hAnsi="Arial" w:cs="Arial" w:eastAsia="Arial"/>
          <w:szCs w:val="42"/>
        </w:rPr>
        <w:t>مصفوفة الصلاحيات</w:t>
      </w:r>
      <w:r>
        <w:rPr>
          <w:sz w:val="42"/>
          <w:rtl w:val="1"/>
          <w:rFonts w:ascii="Arial" w:hAnsi="Arial" w:cs="Arial" w:eastAsia="Arial"/>
          <w:szCs w:val="42"/>
        </w:rPr>
        <w:br/>
        <w:t>جمعية البلسم للتدريب والتطوير الصحي</w:t>
      </w:r>
    </w:p>
    <w:p w14:paraId="4D4D4175" w14:textId="77777777" w:rsidR="00A564F2" w:rsidRDefault="00A564F2" w:rsidP="00A564F2">
      <w:pPr>
        <w:bidi/>
      </w:pPr>
      <w:r>
        <w:rPr>
          <w:rFonts w:ascii="Arial" w:hAnsi="Arial" w:eastAsia="Arial" w:cs="Arial"/>
          <w:sz w:val="21"/>
          <w:szCs w:val="21"/>
        </w:rPr>
        <w:br w:type="page"/>
      </w:r>
    </w:p>
    <w:p w14:paraId="27D4F4A1" w14:textId="77777777" w:rsidR="00A564F2" w:rsidRDefault="00A564F2" w:rsidP="00A564F2">
      <w:pPr>
        <w:pStyle w:val="Heading1"/>
        <w:bidi w:val="1"/>
        <w:jc w:val="right"/>
      </w:pPr>
      <w:r>
        <w:rPr>
          <w:b/>
          <w:sz w:val="32"/>
          <w:rtl w:val="1"/>
          <w:rFonts w:ascii="Arial" w:hAnsi="Arial" w:cs="Arial" w:eastAsia="Arial"/>
          <w:szCs w:val="32"/>
        </w:rPr>
        <w:lastRenderedPageBreak/>
        <w:t>بيانات الوثيقة</w:t>
      </w:r>
    </w:p>
    <w:tbl>
      <w:tblPr>
        <w:tblStyle w:val="TableGrid"/>
        <w:tblW w:type="auto" w:w="0"/>
        <w:tblLook w:firstColumn="1" w:firstRow="1" w:lastColumn="0" w:lastRow="0" w:noHBand="0" w:noVBand="1" w:val="04A0"/>
        <w:bidiVisual w:val="1"/>
        <w:jc w:val="center"/>
        <w:tblLayout w:type="fixed"/>
      </w:tblPr>
      <w:tblGrid>
        <w:gridCol w:w="1675"/>
        <w:gridCol w:w="1675"/>
        <w:gridCol w:w="1675"/>
        <w:gridCol w:w="1675"/>
        <w:gridCol w:w="1675"/>
        <w:gridCol w:w="1675"/>
      </w:tblGrid>
      <w:tr>
        <w:trPr>
          <w:cantSplit w:val="true"/>
          <w:trHeight w:hRule="atLeast"/>
          <w:tblHeader w:val="true"/>
        </w:trPr>
        <w:tc>
          <w:tcPr>
            <w:tcW w:type="dxa" w:w="10050"/>
            <w:gridSpan w:val="6"/>
            <w:vAlign w:val="center"/>
            <w:tcMar>
              <w:top w:w="75" w:type="dxa"/>
              <w:bottom w:w="75" w:type="dxa"/>
              <w:start w:w="75" w:type="dxa"/>
              <w:end w:w="75" w:type="dxa"/>
            </w:tcMar>
            <w:shd w:fill="2F6B4F"/>
            <w:tcBorders>
              <w:top w:val="single" w:sz="6" w:color="7A8A80"/>
              <w:left w:val="single" w:sz="6" w:color="7A8A80"/>
              <w:bottom w:val="single" w:sz="6" w:color="7A8A80"/>
              <w:right w:val="single" w:sz="6" w:color="7A8A80"/>
              <w:insideH w:val="single" w:sz="6" w:color="7A8A80"/>
              <w:insideV w:val="single" w:sz="6" w:color="7A8A80"/>
            </w:tcBorders>
          </w:tcPr>
          <w:p>
            <w:pPr>
              <w:spacing w:before="0" w:after="0" w:line="240" w:lineRule="auto"/>
              <w:jc w:val="center"/>
              <w:bidi w:val="1"/>
              <w:mirrorIndents w:val="1"/>
            </w:pPr>
            <w:r>
              <w:rPr>
                <w:rFonts w:ascii="Arial" w:hAnsi="Arial" w:cs="Arial" w:eastAsia="Arial"/>
                <w:b/>
                <w:sz w:val="16"/>
                <w:rtl w:val="1"/>
                <w:szCs w:val="18"/>
              </w:rPr>
            </w:r>
            <w:r>
              <w:rPr>
                <w:rFonts w:ascii="Arial" w:hAnsi="Arial" w:cs="Arial" w:eastAsia="Arial"/>
                <w:b/>
                <w:color w:val="FFFFFF"/>
                <w:sz w:val="16"/>
                <w:rtl w:val="1"/>
                <w:szCs w:val="18"/>
              </w:rPr>
              <w:t>صفحة اعتماد الوثيقة</w:t>
            </w:r>
          </w:p>
        </w:tc>
      </w:tr>
      <w:tr>
        <w:trPr>
          <w:cantSplit w:val="true"/>
          <w:trHeight w:hRule="atLeast"/>
        </w:trPr>
        <w:tc>
          <w:tcPr>
            <w:tcW w:type="dxa" w:w="10050"/>
            <w:gridSpan w:val="6"/>
            <w:vAlign w:val="center"/>
            <w:tcMar>
              <w:top w:w="75" w:type="dxa"/>
              <w:bottom w:w="75" w:type="dxa"/>
              <w:start w:w="75" w:type="dxa"/>
              <w:end w:w="75" w:type="dxa"/>
            </w:tcMar>
            <w:shd w:fill="2F6B4F"/>
            <w:tcBorders>
              <w:top w:val="single" w:sz="6" w:color="7A8A80"/>
              <w:left w:val="single" w:sz="6" w:color="7A8A80"/>
              <w:bottom w:val="single" w:sz="6" w:color="7A8A80"/>
              <w:right w:val="single" w:sz="6" w:color="7A8A80"/>
              <w:insideH w:val="single" w:sz="6" w:color="7A8A80"/>
              <w:insideV w:val="single" w:sz="6" w:color="7A8A80"/>
            </w:tcBorders>
          </w:tcPr>
          <w:p>
            <w:pPr>
              <w:spacing w:before="0" w:after="0" w:line="240" w:lineRule="auto"/>
              <w:jc w:val="center"/>
              <w:bidi w:val="1"/>
              <w:mirrorIndents w:val="1"/>
            </w:pPr>
            <w:r>
              <w:rPr>
                <w:rFonts w:ascii="Arial" w:hAnsi="Arial" w:cs="Arial" w:eastAsia="Arial"/>
                <w:b/>
                <w:sz w:val="16"/>
                <w:rtl w:val="1"/>
                <w:szCs w:val="18"/>
              </w:rPr>
            </w:r>
            <w:r>
              <w:rPr>
                <w:rFonts w:ascii="Arial" w:hAnsi="Arial" w:cs="Arial" w:eastAsia="Arial"/>
                <w:b/>
                <w:color w:val="FFFFFF"/>
                <w:sz w:val="16"/>
                <w:rtl w:val="1"/>
                <w:szCs w:val="18"/>
              </w:rPr>
              <w:t>بيانات الوثيقة</w:t>
            </w:r>
          </w:p>
        </w:tc>
      </w:tr>
      <w:tr>
        <w:trPr>
          <w:cantSplit w:val="true"/>
          <w:trHeight w:hRule="atLeast"/>
        </w:trPr>
        <w:tc>
          <w:tcPr>
            <w:tcW w:type="dxa" w:w="3350"/>
            <w:gridSpan w:val="2"/>
            <w:vAlign w:val="center"/>
            <w:tcMar>
              <w:top w:w="75" w:type="dxa"/>
              <w:bottom w:w="75" w:type="dxa"/>
              <w:start w:w="75" w:type="dxa"/>
              <w:end w:w="75" w:type="dxa"/>
            </w:tcMar>
            <w:shd w:fill="EAF3EE"/>
            <w:tcBorders>
              <w:top w:val="single" w:sz="6" w:color="7A8A80"/>
              <w:left w:val="single" w:sz="6" w:color="7A8A80"/>
              <w:bottom w:val="single" w:sz="6" w:color="7A8A80"/>
              <w:right w:val="single" w:sz="6" w:color="7A8A80"/>
              <w:insideH w:val="single" w:sz="6" w:color="7A8A80"/>
              <w:insideV w:val="single" w:sz="6" w:color="7A8A80"/>
            </w:tcBorders>
          </w:tcPr>
          <w:p>
            <w:pPr>
              <w:spacing w:before="0" w:after="0" w:line="240" w:lineRule="auto"/>
              <w:jc w:val="center"/>
              <w:bidi w:val="1"/>
              <w:mirrorIndents w:val="1"/>
            </w:pPr>
            <w:r>
              <w:rPr>
                <w:rFonts w:ascii="Arial" w:hAnsi="Arial" w:cs="Arial" w:eastAsia="Arial"/>
                <w:b w:val="0"/>
                <w:sz w:val="16"/>
                <w:rtl w:val="1"/>
                <w:szCs w:val="18"/>
              </w:rPr>
            </w:r>
            <w:r>
              <w:rPr>
                <w:rFonts w:ascii="Arial" w:hAnsi="Arial" w:cs="Arial" w:eastAsia="Arial"/>
                <w:b w:val="0"/>
                <w:color w:val="000000"/>
                <w:sz w:val="16"/>
                <w:rtl w:val="1"/>
                <w:szCs w:val="18"/>
              </w:rPr>
              <w:t>اسم الوثيقة</w:t>
            </w:r>
          </w:p>
        </w:tc>
        <w:tc>
          <w:tcPr>
            <w:tcW w:type="dxa" w:w="6700"/>
            <w:gridSpan w:val="4"/>
            <w:vAlign w:val="center"/>
            <w:tcMar>
              <w:top w:w="75" w:type="dxa"/>
              <w:bottom w:w="75" w:type="dxa"/>
              <w:start w:w="75" w:type="dxa"/>
              <w:end w:w="75" w:type="dxa"/>
            </w:tcMar>
            <w:tcBorders>
              <w:top w:val="single" w:sz="6" w:color="7A8A80"/>
              <w:left w:val="single" w:sz="6" w:color="7A8A80"/>
              <w:bottom w:val="single" w:sz="6" w:color="7A8A80"/>
              <w:right w:val="single" w:sz="6" w:color="7A8A80"/>
              <w:insideH w:val="single" w:sz="6" w:color="7A8A80"/>
              <w:insideV w:val="single" w:sz="6" w:color="7A8A80"/>
            </w:tcBorders>
          </w:tcPr>
          <w:p>
            <w:pPr>
              <w:spacing w:before="0" w:after="0" w:line="240" w:lineRule="auto"/>
              <w:jc w:val="center"/>
              <w:bidi w:val="1"/>
              <w:mirrorIndents w:val="1"/>
            </w:pPr>
            <w:r>
              <w:rPr>
                <w:rFonts w:ascii="Arial" w:hAnsi="Arial" w:cs="Arial" w:eastAsia="Arial"/>
                <w:b w:val="0"/>
                <w:sz w:val="16"/>
                <w:rtl w:val="1"/>
                <w:szCs w:val="18"/>
              </w:rPr>
            </w:r>
            <w:r>
              <w:rPr>
                <w:rFonts w:ascii="Arial" w:hAnsi="Arial" w:cs="Arial" w:eastAsia="Arial"/>
                <w:b w:val="0"/>
                <w:color w:val="000000"/>
                <w:sz w:val="16"/>
                <w:rtl w:val="1"/>
                <w:szCs w:val="18"/>
              </w:rPr>
              <w:t>مصفوفة الصلاحيات</w:t>
            </w:r>
          </w:p>
        </w:tc>
      </w:tr>
      <w:tr>
        <w:trPr>
          <w:cantSplit w:val="true"/>
          <w:trHeight w:hRule="atLeast"/>
        </w:trPr>
        <w:tc>
          <w:tcPr>
            <w:tcW w:type="dxa" w:w="3350"/>
            <w:gridSpan w:val="2"/>
            <w:vAlign w:val="center"/>
            <w:tcMar>
              <w:top w:w="75" w:type="dxa"/>
              <w:bottom w:w="75" w:type="dxa"/>
              <w:start w:w="75" w:type="dxa"/>
              <w:end w:w="75" w:type="dxa"/>
            </w:tcMar>
            <w:shd w:fill="EAF3EE"/>
            <w:tcBorders>
              <w:top w:val="single" w:sz="6" w:color="7A8A80"/>
              <w:left w:val="single" w:sz="6" w:color="7A8A80"/>
              <w:bottom w:val="single" w:sz="6" w:color="7A8A80"/>
              <w:right w:val="single" w:sz="6" w:color="7A8A80"/>
              <w:insideH w:val="single" w:sz="6" w:color="7A8A80"/>
              <w:insideV w:val="single" w:sz="6" w:color="7A8A80"/>
            </w:tcBorders>
          </w:tcPr>
          <w:p>
            <w:pPr>
              <w:spacing w:before="0" w:after="0" w:line="240" w:lineRule="auto"/>
              <w:jc w:val="center"/>
              <w:bidi w:val="1"/>
              <w:mirrorIndents w:val="1"/>
            </w:pPr>
            <w:r>
              <w:rPr>
                <w:rFonts w:ascii="Arial" w:hAnsi="Arial" w:cs="Arial" w:eastAsia="Arial"/>
                <w:b w:val="0"/>
                <w:sz w:val="16"/>
                <w:rtl w:val="1"/>
                <w:szCs w:val="18"/>
              </w:rPr>
            </w:r>
            <w:r>
              <w:rPr>
                <w:rFonts w:ascii="Arial" w:hAnsi="Arial" w:cs="Arial" w:eastAsia="Arial"/>
                <w:b w:val="0"/>
                <w:color w:val="000000"/>
                <w:sz w:val="16"/>
                <w:rtl w:val="1"/>
                <w:szCs w:val="18"/>
              </w:rPr>
              <w:t>الجهة المالكة</w:t>
            </w:r>
          </w:p>
        </w:tc>
        <w:tc>
          <w:tcPr>
            <w:tcW w:type="dxa" w:w="6700"/>
            <w:gridSpan w:val="4"/>
            <w:vAlign w:val="center"/>
            <w:tcMar>
              <w:top w:w="75" w:type="dxa"/>
              <w:bottom w:w="75" w:type="dxa"/>
              <w:start w:w="75" w:type="dxa"/>
              <w:end w:w="75" w:type="dxa"/>
            </w:tcMar>
            <w:tcBorders>
              <w:top w:val="single" w:sz="6" w:color="7A8A80"/>
              <w:left w:val="single" w:sz="6" w:color="7A8A80"/>
              <w:bottom w:val="single" w:sz="6" w:color="7A8A80"/>
              <w:right w:val="single" w:sz="6" w:color="7A8A80"/>
              <w:insideH w:val="single" w:sz="6" w:color="7A8A80"/>
              <w:insideV w:val="single" w:sz="6" w:color="7A8A80"/>
            </w:tcBorders>
          </w:tcPr>
          <w:p>
            <w:pPr>
              <w:spacing w:before="0" w:after="0" w:line="240" w:lineRule="auto"/>
              <w:jc w:val="center"/>
              <w:bidi w:val="1"/>
              <w:mirrorIndents w:val="1"/>
            </w:pPr>
            <w:r>
              <w:rPr>
                <w:rFonts w:ascii="Arial" w:hAnsi="Arial" w:cs="Arial" w:eastAsia="Arial"/>
                <w:b w:val="0"/>
                <w:sz w:val="16"/>
                <w:rtl w:val="1"/>
                <w:szCs w:val="18"/>
              </w:rPr>
            </w:r>
            <w:r>
              <w:rPr>
                <w:rFonts w:ascii="Arial" w:hAnsi="Arial" w:cs="Arial" w:eastAsia="Arial"/>
                <w:b w:val="0"/>
                <w:color w:val="000000"/>
                <w:sz w:val="16"/>
                <w:rtl w:val="1"/>
                <w:szCs w:val="18"/>
              </w:rPr>
              <w:t>جمعية البلسم للتدريب والتطوير الصحي</w:t>
            </w:r>
          </w:p>
        </w:tc>
      </w:tr>
      <w:tr>
        <w:trPr>
          <w:cantSplit w:val="true"/>
          <w:trHeight w:hRule="atLeast"/>
        </w:trPr>
        <w:tc>
          <w:tcPr>
            <w:tcW w:type="dxa" w:w="3350"/>
            <w:gridSpan w:val="2"/>
            <w:vAlign w:val="center"/>
            <w:tcMar>
              <w:top w:w="75" w:type="dxa"/>
              <w:bottom w:w="75" w:type="dxa"/>
              <w:start w:w="75" w:type="dxa"/>
              <w:end w:w="75" w:type="dxa"/>
            </w:tcMar>
            <w:shd w:fill="EAF3EE"/>
            <w:tcBorders>
              <w:top w:val="single" w:sz="6" w:color="7A8A80"/>
              <w:left w:val="single" w:sz="6" w:color="7A8A80"/>
              <w:bottom w:val="single" w:sz="6" w:color="7A8A80"/>
              <w:right w:val="single" w:sz="6" w:color="7A8A80"/>
              <w:insideH w:val="single" w:sz="6" w:color="7A8A80"/>
              <w:insideV w:val="single" w:sz="6" w:color="7A8A80"/>
            </w:tcBorders>
          </w:tcPr>
          <w:p>
            <w:pPr>
              <w:spacing w:before="0" w:after="0" w:line="240" w:lineRule="auto"/>
              <w:jc w:val="center"/>
              <w:bidi w:val="1"/>
              <w:mirrorIndents w:val="1"/>
            </w:pPr>
            <w:r>
              <w:rPr>
                <w:rFonts w:ascii="Arial" w:hAnsi="Arial" w:cs="Arial" w:eastAsia="Arial"/>
                <w:b w:val="0"/>
                <w:sz w:val="16"/>
                <w:rtl w:val="1"/>
                <w:szCs w:val="18"/>
              </w:rPr>
            </w:r>
            <w:r>
              <w:rPr>
                <w:rFonts w:ascii="Arial" w:hAnsi="Arial" w:cs="Arial" w:eastAsia="Arial"/>
                <w:b w:val="0"/>
                <w:color w:val="000000"/>
                <w:sz w:val="16"/>
                <w:rtl w:val="1"/>
                <w:szCs w:val="18"/>
              </w:rPr>
              <w:t>نوع الوثيقة</w:t>
            </w:r>
          </w:p>
        </w:tc>
        <w:tc>
          <w:tcPr>
            <w:tcW w:type="dxa" w:w="6700"/>
            <w:gridSpan w:val="4"/>
            <w:vAlign w:val="center"/>
            <w:tcMar>
              <w:top w:w="75" w:type="dxa"/>
              <w:bottom w:w="75" w:type="dxa"/>
              <w:start w:w="75" w:type="dxa"/>
              <w:end w:w="75" w:type="dxa"/>
            </w:tcMar>
            <w:tcBorders>
              <w:top w:val="single" w:sz="6" w:color="7A8A80"/>
              <w:left w:val="single" w:sz="6" w:color="7A8A80"/>
              <w:bottom w:val="single" w:sz="6" w:color="7A8A80"/>
              <w:right w:val="single" w:sz="6" w:color="7A8A80"/>
              <w:insideH w:val="single" w:sz="6" w:color="7A8A80"/>
              <w:insideV w:val="single" w:sz="6" w:color="7A8A80"/>
            </w:tcBorders>
          </w:tcPr>
          <w:p>
            <w:r>
              <w:t>مصفوفة صلاحيات</w:t>
            </w:r>
          </w:p>
        </w:tc>
      </w:tr>
      <w:tr>
        <w:trPr>
          <w:cantSplit w:val="true"/>
          <w:trHeight w:hRule="atLeast"/>
        </w:trPr>
        <w:tc>
          <w:tcPr>
            <w:tcW w:type="dxa" w:w="3350"/>
            <w:gridSpan w:val="2"/>
            <w:vAlign w:val="center"/>
            <w:tcMar>
              <w:top w:w="75" w:type="dxa"/>
              <w:bottom w:w="75" w:type="dxa"/>
              <w:start w:w="75" w:type="dxa"/>
              <w:end w:w="75" w:type="dxa"/>
            </w:tcMar>
            <w:shd w:fill="EAF3EE"/>
            <w:tcBorders>
              <w:top w:val="single" w:sz="6" w:color="7A8A80"/>
              <w:left w:val="single" w:sz="6" w:color="7A8A80"/>
              <w:bottom w:val="single" w:sz="6" w:color="7A8A80"/>
              <w:right w:val="single" w:sz="6" w:color="7A8A80"/>
              <w:insideH w:val="single" w:sz="6" w:color="7A8A80"/>
              <w:insideV w:val="single" w:sz="6" w:color="7A8A80"/>
            </w:tcBorders>
          </w:tcPr>
          <w:p>
            <w:pPr>
              <w:spacing w:before="0" w:after="0" w:line="240" w:lineRule="auto"/>
              <w:jc w:val="center"/>
              <w:bidi w:val="1"/>
              <w:mirrorIndents w:val="1"/>
            </w:pPr>
            <w:r>
              <w:rPr>
                <w:rFonts w:ascii="Arial" w:hAnsi="Arial" w:cs="Arial" w:eastAsia="Arial"/>
                <w:b w:val="0"/>
                <w:sz w:val="16"/>
                <w:rtl w:val="1"/>
                <w:szCs w:val="18"/>
              </w:rPr>
            </w:r>
            <w:r>
              <w:rPr>
                <w:rFonts w:ascii="Arial" w:hAnsi="Arial" w:cs="Arial" w:eastAsia="Arial"/>
                <w:b w:val="0"/>
                <w:color w:val="000000"/>
                <w:sz w:val="16"/>
                <w:rtl w:val="1"/>
                <w:szCs w:val="18"/>
              </w:rPr>
              <w:t>رقم الوثيقة</w:t>
            </w:r>
          </w:p>
        </w:tc>
        <w:tc>
          <w:tcPr>
            <w:tcW w:type="dxa" w:w="6700"/>
            <w:gridSpan w:val="4"/>
            <w:vAlign w:val="center"/>
            <w:tcMar>
              <w:top w:w="75" w:type="dxa"/>
              <w:bottom w:w="75" w:type="dxa"/>
              <w:start w:w="75" w:type="dxa"/>
              <w:end w:w="75" w:type="dxa"/>
            </w:tcMar>
            <w:tcBorders>
              <w:top w:val="single" w:sz="6" w:color="7A8A80"/>
              <w:left w:val="single" w:sz="6" w:color="7A8A80"/>
              <w:bottom w:val="single" w:sz="6" w:color="7A8A80"/>
              <w:right w:val="single" w:sz="6" w:color="7A8A80"/>
              <w:insideH w:val="single" w:sz="6" w:color="7A8A80"/>
              <w:insideV w:val="single" w:sz="6" w:color="7A8A80"/>
            </w:tcBorders>
          </w:tcPr>
          <w:p>
            <w:r>
              <w:t>........................................................</w:t>
            </w:r>
          </w:p>
        </w:tc>
      </w:tr>
      <w:tr>
        <w:trPr>
          <w:cantSplit w:val="true"/>
          <w:trHeight w:hRule="atLeast"/>
        </w:trPr>
        <w:tc>
          <w:tcPr>
            <w:tcW w:type="dxa" w:w="3350"/>
            <w:gridSpan w:val="2"/>
            <w:vAlign w:val="center"/>
            <w:tcMar>
              <w:top w:w="75" w:type="dxa"/>
              <w:bottom w:w="75" w:type="dxa"/>
              <w:start w:w="75" w:type="dxa"/>
              <w:end w:w="75" w:type="dxa"/>
            </w:tcMar>
            <w:shd w:fill="EAF3EE"/>
            <w:tcBorders>
              <w:top w:val="single" w:sz="6" w:color="7A8A80"/>
              <w:left w:val="single" w:sz="6" w:color="7A8A80"/>
              <w:bottom w:val="single" w:sz="6" w:color="7A8A80"/>
              <w:right w:val="single" w:sz="6" w:color="7A8A80"/>
              <w:insideH w:val="single" w:sz="6" w:color="7A8A80"/>
              <w:insideV w:val="single" w:sz="6" w:color="7A8A80"/>
            </w:tcBorders>
          </w:tcPr>
          <w:p>
            <w:pPr>
              <w:spacing w:before="0" w:after="0" w:line="240" w:lineRule="auto"/>
              <w:jc w:val="center"/>
              <w:bidi w:val="1"/>
              <w:mirrorIndents w:val="1"/>
            </w:pPr>
            <w:r>
              <w:rPr>
                <w:rFonts w:ascii="Arial" w:hAnsi="Arial" w:cs="Arial" w:eastAsia="Arial"/>
                <w:b w:val="0"/>
                <w:sz w:val="16"/>
                <w:rtl w:val="1"/>
                <w:szCs w:val="18"/>
              </w:rPr>
            </w:r>
            <w:r>
              <w:rPr>
                <w:rFonts w:ascii="Arial" w:hAnsi="Arial" w:cs="Arial" w:eastAsia="Arial"/>
                <w:b w:val="0"/>
                <w:color w:val="000000"/>
                <w:sz w:val="16"/>
                <w:rtl w:val="1"/>
                <w:szCs w:val="18"/>
              </w:rPr>
              <w:t>الإصدار</w:t>
            </w:r>
          </w:p>
        </w:tc>
        <w:tc>
          <w:tcPr>
            <w:tcW w:type="dxa" w:w="6700"/>
            <w:gridSpan w:val="4"/>
            <w:vAlign w:val="center"/>
            <w:tcMar>
              <w:top w:w="75" w:type="dxa"/>
              <w:bottom w:w="75" w:type="dxa"/>
              <w:start w:w="75" w:type="dxa"/>
              <w:end w:w="75" w:type="dxa"/>
            </w:tcMar>
            <w:tcBorders>
              <w:top w:val="single" w:sz="6" w:color="7A8A80"/>
              <w:left w:val="single" w:sz="6" w:color="7A8A80"/>
              <w:bottom w:val="single" w:sz="6" w:color="7A8A80"/>
              <w:right w:val="single" w:sz="6" w:color="7A8A80"/>
              <w:insideH w:val="single" w:sz="6" w:color="7A8A80"/>
              <w:insideV w:val="single" w:sz="6" w:color="7A8A80"/>
            </w:tcBorders>
          </w:tcPr>
          <w:p>
            <w:pPr>
              <w:spacing w:before="0" w:after="0" w:line="240" w:lineRule="auto"/>
              <w:jc w:val="center"/>
              <w:bidi w:val="1"/>
              <w:mirrorIndents w:val="1"/>
            </w:pPr>
            <w:r>
              <w:rPr>
                <w:rFonts w:ascii="Arial" w:hAnsi="Arial" w:cs="Arial" w:eastAsia="Arial"/>
                <w:b w:val="0"/>
                <w:sz w:val="16"/>
                <w:rtl w:val="1"/>
                <w:szCs w:val="18"/>
              </w:rPr>
            </w:r>
            <w:r>
              <w:rPr>
                <w:rFonts w:ascii="Arial" w:hAnsi="Arial" w:cs="Arial" w:eastAsia="Arial"/>
                <w:b w:val="0"/>
                <w:color w:val="000000"/>
                <w:sz w:val="16"/>
                <w:rtl w:val="1"/>
                <w:szCs w:val="18"/>
              </w:rPr>
              <w:t>1.0</w:t>
            </w:r>
          </w:p>
        </w:tc>
      </w:tr>
      <w:tr>
        <w:trPr>
          <w:cantSplit w:val="true"/>
          <w:trHeight w:hRule="atLeast"/>
        </w:trPr>
        <w:tc>
          <w:tcPr>
            <w:tcW w:type="dxa" w:w="3350"/>
            <w:gridSpan w:val="2"/>
            <w:vAlign w:val="center"/>
            <w:tcMar>
              <w:top w:w="75" w:type="dxa"/>
              <w:bottom w:w="75" w:type="dxa"/>
              <w:start w:w="75" w:type="dxa"/>
              <w:end w:w="75" w:type="dxa"/>
            </w:tcMar>
            <w:shd w:fill="EAF3EE"/>
            <w:tcBorders>
              <w:top w:val="single" w:sz="6" w:color="7A8A80"/>
              <w:left w:val="single" w:sz="6" w:color="7A8A80"/>
              <w:bottom w:val="single" w:sz="6" w:color="7A8A80"/>
              <w:right w:val="single" w:sz="6" w:color="7A8A80"/>
              <w:insideH w:val="single" w:sz="6" w:color="7A8A80"/>
              <w:insideV w:val="single" w:sz="6" w:color="7A8A80"/>
            </w:tcBorders>
          </w:tcPr>
          <w:p>
            <w:pPr>
              <w:spacing w:before="0" w:after="0" w:line="240" w:lineRule="auto"/>
              <w:jc w:val="center"/>
              <w:bidi w:val="1"/>
              <w:mirrorIndents w:val="1"/>
            </w:pPr>
            <w:r>
              <w:rPr>
                <w:rFonts w:ascii="Arial" w:hAnsi="Arial" w:cs="Arial" w:eastAsia="Arial"/>
                <w:b w:val="0"/>
                <w:sz w:val="16"/>
                <w:rtl w:val="1"/>
                <w:szCs w:val="18"/>
              </w:rPr>
            </w:r>
            <w:r>
              <w:rPr>
                <w:rFonts w:ascii="Arial" w:hAnsi="Arial" w:cs="Arial" w:eastAsia="Arial"/>
                <w:b w:val="0"/>
                <w:color w:val="000000"/>
                <w:sz w:val="16"/>
                <w:rtl w:val="1"/>
                <w:szCs w:val="18"/>
              </w:rPr>
              <w:t>تاريخ النفاذ</w:t>
            </w:r>
          </w:p>
        </w:tc>
        <w:tc>
          <w:tcPr>
            <w:tcW w:type="dxa" w:w="6700"/>
            <w:gridSpan w:val="4"/>
            <w:vAlign w:val="center"/>
            <w:tcMar>
              <w:top w:w="75" w:type="dxa"/>
              <w:bottom w:w="75" w:type="dxa"/>
              <w:start w:w="75" w:type="dxa"/>
              <w:end w:w="75" w:type="dxa"/>
            </w:tcMar>
            <w:tcBorders>
              <w:top w:val="single" w:sz="6" w:color="7A8A80"/>
              <w:left w:val="single" w:sz="6" w:color="7A8A80"/>
              <w:bottom w:val="single" w:sz="6" w:color="7A8A80"/>
              <w:right w:val="single" w:sz="6" w:color="7A8A80"/>
              <w:insideH w:val="single" w:sz="6" w:color="7A8A80"/>
              <w:insideV w:val="single" w:sz="6" w:color="7A8A80"/>
            </w:tcBorders>
          </w:tcPr>
          <w:p>
            <w:r>
              <w:t>........................................................</w:t>
            </w:r>
          </w:p>
        </w:tc>
      </w:tr>
      <w:tr>
        <w:trPr>
          <w:cantSplit w:val="true"/>
          <w:trHeight w:hRule="atLeast"/>
        </w:trPr>
        <w:tc>
          <w:tcPr>
            <w:tcW w:type="dxa" w:w="3350"/>
            <w:gridSpan w:val="2"/>
            <w:vAlign w:val="center"/>
            <w:tcMar>
              <w:top w:w="75" w:type="dxa"/>
              <w:bottom w:w="75" w:type="dxa"/>
              <w:start w:w="75" w:type="dxa"/>
              <w:end w:w="75" w:type="dxa"/>
            </w:tcMar>
            <w:shd w:fill="EAF3EE"/>
            <w:tcBorders>
              <w:top w:val="single" w:sz="6" w:color="7A8A80"/>
              <w:left w:val="single" w:sz="6" w:color="7A8A80"/>
              <w:bottom w:val="single" w:sz="6" w:color="7A8A80"/>
              <w:right w:val="single" w:sz="6" w:color="7A8A80"/>
              <w:insideH w:val="single" w:sz="6" w:color="7A8A80"/>
              <w:insideV w:val="single" w:sz="6" w:color="7A8A80"/>
            </w:tcBorders>
          </w:tcPr>
          <w:p>
            <w:pPr>
              <w:spacing w:before="0" w:after="0" w:line="240" w:lineRule="auto"/>
              <w:jc w:val="center"/>
              <w:bidi w:val="1"/>
              <w:mirrorIndents w:val="1"/>
            </w:pPr>
            <w:r>
              <w:rPr>
                <w:rFonts w:ascii="Arial" w:hAnsi="Arial" w:cs="Arial" w:eastAsia="Arial"/>
                <w:b w:val="0"/>
                <w:sz w:val="16"/>
                <w:rtl w:val="1"/>
                <w:szCs w:val="18"/>
              </w:rPr>
            </w:r>
            <w:r>
              <w:rPr>
                <w:rFonts w:ascii="Arial" w:hAnsi="Arial" w:cs="Arial" w:eastAsia="Arial"/>
                <w:b w:val="0"/>
                <w:color w:val="000000"/>
                <w:sz w:val="16"/>
                <w:rtl w:val="1"/>
                <w:szCs w:val="18"/>
              </w:rPr>
              <w:t>جهة الاعتماد</w:t>
            </w:r>
          </w:p>
        </w:tc>
        <w:tc>
          <w:tcPr>
            <w:tcW w:type="dxa" w:w="6700"/>
            <w:gridSpan w:val="4"/>
            <w:vAlign w:val="center"/>
            <w:tcMar>
              <w:top w:w="75" w:type="dxa"/>
              <w:bottom w:w="75" w:type="dxa"/>
              <w:start w:w="75" w:type="dxa"/>
              <w:end w:w="75" w:type="dxa"/>
            </w:tcMar>
            <w:tcBorders>
              <w:top w:val="single" w:sz="6" w:color="7A8A80"/>
              <w:left w:val="single" w:sz="6" w:color="7A8A80"/>
              <w:bottom w:val="single" w:sz="6" w:color="7A8A80"/>
              <w:right w:val="single" w:sz="6" w:color="7A8A80"/>
              <w:insideH w:val="single" w:sz="6" w:color="7A8A80"/>
              <w:insideV w:val="single" w:sz="6" w:color="7A8A80"/>
            </w:tcBorders>
          </w:tcPr>
          <w:p>
            <w:pPr>
              <w:spacing w:before="0" w:after="0" w:line="240" w:lineRule="auto"/>
              <w:jc w:val="center"/>
              <w:bidi w:val="1"/>
              <w:mirrorIndents w:val="1"/>
            </w:pPr>
            <w:r>
              <w:rPr>
                <w:rFonts w:ascii="Arial" w:hAnsi="Arial" w:cs="Arial" w:eastAsia="Arial"/>
                <w:b w:val="0"/>
                <w:sz w:val="16"/>
                <w:rtl w:val="1"/>
                <w:szCs w:val="18"/>
              </w:rPr>
            </w:r>
            <w:r>
              <w:rPr>
                <w:rFonts w:ascii="Arial" w:hAnsi="Arial" w:cs="Arial" w:eastAsia="Arial"/>
                <w:b w:val="0"/>
                <w:color w:val="000000"/>
                <w:sz w:val="16"/>
                <w:rtl w:val="1"/>
                <w:szCs w:val="18"/>
              </w:rPr>
              <w:t>مجلس الإدارة</w:t>
            </w:r>
          </w:p>
        </w:tc>
      </w:tr>
      <w:tr>
        <w:trPr>
          <w:cantSplit w:val="true"/>
          <w:trHeight w:hRule="atLeast"/>
        </w:trPr>
        <w:tc>
          <w:tcPr>
            <w:tcW w:type="dxa" w:w="10050"/>
            <w:gridSpan w:val="6"/>
            <w:vAlign w:val="center"/>
            <w:tcMar>
              <w:top w:w="75" w:type="dxa"/>
              <w:bottom w:w="75" w:type="dxa"/>
              <w:start w:w="75" w:type="dxa"/>
              <w:end w:w="75" w:type="dxa"/>
            </w:tcMar>
            <w:shd w:fill="2F6B4F"/>
            <w:tcBorders>
              <w:top w:val="single" w:sz="6" w:color="7A8A80"/>
              <w:left w:val="single" w:sz="6" w:color="7A8A80"/>
              <w:bottom w:val="single" w:sz="6" w:color="7A8A80"/>
              <w:right w:val="single" w:sz="6" w:color="7A8A80"/>
              <w:insideH w:val="single" w:sz="6" w:color="7A8A80"/>
              <w:insideV w:val="single" w:sz="6" w:color="7A8A80"/>
            </w:tcBorders>
          </w:tcPr>
          <w:p>
            <w:pPr>
              <w:spacing w:before="0" w:after="0" w:line="240" w:lineRule="auto"/>
              <w:jc w:val="center"/>
              <w:bidi w:val="1"/>
              <w:mirrorIndents w:val="1"/>
            </w:pPr>
            <w:r>
              <w:rPr>
                <w:rFonts w:ascii="Arial" w:hAnsi="Arial" w:cs="Arial" w:eastAsia="Arial"/>
                <w:b/>
                <w:sz w:val="16"/>
                <w:rtl w:val="1"/>
                <w:szCs w:val="18"/>
              </w:rPr>
            </w:r>
            <w:r>
              <w:rPr>
                <w:rFonts w:ascii="Arial" w:hAnsi="Arial" w:cs="Arial" w:eastAsia="Arial"/>
                <w:b/>
                <w:color w:val="FFFFFF"/>
                <w:sz w:val="16"/>
                <w:rtl w:val="1"/>
                <w:szCs w:val="18"/>
              </w:rPr>
              <w:t>اعتماد الوثيقة</w:t>
            </w:r>
          </w:p>
        </w:tc>
      </w:tr>
      <w:tr>
        <w:trPr>
          <w:trHeight w:hRule="atLeast"/>
          <w:tblHeader w:val="true"/>
          <w:cantSplit w:val="true"/>
        </w:trPr>
        <w:tc>
          <w:tcPr>
            <w:tcW w:type="dxa" w:w="3350"/>
            <w:gridSpan w:val="2"/>
            <w:vAlign w:val="center"/>
            <w:tcMar>
              <w:top w:w="75" w:type="dxa"/>
              <w:bottom w:w="75" w:type="dxa"/>
              <w:start w:w="75" w:type="dxa"/>
              <w:end w:w="75" w:type="dxa"/>
            </w:tcMar>
            <w:shd w:fill="2F6B4F"/>
            <w:tcBorders>
              <w:top w:val="single" w:sz="6" w:color="7A8A80"/>
              <w:left w:val="single" w:sz="6" w:color="7A8A80"/>
              <w:bottom w:val="single" w:sz="6" w:color="7A8A80"/>
              <w:right w:val="single" w:sz="6" w:color="7A8A80"/>
              <w:insideH w:val="single" w:sz="6" w:color="7A8A80"/>
              <w:insideV w:val="single" w:sz="6" w:color="7A8A80"/>
            </w:tcBorders>
          </w:tcPr>
          <w:p>
            <w:pPr>
              <w:spacing w:before="0" w:after="0" w:line="240" w:lineRule="auto"/>
              <w:jc w:val="center"/>
              <w:bidi w:val="1"/>
              <w:mirrorIndents w:val="1"/>
            </w:pPr>
            <w:r>
              <w:rPr>
                <w:rFonts w:ascii="Arial" w:hAnsi="Arial" w:cs="Arial" w:eastAsia="Arial"/>
                <w:b/>
                <w:sz w:val="16"/>
                <w:rtl w:val="1"/>
                <w:szCs w:val="18"/>
              </w:rPr>
            </w:r>
            <w:r>
              <w:rPr>
                <w:rFonts w:ascii="Arial" w:hAnsi="Arial" w:cs="Arial" w:eastAsia="Arial"/>
                <w:b/>
                <w:color w:val="FFFFFF"/>
                <w:sz w:val="16"/>
                <w:rtl w:val="1"/>
                <w:szCs w:val="18"/>
              </w:rPr>
              <w:t>الصفة</w:t>
            </w:r>
          </w:p>
        </w:tc>
        <w:tc>
          <w:tcPr>
            <w:tcW w:type="dxa" w:w="3350"/>
            <w:gridSpan w:val="2"/>
            <w:vAlign w:val="center"/>
            <w:tcMar>
              <w:top w:w="75" w:type="dxa"/>
              <w:bottom w:w="75" w:type="dxa"/>
              <w:start w:w="75" w:type="dxa"/>
              <w:end w:w="75" w:type="dxa"/>
            </w:tcMar>
            <w:shd w:fill="2F6B4F"/>
            <w:tcBorders>
              <w:top w:val="single" w:sz="6" w:color="7A8A80"/>
              <w:left w:val="single" w:sz="6" w:color="7A8A80"/>
              <w:bottom w:val="single" w:sz="6" w:color="7A8A80"/>
              <w:right w:val="single" w:sz="6" w:color="7A8A80"/>
              <w:insideH w:val="single" w:sz="6" w:color="7A8A80"/>
              <w:insideV w:val="single" w:sz="6" w:color="7A8A80"/>
            </w:tcBorders>
          </w:tcPr>
          <w:p>
            <w:pPr>
              <w:spacing w:before="0" w:after="0" w:line="240" w:lineRule="auto"/>
              <w:jc w:val="center"/>
              <w:bidi w:val="1"/>
              <w:mirrorIndents w:val="1"/>
            </w:pPr>
            <w:r>
              <w:rPr>
                <w:rFonts w:ascii="Arial" w:hAnsi="Arial" w:cs="Arial" w:eastAsia="Arial"/>
                <w:b/>
                <w:sz w:val="16"/>
                <w:rtl w:val="1"/>
                <w:szCs w:val="18"/>
              </w:rPr>
            </w:r>
            <w:r>
              <w:rPr>
                <w:rFonts w:ascii="Arial" w:hAnsi="Arial" w:cs="Arial" w:eastAsia="Arial"/>
                <w:b/>
                <w:color w:val="FFFFFF"/>
                <w:sz w:val="16"/>
                <w:rtl w:val="1"/>
                <w:szCs w:val="18"/>
              </w:rPr>
              <w:t>الاسم</w:t>
            </w:r>
          </w:p>
        </w:tc>
        <w:tc>
          <w:tcPr>
            <w:tcW w:type="dxa" w:w="1675"/>
            <w:vAlign w:val="center"/>
            <w:tcMar>
              <w:top w:w="75" w:type="dxa"/>
              <w:bottom w:w="75" w:type="dxa"/>
              <w:start w:w="75" w:type="dxa"/>
              <w:end w:w="75" w:type="dxa"/>
            </w:tcMar>
            <w:shd w:fill="2F6B4F"/>
            <w:tcBorders>
              <w:top w:val="single" w:sz="6" w:color="7A8A80"/>
              <w:left w:val="single" w:sz="6" w:color="7A8A80"/>
              <w:bottom w:val="single" w:sz="6" w:color="7A8A80"/>
              <w:right w:val="single" w:sz="6" w:color="7A8A80"/>
              <w:insideH w:val="single" w:sz="6" w:color="7A8A80"/>
              <w:insideV w:val="single" w:sz="6" w:color="7A8A80"/>
            </w:tcBorders>
          </w:tcPr>
          <w:p>
            <w:pPr>
              <w:spacing w:before="0" w:after="0" w:line="240" w:lineRule="auto"/>
              <w:jc w:val="center"/>
              <w:bidi w:val="1"/>
              <w:mirrorIndents w:val="1"/>
            </w:pPr>
            <w:r>
              <w:rPr>
                <w:rFonts w:ascii="Arial" w:hAnsi="Arial" w:cs="Arial" w:eastAsia="Arial"/>
                <w:b/>
                <w:sz w:val="16"/>
                <w:rtl w:val="1"/>
                <w:szCs w:val="18"/>
              </w:rPr>
            </w:r>
            <w:r>
              <w:rPr>
                <w:rFonts w:ascii="Arial" w:hAnsi="Arial" w:cs="Arial" w:eastAsia="Arial"/>
                <w:b/>
                <w:color w:val="FFFFFF"/>
                <w:sz w:val="16"/>
                <w:rtl w:val="1"/>
                <w:szCs w:val="18"/>
              </w:rPr>
              <w:t>التوقيع</w:t>
            </w:r>
          </w:p>
        </w:tc>
        <w:tc>
          <w:tcPr>
            <w:tcW w:type="dxa" w:w="1675"/>
            <w:vAlign w:val="center"/>
            <w:tcMar>
              <w:top w:w="75" w:type="dxa"/>
              <w:bottom w:w="75" w:type="dxa"/>
              <w:start w:w="75" w:type="dxa"/>
              <w:end w:w="75" w:type="dxa"/>
            </w:tcMar>
            <w:shd w:fill="2F6B4F"/>
            <w:tcBorders>
              <w:top w:val="single" w:sz="6" w:color="7A8A80"/>
              <w:left w:val="single" w:sz="6" w:color="7A8A80"/>
              <w:bottom w:val="single" w:sz="6" w:color="7A8A80"/>
              <w:right w:val="single" w:sz="6" w:color="7A8A80"/>
              <w:insideH w:val="single" w:sz="6" w:color="7A8A80"/>
              <w:insideV w:val="single" w:sz="6" w:color="7A8A80"/>
            </w:tcBorders>
          </w:tcPr>
          <w:p>
            <w:pPr>
              <w:spacing w:before="0" w:after="0" w:line="240" w:lineRule="auto"/>
              <w:jc w:val="center"/>
              <w:bidi w:val="1"/>
              <w:mirrorIndents w:val="1"/>
            </w:pPr>
            <w:r>
              <w:rPr>
                <w:rFonts w:ascii="Arial" w:hAnsi="Arial" w:cs="Arial" w:eastAsia="Arial"/>
                <w:b/>
                <w:sz w:val="16"/>
                <w:rtl w:val="1"/>
                <w:szCs w:val="18"/>
              </w:rPr>
            </w:r>
            <w:r>
              <w:rPr>
                <w:rFonts w:ascii="Arial" w:hAnsi="Arial" w:cs="Arial" w:eastAsia="Arial"/>
                <w:b/>
                <w:color w:val="FFFFFF"/>
                <w:sz w:val="16"/>
                <w:rtl w:val="1"/>
                <w:szCs w:val="18"/>
              </w:rPr>
              <w:t>التاريخ</w:t>
            </w:r>
          </w:p>
        </w:tc>
      </w:tr>
      <w:tr>
        <w:trPr>
          <w:cantSplit w:val="true"/>
          <w:trHeight w:hRule="atLeast"/>
        </w:trPr>
        <w:tc>
          <w:tcPr>
            <w:tcW w:type="dxa" w:w="3350"/>
            <w:gridSpan w:val="2"/>
            <w:vAlign w:val="center"/>
            <w:tcMar>
              <w:top w:w="75" w:type="dxa"/>
              <w:bottom w:w="75" w:type="dxa"/>
              <w:start w:w="75" w:type="dxa"/>
              <w:end w:w="75" w:type="dxa"/>
            </w:tcMar>
            <w:shd w:fill="EAF3EE"/>
            <w:tcBorders>
              <w:top w:val="single" w:sz="6" w:color="7A8A80"/>
              <w:left w:val="single" w:sz="6" w:color="7A8A80"/>
              <w:bottom w:val="single" w:sz="6" w:color="7A8A80"/>
              <w:right w:val="single" w:sz="6" w:color="7A8A80"/>
              <w:insideH w:val="single" w:sz="6" w:color="7A8A80"/>
              <w:insideV w:val="single" w:sz="6" w:color="7A8A80"/>
            </w:tcBorders>
          </w:tcPr>
          <w:p>
            <w:pPr>
              <w:spacing w:before="0" w:after="0" w:line="240" w:lineRule="auto"/>
              <w:jc w:val="center"/>
              <w:bidi/>
            </w:pPr>
            <w:r>
              <w:rPr>
                <w:rFonts w:ascii="Arial" w:hAnsi="Arial" w:cs="Arial"/>
                <w:sz w:val="16"/>
                <w:rtl/>
              </w:rPr>
              <w:t>رئيس مجلس الإدارة</w:t>
            </w:r>
          </w:p>
        </w:tc>
        <w:tc>
          <w:tcPr>
            <w:tcW w:type="dxa" w:w="3350"/>
            <w:gridSpan w:val="2"/>
            <w:vAlign w:val="center"/>
            <w:tcMar>
              <w:top w:w="75" w:type="dxa"/>
              <w:bottom w:w="75" w:type="dxa"/>
              <w:start w:w="75" w:type="dxa"/>
              <w:end w:w="75" w:type="dxa"/>
            </w:tcMar>
            <w:tcBorders>
              <w:top w:val="single" w:sz="6" w:color="7A8A80"/>
              <w:left w:val="single" w:sz="6" w:color="7A8A80"/>
              <w:bottom w:val="single" w:sz="6" w:color="7A8A80"/>
              <w:right w:val="single" w:sz="6" w:color="7A8A80"/>
              <w:insideH w:val="single" w:sz="6" w:color="7A8A80"/>
              <w:insideV w:val="single" w:sz="6" w:color="7A8A80"/>
            </w:tcBorders>
          </w:tcPr>
          <w:p>
            <w:pPr>
              <w:spacing w:before="0" w:after="0" w:line="240" w:lineRule="auto"/>
              <w:jc w:val="center"/>
              <w:bidi w:val="1"/>
              <w:mirrorIndents w:val="1"/>
            </w:pPr>
            <w:r>
              <w:rPr>
                <w:rFonts w:ascii="Arial" w:hAnsi="Arial" w:cs="Arial" w:eastAsia="Arial"/>
                <w:b w:val="0"/>
                <w:sz w:val="16"/>
                <w:rtl w:val="1"/>
                <w:szCs w:val="18"/>
              </w:rPr>
            </w:r>
            <w:r>
              <w:rPr>
                <w:rFonts w:ascii="Arial" w:hAnsi="Arial" w:cs="Arial" w:eastAsia="Arial"/>
                <w:b w:val="0"/>
                <w:color w:val="000000"/>
                <w:sz w:val="16"/>
                <w:rtl w:val="1"/>
                <w:szCs w:val="18"/>
              </w:rPr>
            </w:r>
          </w:p>
        </w:tc>
        <w:tc>
          <w:tcPr>
            <w:tcW w:type="dxa" w:w="1675"/>
            <w:vAlign w:val="center"/>
            <w:tcMar>
              <w:top w:w="75" w:type="dxa"/>
              <w:bottom w:w="75" w:type="dxa"/>
              <w:start w:w="75" w:type="dxa"/>
              <w:end w:w="75" w:type="dxa"/>
            </w:tcMar>
            <w:tcBorders>
              <w:top w:val="single" w:sz="6" w:color="7A8A80"/>
              <w:left w:val="single" w:sz="6" w:color="7A8A80"/>
              <w:bottom w:val="single" w:sz="6" w:color="7A8A80"/>
              <w:right w:val="single" w:sz="6" w:color="7A8A80"/>
              <w:insideH w:val="single" w:sz="6" w:color="7A8A80"/>
              <w:insideV w:val="single" w:sz="6" w:color="7A8A80"/>
            </w:tcBorders>
          </w:tcPr>
          <w:p>
            <w:pPr>
              <w:spacing w:before="0" w:after="0" w:line="240" w:lineRule="auto"/>
              <w:jc w:val="center"/>
              <w:bidi w:val="1"/>
              <w:mirrorIndents w:val="1"/>
            </w:pPr>
            <w:r>
              <w:rPr>
                <w:rFonts w:ascii="Arial" w:hAnsi="Arial" w:cs="Arial" w:eastAsia="Arial"/>
                <w:b w:val="0"/>
                <w:sz w:val="16"/>
                <w:rtl w:val="1"/>
                <w:szCs w:val="18"/>
              </w:rPr>
            </w:r>
            <w:r>
              <w:rPr>
                <w:rFonts w:ascii="Arial" w:hAnsi="Arial" w:cs="Arial" w:eastAsia="Arial"/>
                <w:b w:val="0"/>
                <w:color w:val="000000"/>
                <w:sz w:val="16"/>
                <w:rtl w:val="1"/>
                <w:szCs w:val="18"/>
              </w:rPr>
            </w:r>
          </w:p>
        </w:tc>
        <w:tc>
          <w:tcPr>
            <w:tcW w:type="dxa" w:w="1675"/>
            <w:vAlign w:val="center"/>
            <w:tcMar>
              <w:top w:w="75" w:type="dxa"/>
              <w:bottom w:w="75" w:type="dxa"/>
              <w:start w:w="75" w:type="dxa"/>
              <w:end w:w="75" w:type="dxa"/>
            </w:tcMar>
            <w:tcBorders>
              <w:top w:val="single" w:sz="6" w:color="7A8A80"/>
              <w:left w:val="single" w:sz="6" w:color="7A8A80"/>
              <w:bottom w:val="single" w:sz="6" w:color="7A8A80"/>
              <w:right w:val="single" w:sz="6" w:color="7A8A80"/>
              <w:insideH w:val="single" w:sz="6" w:color="7A8A80"/>
              <w:insideV w:val="single" w:sz="6" w:color="7A8A80"/>
            </w:tcBorders>
          </w:tcPr>
          <w:p>
            <w:pPr>
              <w:spacing w:before="0" w:after="0" w:line="240" w:lineRule="auto"/>
              <w:jc w:val="center"/>
              <w:bidi w:val="1"/>
              <w:mirrorIndents w:val="1"/>
            </w:pPr>
            <w:r>
              <w:rPr>
                <w:rFonts w:ascii="Arial" w:hAnsi="Arial" w:cs="Arial" w:eastAsia="Arial"/>
                <w:b w:val="0"/>
                <w:sz w:val="16"/>
                <w:rtl w:val="1"/>
                <w:szCs w:val="18"/>
              </w:rPr>
            </w:r>
            <w:r>
              <w:rPr>
                <w:rFonts w:ascii="Arial" w:hAnsi="Arial" w:cs="Arial" w:eastAsia="Arial"/>
                <w:b w:val="0"/>
                <w:color w:val="000000"/>
                <w:sz w:val="16"/>
                <w:rtl w:val="1"/>
                <w:szCs w:val="18"/>
              </w:rPr>
            </w:r>
          </w:p>
        </w:tc>
      </w:tr>
      <w:tr>
        <w:trPr>
          <w:cantSplit w:val="true"/>
          <w:trHeight w:hRule="atLeast"/>
        </w:trPr>
        <w:tc>
          <w:tcPr>
            <w:tcW w:type="dxa" w:w="10050"/>
            <w:gridSpan w:val="6"/>
            <w:vAlign w:val="center"/>
            <w:tcMar>
              <w:top w:w="75" w:type="dxa"/>
              <w:bottom w:w="75" w:type="dxa"/>
              <w:start w:w="75" w:type="dxa"/>
              <w:end w:w="75" w:type="dxa"/>
            </w:tcMar>
            <w:shd w:fill="2F6B4F"/>
            <w:tcBorders>
              <w:top w:val="single" w:sz="6" w:color="7A8A80"/>
              <w:left w:val="single" w:sz="6" w:color="7A8A80"/>
              <w:bottom w:val="single" w:sz="6" w:color="7A8A80"/>
              <w:right w:val="single" w:sz="6" w:color="7A8A80"/>
              <w:insideH w:val="single" w:sz="6" w:color="7A8A80"/>
              <w:insideV w:val="single" w:sz="6" w:color="7A8A80"/>
            </w:tcBorders>
          </w:tcPr>
          <w:p>
            <w:pPr>
              <w:spacing w:before="0" w:after="0" w:line="240" w:lineRule="auto"/>
              <w:jc w:val="center"/>
              <w:bidi w:val="1"/>
              <w:mirrorIndents w:val="1"/>
            </w:pPr>
            <w:r>
              <w:rPr>
                <w:rFonts w:ascii="Arial" w:hAnsi="Arial" w:cs="Arial" w:eastAsia="Arial"/>
                <w:b/>
                <w:sz w:val="16"/>
                <w:rtl w:val="1"/>
                <w:szCs w:val="18"/>
              </w:rPr>
            </w:r>
            <w:r>
              <w:rPr>
                <w:rFonts w:ascii="Arial" w:hAnsi="Arial" w:cs="Arial" w:eastAsia="Arial"/>
                <w:b/>
                <w:color w:val="FFFFFF"/>
                <w:sz w:val="16"/>
                <w:rtl w:val="1"/>
                <w:szCs w:val="18"/>
              </w:rPr>
              <w:t>سجل الإصدارات</w:t>
            </w:r>
          </w:p>
        </w:tc>
      </w:tr>
      <w:tr>
        <w:trPr>
          <w:trHeight w:hRule="atLeast"/>
          <w:tblHeader w:val="true"/>
          <w:cantSplit w:val="true"/>
        </w:trPr>
        <w:tc>
          <w:tcPr>
            <w:tcW w:type="dxa" w:w="1675"/>
            <w:vAlign w:val="center"/>
            <w:tcMar>
              <w:top w:w="75" w:type="dxa"/>
              <w:bottom w:w="75" w:type="dxa"/>
              <w:start w:w="75" w:type="dxa"/>
              <w:end w:w="75" w:type="dxa"/>
            </w:tcMar>
            <w:shd w:fill="2F6B4F"/>
            <w:tcBorders>
              <w:top w:val="single" w:sz="6" w:color="7A8A80"/>
              <w:left w:val="single" w:sz="6" w:color="7A8A80"/>
              <w:bottom w:val="single" w:sz="6" w:color="7A8A80"/>
              <w:right w:val="single" w:sz="6" w:color="7A8A80"/>
              <w:insideH w:val="single" w:sz="6" w:color="7A8A80"/>
              <w:insideV w:val="single" w:sz="6" w:color="7A8A80"/>
            </w:tcBorders>
          </w:tcPr>
          <w:p>
            <w:pPr>
              <w:spacing w:before="0" w:after="0" w:line="240" w:lineRule="auto"/>
              <w:jc w:val="center"/>
              <w:bidi w:val="1"/>
              <w:mirrorIndents w:val="1"/>
            </w:pPr>
            <w:r>
              <w:rPr>
                <w:rFonts w:ascii="Arial" w:hAnsi="Arial" w:cs="Arial" w:eastAsia="Arial"/>
                <w:b/>
                <w:sz w:val="16"/>
                <w:rtl w:val="1"/>
                <w:szCs w:val="18"/>
              </w:rPr>
            </w:r>
            <w:r>
              <w:rPr>
                <w:rFonts w:ascii="Arial" w:hAnsi="Arial" w:cs="Arial" w:eastAsia="Arial"/>
                <w:b/>
                <w:color w:val="FFFFFF"/>
                <w:sz w:val="16"/>
                <w:rtl w:val="1"/>
                <w:szCs w:val="18"/>
              </w:rPr>
              <w:t>الإصدار</w:t>
            </w:r>
          </w:p>
        </w:tc>
        <w:tc>
          <w:tcPr>
            <w:tcW w:type="dxa" w:w="1675"/>
            <w:vAlign w:val="center"/>
            <w:tcMar>
              <w:top w:w="75" w:type="dxa"/>
              <w:bottom w:w="75" w:type="dxa"/>
              <w:start w:w="75" w:type="dxa"/>
              <w:end w:w="75" w:type="dxa"/>
            </w:tcMar>
            <w:shd w:fill="2F6B4F"/>
            <w:tcBorders>
              <w:top w:val="single" w:sz="6" w:color="7A8A80"/>
              <w:left w:val="single" w:sz="6" w:color="7A8A80"/>
              <w:bottom w:val="single" w:sz="6" w:color="7A8A80"/>
              <w:right w:val="single" w:sz="6" w:color="7A8A80"/>
              <w:insideH w:val="single" w:sz="6" w:color="7A8A80"/>
              <w:insideV w:val="single" w:sz="6" w:color="7A8A80"/>
            </w:tcBorders>
          </w:tcPr>
          <w:p>
            <w:pPr>
              <w:spacing w:before="0" w:after="0" w:line="240" w:lineRule="auto"/>
              <w:jc w:val="center"/>
              <w:bidi w:val="1"/>
              <w:mirrorIndents w:val="1"/>
            </w:pPr>
            <w:r>
              <w:rPr>
                <w:rFonts w:ascii="Arial" w:hAnsi="Arial" w:cs="Arial" w:eastAsia="Arial"/>
                <w:b/>
                <w:sz w:val="16"/>
                <w:rtl w:val="1"/>
                <w:szCs w:val="18"/>
              </w:rPr>
            </w:r>
            <w:r>
              <w:rPr>
                <w:rFonts w:ascii="Arial" w:hAnsi="Arial" w:cs="Arial" w:eastAsia="Arial"/>
                <w:b/>
                <w:color w:val="FFFFFF"/>
                <w:sz w:val="16"/>
                <w:rtl w:val="1"/>
                <w:szCs w:val="18"/>
              </w:rPr>
              <w:t>التاريخ</w:t>
            </w:r>
          </w:p>
        </w:tc>
        <w:tc>
          <w:tcPr>
            <w:tcW w:type="dxa" w:w="1675"/>
            <w:vAlign w:val="center"/>
            <w:tcMar>
              <w:top w:w="75" w:type="dxa"/>
              <w:bottom w:w="75" w:type="dxa"/>
              <w:start w:w="75" w:type="dxa"/>
              <w:end w:w="75" w:type="dxa"/>
            </w:tcMar>
            <w:shd w:fill="2F6B4F"/>
            <w:tcBorders>
              <w:top w:val="single" w:sz="6" w:color="7A8A80"/>
              <w:left w:val="single" w:sz="6" w:color="7A8A80"/>
              <w:bottom w:val="single" w:sz="6" w:color="7A8A80"/>
              <w:right w:val="single" w:sz="6" w:color="7A8A80"/>
              <w:insideH w:val="single" w:sz="6" w:color="7A8A80"/>
              <w:insideV w:val="single" w:sz="6" w:color="7A8A80"/>
            </w:tcBorders>
          </w:tcPr>
          <w:p>
            <w:pPr>
              <w:spacing w:before="0" w:after="0" w:line="240" w:lineRule="auto"/>
              <w:jc w:val="center"/>
              <w:bidi w:val="1"/>
              <w:mirrorIndents w:val="1"/>
            </w:pPr>
            <w:r>
              <w:rPr>
                <w:rFonts w:ascii="Arial" w:hAnsi="Arial" w:cs="Arial" w:eastAsia="Arial"/>
                <w:b/>
                <w:sz w:val="16"/>
                <w:rtl w:val="1"/>
                <w:szCs w:val="18"/>
              </w:rPr>
            </w:r>
            <w:r>
              <w:rPr>
                <w:rFonts w:ascii="Arial" w:hAnsi="Arial" w:cs="Arial" w:eastAsia="Arial"/>
                <w:b/>
                <w:color w:val="FFFFFF"/>
                <w:sz w:val="16"/>
                <w:rtl w:val="1"/>
                <w:szCs w:val="18"/>
              </w:rPr>
              <w:t>الوصف</w:t>
            </w:r>
          </w:p>
        </w:tc>
        <w:tc>
          <w:tcPr>
            <w:tcW w:type="dxa" w:w="1675"/>
            <w:vAlign w:val="center"/>
            <w:tcMar>
              <w:top w:w="75" w:type="dxa"/>
              <w:bottom w:w="75" w:type="dxa"/>
              <w:start w:w="75" w:type="dxa"/>
              <w:end w:w="75" w:type="dxa"/>
            </w:tcMar>
            <w:shd w:fill="2F6B4F"/>
            <w:tcBorders>
              <w:top w:val="single" w:sz="6" w:color="7A8A80"/>
              <w:left w:val="single" w:sz="6" w:color="7A8A80"/>
              <w:bottom w:val="single" w:sz="6" w:color="7A8A80"/>
              <w:right w:val="single" w:sz="6" w:color="7A8A80"/>
              <w:insideH w:val="single" w:sz="6" w:color="7A8A80"/>
              <w:insideV w:val="single" w:sz="6" w:color="7A8A80"/>
            </w:tcBorders>
          </w:tcPr>
          <w:p>
            <w:pPr>
              <w:spacing w:before="0" w:after="0" w:line="240" w:lineRule="auto"/>
              <w:jc w:val="center"/>
              <w:bidi w:val="1"/>
              <w:mirrorIndents w:val="1"/>
            </w:pPr>
            <w:r>
              <w:rPr>
                <w:rFonts w:ascii="Arial" w:hAnsi="Arial" w:cs="Arial" w:eastAsia="Arial"/>
                <w:b/>
                <w:sz w:val="16"/>
                <w:rtl w:val="1"/>
                <w:szCs w:val="18"/>
              </w:rPr>
            </w:r>
            <w:r>
              <w:rPr>
                <w:rFonts w:ascii="Arial" w:hAnsi="Arial" w:cs="Arial" w:eastAsia="Arial"/>
                <w:b/>
                <w:color w:val="FFFFFF"/>
                <w:sz w:val="16"/>
                <w:rtl w:val="1"/>
                <w:szCs w:val="18"/>
              </w:rPr>
              <w:t>أعد</w:t>
            </w:r>
          </w:p>
        </w:tc>
        <w:tc>
          <w:tcPr>
            <w:tcW w:type="dxa" w:w="1675"/>
            <w:vAlign w:val="center"/>
            <w:tcMar>
              <w:top w:w="75" w:type="dxa"/>
              <w:bottom w:w="75" w:type="dxa"/>
              <w:start w:w="75" w:type="dxa"/>
              <w:end w:w="75" w:type="dxa"/>
            </w:tcMar>
            <w:shd w:fill="2F6B4F"/>
            <w:tcBorders>
              <w:top w:val="single" w:sz="6" w:color="7A8A80"/>
              <w:left w:val="single" w:sz="6" w:color="7A8A80"/>
              <w:bottom w:val="single" w:sz="6" w:color="7A8A80"/>
              <w:right w:val="single" w:sz="6" w:color="7A8A80"/>
              <w:insideH w:val="single" w:sz="6" w:color="7A8A80"/>
              <w:insideV w:val="single" w:sz="6" w:color="7A8A80"/>
            </w:tcBorders>
          </w:tcPr>
          <w:p>
            <w:pPr>
              <w:spacing w:before="0" w:after="0" w:line="240" w:lineRule="auto"/>
              <w:jc w:val="center"/>
              <w:bidi w:val="1"/>
              <w:mirrorIndents w:val="1"/>
            </w:pPr>
            <w:r>
              <w:rPr>
                <w:rFonts w:ascii="Arial" w:hAnsi="Arial" w:cs="Arial" w:eastAsia="Arial"/>
                <w:b/>
                <w:sz w:val="16"/>
                <w:rtl w:val="1"/>
                <w:szCs w:val="18"/>
              </w:rPr>
            </w:r>
            <w:r>
              <w:rPr>
                <w:rFonts w:ascii="Arial" w:hAnsi="Arial" w:cs="Arial" w:eastAsia="Arial"/>
                <w:b/>
                <w:color w:val="FFFFFF"/>
                <w:sz w:val="16"/>
                <w:rtl w:val="1"/>
                <w:szCs w:val="18"/>
              </w:rPr>
              <w:t>راجع</w:t>
            </w:r>
          </w:p>
        </w:tc>
        <w:tc>
          <w:tcPr>
            <w:tcW w:type="dxa" w:w="1675"/>
            <w:vAlign w:val="center"/>
            <w:tcMar>
              <w:top w:w="75" w:type="dxa"/>
              <w:bottom w:w="75" w:type="dxa"/>
              <w:start w:w="75" w:type="dxa"/>
              <w:end w:w="75" w:type="dxa"/>
            </w:tcMar>
            <w:shd w:fill="2F6B4F"/>
            <w:tcBorders>
              <w:top w:val="single" w:sz="6" w:color="7A8A80"/>
              <w:left w:val="single" w:sz="6" w:color="7A8A80"/>
              <w:bottom w:val="single" w:sz="6" w:color="7A8A80"/>
              <w:right w:val="single" w:sz="6" w:color="7A8A80"/>
              <w:insideH w:val="single" w:sz="6" w:color="7A8A80"/>
              <w:insideV w:val="single" w:sz="6" w:color="7A8A80"/>
            </w:tcBorders>
          </w:tcPr>
          <w:p>
            <w:pPr>
              <w:spacing w:before="0" w:after="0" w:line="240" w:lineRule="auto"/>
              <w:jc w:val="center"/>
              <w:bidi w:val="1"/>
              <w:mirrorIndents w:val="1"/>
            </w:pPr>
            <w:r>
              <w:rPr>
                <w:rFonts w:ascii="Arial" w:hAnsi="Arial" w:cs="Arial" w:eastAsia="Arial"/>
                <w:b/>
                <w:sz w:val="16"/>
                <w:rtl w:val="1"/>
                <w:szCs w:val="18"/>
              </w:rPr>
            </w:r>
            <w:r>
              <w:rPr>
                <w:rFonts w:ascii="Arial" w:hAnsi="Arial" w:cs="Arial" w:eastAsia="Arial"/>
                <w:b/>
                <w:color w:val="FFFFFF"/>
                <w:sz w:val="16"/>
                <w:rtl w:val="1"/>
                <w:szCs w:val="18"/>
              </w:rPr>
              <w:t>اعتمد</w:t>
            </w:r>
          </w:p>
        </w:tc>
      </w:tr>
      <w:tr>
        <w:trPr>
          <w:cantSplit w:val="true"/>
          <w:trHeight w:hRule="atLeast"/>
        </w:trPr>
        <w:tc>
          <w:tcPr>
            <w:tcW w:type="dxa" w:w="1675"/>
            <w:vAlign w:val="center"/>
            <w:tcMar>
              <w:top w:w="75" w:type="dxa"/>
              <w:bottom w:w="75" w:type="dxa"/>
              <w:start w:w="75" w:type="dxa"/>
              <w:end w:w="75" w:type="dxa"/>
            </w:tcMar>
            <w:tcBorders>
              <w:top w:val="single" w:sz="6" w:color="7A8A80"/>
              <w:left w:val="single" w:sz="6" w:color="7A8A80"/>
              <w:bottom w:val="single" w:sz="6" w:color="7A8A80"/>
              <w:right w:val="single" w:sz="6" w:color="7A8A80"/>
              <w:insideH w:val="single" w:sz="6" w:color="7A8A80"/>
              <w:insideV w:val="single" w:sz="6" w:color="7A8A80"/>
            </w:tcBorders>
          </w:tcPr>
          <w:p>
            <w:pPr>
              <w:spacing w:before="0" w:after="0" w:line="240" w:lineRule="auto"/>
              <w:jc w:val="center"/>
              <w:bidi w:val="1"/>
              <w:mirrorIndents w:val="1"/>
            </w:pPr>
            <w:r>
              <w:rPr>
                <w:rFonts w:ascii="Arial" w:hAnsi="Arial" w:cs="Arial" w:eastAsia="Arial"/>
                <w:b w:val="0"/>
                <w:sz w:val="16"/>
                <w:rtl w:val="1"/>
                <w:szCs w:val="18"/>
              </w:rPr>
            </w:r>
            <w:r>
              <w:rPr>
                <w:rFonts w:ascii="Arial" w:hAnsi="Arial" w:cs="Arial" w:eastAsia="Arial"/>
                <w:b w:val="0"/>
                <w:color w:val="000000"/>
                <w:sz w:val="16"/>
                <w:rtl w:val="1"/>
                <w:szCs w:val="18"/>
              </w:rPr>
              <w:t>1.0</w:t>
            </w:r>
          </w:p>
        </w:tc>
        <w:tc>
          <w:tcPr>
            <w:tcW w:type="dxa" w:w="1675"/>
            <w:vAlign w:val="center"/>
            <w:tcMar>
              <w:top w:w="75" w:type="dxa"/>
              <w:bottom w:w="75" w:type="dxa"/>
              <w:start w:w="75" w:type="dxa"/>
              <w:end w:w="75" w:type="dxa"/>
            </w:tcMar>
            <w:tcBorders>
              <w:top w:val="single" w:sz="6" w:color="7A8A80"/>
              <w:left w:val="single" w:sz="6" w:color="7A8A80"/>
              <w:bottom w:val="single" w:sz="6" w:color="7A8A80"/>
              <w:right w:val="single" w:sz="6" w:color="7A8A80"/>
              <w:insideH w:val="single" w:sz="6" w:color="7A8A80"/>
              <w:insideV w:val="single" w:sz="6" w:color="7A8A80"/>
            </w:tcBorders>
          </w:tcPr>
          <w:p>
            <w:pPr>
              <w:spacing w:before="0" w:after="0" w:line="240" w:lineRule="auto"/>
              <w:jc w:val="center"/>
              <w:bidi w:val="1"/>
              <w:mirrorIndents w:val="1"/>
            </w:pPr>
            <w:r>
              <w:rPr>
                <w:rFonts w:ascii="Arial" w:hAnsi="Arial" w:cs="Arial" w:eastAsia="Arial"/>
                <w:b w:val="0"/>
                <w:sz w:val="16"/>
                <w:rtl w:val="1"/>
                <w:szCs w:val="18"/>
              </w:rPr>
            </w:r>
            <w:r>
              <w:rPr>
                <w:rFonts w:ascii="Arial" w:hAnsi="Arial" w:cs="Arial" w:eastAsia="Arial"/>
                <w:b w:val="0"/>
                <w:color w:val="000000"/>
                <w:sz w:val="16"/>
                <w:rtl w:val="1"/>
                <w:szCs w:val="18"/>
              </w:rPr>
            </w:r>
          </w:p>
        </w:tc>
        <w:tc>
          <w:tcPr>
            <w:tcW w:type="dxa" w:w="1675"/>
            <w:vAlign w:val="center"/>
            <w:tcMar>
              <w:top w:w="75" w:type="dxa"/>
              <w:bottom w:w="75" w:type="dxa"/>
              <w:start w:w="75" w:type="dxa"/>
              <w:end w:w="75" w:type="dxa"/>
            </w:tcMar>
            <w:tcBorders>
              <w:top w:val="single" w:sz="6" w:color="7A8A80"/>
              <w:left w:val="single" w:sz="6" w:color="7A8A80"/>
              <w:bottom w:val="single" w:sz="6" w:color="7A8A80"/>
              <w:right w:val="single" w:sz="6" w:color="7A8A80"/>
              <w:insideH w:val="single" w:sz="6" w:color="7A8A80"/>
              <w:insideV w:val="single" w:sz="6" w:color="7A8A80"/>
            </w:tcBorders>
          </w:tcPr>
          <w:p>
            <w:pPr>
              <w:spacing w:before="0" w:after="0" w:line="240" w:lineRule="auto"/>
              <w:jc w:val="center"/>
              <w:bidi w:val="1"/>
              <w:mirrorIndents w:val="1"/>
            </w:pPr>
            <w:r>
              <w:rPr>
                <w:rFonts w:ascii="Arial" w:hAnsi="Arial" w:cs="Arial" w:eastAsia="Arial"/>
                <w:b w:val="0"/>
                <w:sz w:val="16"/>
                <w:rtl w:val="1"/>
                <w:szCs w:val="18"/>
              </w:rPr>
            </w:r>
            <w:r>
              <w:rPr>
                <w:rFonts w:ascii="Arial" w:hAnsi="Arial" w:cs="Arial" w:eastAsia="Arial"/>
                <w:b w:val="0"/>
                <w:color w:val="000000"/>
                <w:sz w:val="16"/>
                <w:rtl w:val="1"/>
                <w:szCs w:val="18"/>
              </w:rPr>
              <w:t>الإصدار الأول</w:t>
            </w:r>
          </w:p>
        </w:tc>
        <w:tc>
          <w:tcPr>
            <w:tcW w:type="dxa" w:w="1675"/>
            <w:vAlign w:val="center"/>
            <w:tcMar>
              <w:top w:w="75" w:type="dxa"/>
              <w:bottom w:w="75" w:type="dxa"/>
              <w:start w:w="75" w:type="dxa"/>
              <w:end w:w="75" w:type="dxa"/>
            </w:tcMar>
            <w:tcBorders>
              <w:top w:val="single" w:sz="6" w:color="7A8A80"/>
              <w:left w:val="single" w:sz="6" w:color="7A8A80"/>
              <w:bottom w:val="single" w:sz="6" w:color="7A8A80"/>
              <w:right w:val="single" w:sz="6" w:color="7A8A80"/>
              <w:insideH w:val="single" w:sz="6" w:color="7A8A80"/>
              <w:insideV w:val="single" w:sz="6" w:color="7A8A80"/>
            </w:tcBorders>
          </w:tcPr>
          <w:p>
            <w:pPr>
              <w:spacing w:before="0" w:after="0" w:line="240" w:lineRule="auto"/>
              <w:jc w:val="center"/>
              <w:bidi w:val="1"/>
              <w:mirrorIndents w:val="1"/>
            </w:pPr>
            <w:r>
              <w:rPr>
                <w:rFonts w:ascii="Arial" w:hAnsi="Arial" w:cs="Arial" w:eastAsia="Arial"/>
                <w:b w:val="0"/>
                <w:sz w:val="16"/>
                <w:rtl w:val="1"/>
                <w:szCs w:val="18"/>
              </w:rPr>
            </w:r>
            <w:r>
              <w:rPr>
                <w:rFonts w:ascii="Arial" w:hAnsi="Arial" w:cs="Arial" w:eastAsia="Arial"/>
                <w:b w:val="0"/>
                <w:color w:val="000000"/>
                <w:sz w:val="16"/>
                <w:rtl w:val="1"/>
                <w:szCs w:val="18"/>
              </w:rPr>
            </w:r>
          </w:p>
        </w:tc>
        <w:tc>
          <w:tcPr>
            <w:tcW w:type="dxa" w:w="1675"/>
            <w:vAlign w:val="center"/>
            <w:tcMar>
              <w:top w:w="75" w:type="dxa"/>
              <w:bottom w:w="75" w:type="dxa"/>
              <w:start w:w="75" w:type="dxa"/>
              <w:end w:w="75" w:type="dxa"/>
            </w:tcMar>
            <w:tcBorders>
              <w:top w:val="single" w:sz="6" w:color="7A8A80"/>
              <w:left w:val="single" w:sz="6" w:color="7A8A80"/>
              <w:bottom w:val="single" w:sz="6" w:color="7A8A80"/>
              <w:right w:val="single" w:sz="6" w:color="7A8A80"/>
              <w:insideH w:val="single" w:sz="6" w:color="7A8A80"/>
              <w:insideV w:val="single" w:sz="6" w:color="7A8A80"/>
            </w:tcBorders>
          </w:tcPr>
          <w:p>
            <w:pPr>
              <w:spacing w:before="0" w:after="0" w:line="240" w:lineRule="auto"/>
              <w:jc w:val="center"/>
              <w:bidi w:val="1"/>
              <w:mirrorIndents w:val="1"/>
            </w:pPr>
            <w:r>
              <w:rPr>
                <w:rFonts w:ascii="Arial" w:hAnsi="Arial" w:cs="Arial" w:eastAsia="Arial"/>
                <w:b w:val="0"/>
                <w:sz w:val="16"/>
                <w:rtl w:val="1"/>
                <w:szCs w:val="18"/>
              </w:rPr>
            </w:r>
            <w:r>
              <w:rPr>
                <w:rFonts w:ascii="Arial" w:hAnsi="Arial" w:cs="Arial" w:eastAsia="Arial"/>
                <w:b w:val="0"/>
                <w:color w:val="000000"/>
                <w:sz w:val="16"/>
                <w:rtl w:val="1"/>
                <w:szCs w:val="18"/>
              </w:rPr>
            </w:r>
          </w:p>
        </w:tc>
        <w:tc>
          <w:tcPr>
            <w:tcW w:type="dxa" w:w="1675"/>
            <w:vAlign w:val="center"/>
            <w:tcMar>
              <w:top w:w="75" w:type="dxa"/>
              <w:bottom w:w="75" w:type="dxa"/>
              <w:start w:w="75" w:type="dxa"/>
              <w:end w:w="75" w:type="dxa"/>
            </w:tcMar>
            <w:tcBorders>
              <w:top w:val="single" w:sz="6" w:color="7A8A80"/>
              <w:left w:val="single" w:sz="6" w:color="7A8A80"/>
              <w:bottom w:val="single" w:sz="6" w:color="7A8A80"/>
              <w:right w:val="single" w:sz="6" w:color="7A8A80"/>
              <w:insideH w:val="single" w:sz="6" w:color="7A8A80"/>
              <w:insideV w:val="single" w:sz="6" w:color="7A8A80"/>
            </w:tcBorders>
          </w:tcPr>
          <w:p>
            <w:pPr>
              <w:spacing w:before="0" w:after="0" w:line="240" w:lineRule="auto"/>
              <w:jc w:val="center"/>
              <w:bidi w:val="1"/>
              <w:mirrorIndents w:val="1"/>
            </w:pPr>
            <w:r>
              <w:rPr>
                <w:rFonts w:ascii="Arial" w:hAnsi="Arial" w:cs="Arial" w:eastAsia="Arial"/>
                <w:b w:val="0"/>
                <w:sz w:val="16"/>
                <w:rtl w:val="1"/>
                <w:szCs w:val="18"/>
              </w:rPr>
            </w:r>
            <w:r>
              <w:rPr>
                <w:rFonts w:ascii="Arial" w:hAnsi="Arial" w:cs="Arial" w:eastAsia="Arial"/>
                <w:b w:val="0"/>
                <w:color w:val="000000"/>
                <w:sz w:val="16"/>
                <w:rtl w:val="1"/>
                <w:szCs w:val="18"/>
              </w:rPr>
            </w:r>
          </w:p>
        </w:tc>
      </w:tr>
    </w:tbl>
    <w:p w14:paraId="14A6CBA5" w14:textId="5EA1B77B" w:rsidR="00A564F2" w:rsidRDefault="00A564F2" w:rsidP="00A564F2">
      <w:pPr>
        <w:bidi/>
      </w:pPr>
      <w:r>
        <w:rPr>
          <w:rFonts w:ascii="Arial" w:hAnsi="Arial" w:eastAsia="Arial" w:cs="Arial"/>
          <w:sz w:val="21"/>
          <w:szCs w:val="21"/>
        </w:rPr>
        <w:br w:type="page"/>
      </w:r>
    </w:p>
    <w:p>
      <w:pPr>
        <w:jc w:val="right"/>
        <w:bidi w:val="1"/>
      </w:pPr>
      <w:r>
        <w:rPr>
          <w:b/>
          <w:color w:val="0F4761"/>
          <w:sz w:val="36"/>
          <w:rtl w:val="1"/>
          <w:rFonts w:ascii="Arial" w:hAnsi="Arial" w:cs="Arial" w:eastAsia="Arial"/>
          <w:szCs w:val="36"/>
        </w:rPr>
        <w:t>فهرس المحتويات</w:t>
      </w:r>
    </w:p>
    <w:p>
      <w:pPr>
        <w:spacing w:after="60"/>
        <w:jc w:val="right"/>
        <w:bidi w:val="1"/>
      </w:pPr>
      <w:r>
        <w:rPr>
          <w:sz w:val="21"/>
          <w:rtl w:val="1"/>
          <w:rFonts w:ascii="Arial" w:hAnsi="Arial" w:cs="Arial" w:eastAsia="Arial"/>
          <w:szCs w:val="21"/>
        </w:rPr>
        <w:fldChar w:fldCharType="begin" w:dirty="true"/>
        <w:instrText xml:space="preserve"> TOC \o "1-1" \h \z \u </w:instrText>
        <w:fldChar w:fldCharType="separate"/>
      </w:r>
      <w:r>
        <w:rPr>
          <w:rFonts w:ascii="Arial" w:hAnsi="Arial" w:eastAsia="Arial" w:cs="Arial"/>
          <w:color w:val="0F4761"/>
          <w:sz w:val="21"/>
          <w:rtl w:val="1"/>
          <w:szCs w:val="21"/>
        </w:rPr>
        <w:t>المقدمة ................................................... 4</w:t>
      </w:r>
    </w:p>
    <w:p>
      <w:pPr>
        <w:spacing w:after="60"/>
        <w:jc w:val="right"/>
        <w:bidi w:val="1"/>
      </w:pPr>
      <w:r>
        <w:rPr>
          <w:rFonts w:ascii="Arial" w:hAnsi="Arial" w:eastAsia="Arial" w:cs="Arial"/>
          <w:color w:val="0F4761"/>
          <w:sz w:val="21"/>
          <w:rtl w:val="1"/>
          <w:szCs w:val="21"/>
        </w:rPr>
        <w:t>الباب الأول: مصفوفة الصلاحيات ............................. 5</w:t>
      </w:r>
    </w:p>
    <w:p>
      <w:pPr>
        <w:spacing w:after="60"/>
        <w:jc w:val="right"/>
        <w:bidi w:val="1"/>
      </w:pPr>
      <w:r>
        <w:rPr>
          <w:rFonts w:ascii="Arial" w:hAnsi="Arial" w:eastAsia="Arial" w:cs="Arial"/>
          <w:color w:val="0F4761"/>
          <w:sz w:val="21"/>
          <w:rtl w:val="1"/>
          <w:szCs w:val="21"/>
        </w:rPr>
        <w:t>الأحكام العامة ............................................ 6</w:t>
      </w:r>
    </w:p>
    <w:p>
      <w:pPr>
        <w:spacing w:after="60"/>
        <w:jc w:val="right"/>
        <w:bidi w:val="1"/>
      </w:pPr>
      <w:r>
        <w:rPr>
          <w:rFonts w:ascii="Arial" w:hAnsi="Arial" w:eastAsia="Arial" w:cs="Arial"/>
          <w:color w:val="0F4761"/>
          <w:sz w:val="21"/>
          <w:rtl w:val="1"/>
          <w:szCs w:val="21"/>
        </w:rPr>
        <w:t>الحوكمة والإدارة التنفيذية ................................ 7</w:t>
      </w:r>
    </w:p>
    <w:p>
      <w:pPr>
        <w:spacing w:after="60"/>
        <w:jc w:val="right"/>
        <w:bidi w:val="1"/>
      </w:pPr>
      <w:r>
        <w:rPr>
          <w:rFonts w:ascii="Arial" w:hAnsi="Arial" w:eastAsia="Arial" w:cs="Arial"/>
          <w:color w:val="0F4761"/>
          <w:sz w:val="21"/>
          <w:rtl w:val="1"/>
          <w:szCs w:val="21"/>
        </w:rPr>
        <w:t>الموارد البشرية والمالية والمشتريات ....................... 9</w:t>
      </w:r>
    </w:p>
    <w:p>
      <w:pPr>
        <w:spacing w:after="60"/>
        <w:jc w:val="right"/>
        <w:bidi w:val="1"/>
      </w:pPr>
      <w:r>
        <w:t>التطوع ................................ 12</w:t>
      </w:r>
    </w:p>
    <w:p>
      <w:pPr>
        <w:spacing w:after="60"/>
        <w:jc w:val="right"/>
        <w:bidi w:val="1"/>
      </w:pPr>
      <w:r>
        <w:rPr>
          <w:rFonts w:ascii="Arial" w:hAnsi="Arial" w:eastAsia="Arial" w:cs="Arial"/>
          <w:color w:val="0F4761"/>
          <w:sz w:val="21"/>
          <w:rtl w:val="1"/>
          <w:szCs w:val="21"/>
        </w:rPr>
        <w:t>أمانة مجلس الإدارة وإدارة الوثائق ............................... 17</w:t>
      </w:r>
    </w:p>
    <w:p>
      <w:pPr>
        <w:spacing w:after="60"/>
        <w:jc w:val="right"/>
        <w:bidi w:val="1"/>
      </w:pPr>
      <w:r>
        <w:rPr>
          <w:rFonts w:ascii="Arial" w:hAnsi="Arial" w:eastAsia="Arial" w:cs="Arial"/>
          <w:color w:val="0F4761"/>
          <w:sz w:val="21"/>
          <w:rtl w:val="1"/>
          <w:szCs w:val="21"/>
        </w:rPr>
        <w:t>آلية المراجعة والتحديث .................................... 17</w:t>
      </w:r>
    </w:p>
    <w:p>
      <w:pPr>
        <w:spacing w:after="60"/>
        <w:jc w:val="right"/>
        <w:bidi w:val="1"/>
      </w:pPr>
      <w:r>
        <w:rPr>
          <w:rFonts w:ascii="Arial" w:hAnsi="Arial" w:eastAsia="Arial" w:cs="Arial"/>
          <w:color w:val="0F4761"/>
          <w:sz w:val="21"/>
          <w:rtl w:val="1"/>
          <w:szCs w:val="21"/>
        </w:rPr>
        <w:t>إقرار ..................................................... 18</w:t>
      </w:r>
      <w:r>
        <w:rPr>
          <w:rFonts w:ascii="Arial" w:hAnsi="Arial" w:eastAsia="Arial" w:cs="Arial"/>
          <w:sz w:val="21"/>
          <w:szCs w:val="21"/>
        </w:rPr>
      </w:r>
    </w:p>
    <w:p>
      <w:pPr>
        <w:bidi/>
      </w:pPr>
      <w:r>
        <w:rPr>
          <w:rFonts w:ascii="Arial" w:hAnsi="Arial" w:eastAsia="Arial" w:cs="Arial"/>
          <w:sz w:val="21"/>
          <w:szCs w:val="21"/>
        </w:rPr>
        <w:br w:type="page"/>
      </w:r>
    </w:p>
    <w:p w14:paraId="5DDF3F26" w14:textId="77777777" w:rsidR="00A564F2" w:rsidRPr="00A564F2" w:rsidRDefault="00A564F2" w:rsidP="00A564F2">
      <w:pPr>
        <w:pStyle w:val="Heading1"/>
        <w:spacing w:line="240" w:lineRule="auto" w:before="160" w:after="120"/>
        <w:jc w:val="right"/>
        <w:rPr>
          <w:sz w:val="38"/>
          <w:szCs w:val="36"/>
        </w:rPr>
        <w:bidi w:val="1"/>
        <w:keepNext w:val="1"/>
      </w:pPr>
      <w:r>
        <w:rPr>
          <w:b/>
          <w:color w:val="0F4761"/>
          <w:sz w:val="32"/>
          <w:rtl w:val="1"/>
          <w:rFonts w:ascii="Arial" w:hAnsi="Arial" w:cs="Arial" w:eastAsia="Arial"/>
          <w:szCs w:val="32"/>
        </w:rPr>
        <w:lastRenderedPageBreak/>
        <w:t>المقدمة</w:t>
      </w:r>
    </w:p>
    <w:p w14:paraId="58867636" w14:textId="77777777" w:rsidR="00A564F2" w:rsidRPr="00A564F2" w:rsidRDefault="00A564F2" w:rsidP="00A564F2">
      <w:pPr>
        <w:spacing w:line="240" w:lineRule="auto"/>
        <w:jc w:val="right"/>
        <w:rPr>
          <w:sz w:val="22"/>
          <w:szCs w:val="22"/>
        </w:rPr>
        <w:bidi w:val="1"/>
      </w:pPr>
      <w:r w:rsidRPr="00A564F2">
        <w:rPr>
          <w:sz w:val="21"/>
          <w:szCs w:val="21"/>
          <w:rtl w:val="1"/>
          <w:rFonts w:ascii="Arial" w:hAnsi="Arial" w:cs="Arial" w:eastAsia="Arial"/>
        </w:rPr>
        <w:t>تعد مصفوفة الصلاحيات إحدى أدوات الحوكمة المؤسسية التي تحدد مستويات اتخاذ القرار وتوزيع المسؤوليات داخل الجمعية، بما يعزز الشفافية والرقابة الداخلية وسرعة الإنجاز والالتزام بالأنظمة واللوائح.</w:t>
      </w:r>
    </w:p>
    <w:p w14:paraId="3971D48D" w14:textId="77777777" w:rsidR="00A564F2" w:rsidRPr="00A564F2" w:rsidRDefault="00A564F2" w:rsidP="00A564F2">
      <w:pPr>
        <w:pStyle w:val="Heading1"/>
        <w:spacing w:line="240" w:lineRule="auto"/>
        <w:jc w:val="right"/>
        <w:rPr>
          <w:sz w:val="38"/>
          <w:szCs w:val="36"/>
        </w:rPr>
        <w:bidi w:val="1"/>
      </w:pPr>
      <w:r w:rsidRPr="00A564F2">
        <w:rPr>
          <w:b/>
          <w:sz w:val="32"/>
          <w:szCs w:val="32"/>
          <w:rtl w:val="1"/>
          <w:rFonts w:ascii="Arial" w:hAnsi="Arial" w:cs="Arial" w:eastAsia="Arial"/>
        </w:rPr>
        <w:t>الغرض</w:t>
      </w:r>
    </w:p>
    <w:p w14:paraId="5EF40461" w14:textId="77777777" w:rsidR="00A564F2" w:rsidRPr="00A564F2" w:rsidRDefault="00A564F2" w:rsidP="00A564F2">
      <w:pPr>
        <w:spacing w:line="240" w:lineRule="auto"/>
        <w:jc w:val="right"/>
        <w:rPr>
          <w:sz w:val="22"/>
          <w:szCs w:val="22"/>
        </w:rPr>
        <w:bidi w:val="1"/>
      </w:pPr>
      <w:r w:rsidRPr="00A564F2">
        <w:rPr>
          <w:sz w:val="21"/>
          <w:szCs w:val="21"/>
          <w:rtl w:val="1"/>
          <w:rFonts w:ascii="Arial" w:hAnsi="Arial" w:cs="Arial" w:eastAsia="Arial"/>
        </w:rPr>
        <w:t>تهدف هذه الوثيقة إلى توضيح حدود الصلاحيات الإدارية والمالية والتنفيذية، وتوحيد مرجع اتخاذ القرار، وتقليل التعارض أو الازدواجية في الاختصاصات.</w:t>
      </w:r>
    </w:p>
    <w:p w14:paraId="5258F14D" w14:textId="77777777" w:rsidR="00A564F2" w:rsidRPr="00A564F2" w:rsidRDefault="00A564F2" w:rsidP="00A564F2">
      <w:pPr>
        <w:pStyle w:val="Heading1"/>
        <w:spacing w:line="240" w:lineRule="auto"/>
        <w:jc w:val="right"/>
        <w:rPr>
          <w:sz w:val="38"/>
          <w:szCs w:val="36"/>
        </w:rPr>
        <w:bidi w:val="1"/>
      </w:pPr>
      <w:r w:rsidRPr="00A564F2">
        <w:rPr>
          <w:b/>
          <w:sz w:val="32"/>
          <w:szCs w:val="32"/>
          <w:rtl w:val="1"/>
          <w:rFonts w:ascii="Arial" w:hAnsi="Arial" w:cs="Arial" w:eastAsia="Arial"/>
        </w:rPr>
        <w:t>نطاق التطبيق</w:t>
      </w:r>
    </w:p>
    <w:p w14:paraId="392DFEAD" w14:textId="77777777" w:rsidR="00A564F2" w:rsidRPr="00A564F2" w:rsidRDefault="00A564F2" w:rsidP="00A564F2">
      <w:pPr>
        <w:spacing w:line="240" w:lineRule="auto"/>
        <w:jc w:val="right"/>
        <w:rPr>
          <w:sz w:val="22"/>
          <w:szCs w:val="22"/>
        </w:rPr>
        <w:bidi w:val="1"/>
      </w:pPr>
      <w:r>
        <w:t>تطبق هذه الوثيقة على مجلس الإدارة والمدير التنفيذي، ومسؤول الحوكمة، وأمانة مجلس الإدارة، وإدارة الخدمات المساندة ووحداتها، وجميع الإدارات والوحدات التنظيمية بالجمعية وفق الهيكل التنظيمي المعتمد.</w:t>
      </w:r>
    </w:p>
    <w:p w14:paraId="348FF54F" w14:textId="77777777" w:rsidR="00A564F2" w:rsidRPr="00A564F2" w:rsidRDefault="00A564F2" w:rsidP="00A564F2">
      <w:pPr>
        <w:pStyle w:val="Heading1"/>
        <w:spacing w:line="240" w:lineRule="auto"/>
        <w:jc w:val="right"/>
        <w:rPr>
          <w:sz w:val="38"/>
          <w:szCs w:val="36"/>
        </w:rPr>
        <w:bidi w:val="1"/>
      </w:pPr>
      <w:r w:rsidRPr="00A564F2">
        <w:rPr>
          <w:b/>
          <w:sz w:val="32"/>
          <w:szCs w:val="32"/>
          <w:rtl w:val="1"/>
          <w:rFonts w:ascii="Arial" w:hAnsi="Arial" w:cs="Arial" w:eastAsia="Arial"/>
        </w:rPr>
        <w:t>المرجعيات النظامية</w:t>
      </w:r>
    </w:p>
    <w:p w14:paraId="11C2B5F6" w14:textId="77777777" w:rsidR="00A564F2" w:rsidRPr="00A564F2" w:rsidRDefault="00A564F2" w:rsidP="00A564F2">
      <w:pPr>
        <w:spacing w:line="240" w:lineRule="auto"/>
        <w:jc w:val="right"/>
        <w:rPr>
          <w:sz w:val="22"/>
          <w:szCs w:val="22"/>
        </w:rPr>
        <w:bidi w:val="1"/>
      </w:pPr>
      <w:r w:rsidRPr="00A564F2">
        <w:rPr>
          <w:sz w:val="21"/>
          <w:szCs w:val="21"/>
          <w:rtl w:val="1"/>
          <w:rFonts w:ascii="Arial" w:hAnsi="Arial" w:cs="Arial" w:eastAsia="Arial"/>
        </w:rPr>
        <w:t>- نظام الجمعيات والمؤسسات الأهلية.</w:t>
      </w:r>
      <w:r w:rsidRPr="00A564F2">
        <w:rPr>
          <w:sz w:val="21"/>
          <w:szCs w:val="21"/>
          <w:rtl w:val="1"/>
          <w:rFonts w:ascii="Arial" w:hAnsi="Arial" w:cs="Arial" w:eastAsia="Arial"/>
        </w:rPr>
        <w:br/>
        <w:t>- اللائحة التنفيذية ذات العلاقة.</w:t>
      </w:r>
      <w:r w:rsidRPr="00A564F2">
        <w:rPr>
          <w:sz w:val="21"/>
          <w:szCs w:val="21"/>
          <w:rtl w:val="1"/>
          <w:rFonts w:ascii="Arial" w:hAnsi="Arial" w:cs="Arial" w:eastAsia="Arial"/>
        </w:rPr>
        <w:br/>
        <w:t>- النظام الأساسي للجمعية.</w:t>
      </w:r>
      <w:r w:rsidRPr="00A564F2">
        <w:rPr>
          <w:sz w:val="21"/>
          <w:szCs w:val="21"/>
          <w:rtl w:val="1"/>
          <w:rFonts w:ascii="Arial" w:hAnsi="Arial" w:cs="Arial" w:eastAsia="Arial"/>
        </w:rPr>
        <w:br/>
        <w:t>- اللوائح والسياسات الداخلية المعتمدة.</w:t>
      </w:r>
    </w:p>
    <w:p w14:paraId="75CB652C" w14:textId="77777777" w:rsidR="00A564F2" w:rsidRPr="00A564F2" w:rsidRDefault="00A564F2" w:rsidP="00A564F2">
      <w:pPr>
        <w:pStyle w:val="Heading1"/>
        <w:spacing w:line="240" w:lineRule="auto"/>
        <w:jc w:val="right"/>
        <w:rPr>
          <w:sz w:val="38"/>
          <w:szCs w:val="36"/>
        </w:rPr>
        <w:bidi w:val="1"/>
      </w:pPr>
      <w:r w:rsidRPr="00A564F2">
        <w:rPr>
          <w:b/>
          <w:sz w:val="32"/>
          <w:szCs w:val="32"/>
          <w:rtl w:val="1"/>
          <w:rFonts w:ascii="Arial" w:hAnsi="Arial" w:cs="Arial" w:eastAsia="Arial"/>
        </w:rPr>
        <w:t>التعاريف والاختصارات</w:t>
      </w:r>
    </w:p>
    <w:p w14:paraId="16F53BC7" w14:textId="77777777" w:rsidR="00A564F2" w:rsidRPr="00A564F2" w:rsidRDefault="00A564F2" w:rsidP="00A564F2">
      <w:pPr>
        <w:spacing w:line="240" w:lineRule="auto"/>
        <w:jc w:val="right"/>
        <w:rPr>
          <w:sz w:val="22"/>
          <w:szCs w:val="22"/>
        </w:rPr>
        <w:bidi w:val="1"/>
      </w:pPr>
      <w:r>
        <w:t>الاعتماد: الموافقة النهائية.</w:t>
        <w:br/>
        <w:t>المراجعة: دراسة القرار قبل اعتماده.</w:t>
        <w:br/>
        <w:t>التوصية: رفع المقترح لصاحب الصلاحية.</w:t>
        <w:br/>
        <w:t>التنفيذ: مباشرة الإجراء بعد استكمال الموافقات.</w:t>
        <w:br/>
        <w:t>الإحاطة: إشعار الجهة بالمعلومة أو القرار دون أن تكون جهة اعتماد.</w:t>
      </w:r>
    </w:p>
    <w:p w14:paraId="5902FF42" w14:textId="77777777" w:rsidR="00A564F2" w:rsidRPr="00A564F2" w:rsidRDefault="00A564F2" w:rsidP="00A564F2">
      <w:pPr>
        <w:pStyle w:val="Heading1"/>
        <w:spacing w:line="240" w:lineRule="auto"/>
        <w:jc w:val="right"/>
        <w:rPr>
          <w:sz w:val="38"/>
          <w:szCs w:val="36"/>
        </w:rPr>
        <w:bidi w:val="1"/>
      </w:pPr>
      <w:r w:rsidRPr="00A564F2">
        <w:rPr>
          <w:b/>
          <w:sz w:val="32"/>
          <w:szCs w:val="32"/>
          <w:rtl w:val="1"/>
          <w:rFonts w:ascii="Arial" w:hAnsi="Arial" w:cs="Arial" w:eastAsia="Arial"/>
        </w:rPr>
        <w:t>منهجية إعداد مصفوفة الصلاحيات</w:t>
      </w:r>
    </w:p>
    <w:p w14:paraId="63076921" w14:textId="77777777" w:rsidR="00A564F2" w:rsidRPr="00A564F2" w:rsidRDefault="00A564F2" w:rsidP="00A564F2">
      <w:pPr>
        <w:spacing w:line="240" w:lineRule="auto"/>
        <w:jc w:val="right"/>
        <w:rPr>
          <w:sz w:val="22"/>
          <w:szCs w:val="22"/>
        </w:rPr>
        <w:bidi w:val="1"/>
      </w:pPr>
      <w:r>
        <w:rPr>
          <w:rFonts w:ascii="Arial" w:hAnsi="Arial" w:eastAsia="Arial" w:cs="Arial"/>
          <w:sz w:val="21"/>
          <w:szCs w:val="21"/>
        </w:rPr>
        <w:t>اعتمدت المصفوفة على توزيع الصلاحيات بحسب المستويات الإدارية الواردة في الهيكل التنظيمي المعتمد، مع مراعاة الفصل بين الاعتماد والمراجعة والتنفيذ والرقابة، وربط كل صلاحية بالإدارة أو الوحدة المختصة.</w:t>
      </w:r>
    </w:p>
    <w:p w14:paraId="2E59153E" w14:textId="77777777" w:rsidR="00A564F2" w:rsidRPr="00A564F2" w:rsidRDefault="00A564F2" w:rsidP="00A564F2">
      <w:pPr>
        <w:pStyle w:val="Heading1"/>
        <w:spacing w:line="240" w:lineRule="auto"/>
        <w:jc w:val="right"/>
        <w:rPr>
          <w:sz w:val="38"/>
          <w:szCs w:val="36"/>
        </w:rPr>
        <w:bidi w:val="1"/>
      </w:pPr>
      <w:r w:rsidRPr="00A564F2">
        <w:rPr>
          <w:b/>
          <w:sz w:val="32"/>
          <w:szCs w:val="32"/>
          <w:rtl w:val="1"/>
          <w:rFonts w:ascii="Arial" w:hAnsi="Arial" w:cs="Arial" w:eastAsia="Arial"/>
        </w:rPr>
        <w:t>رموز الصلاحيات</w:t>
      </w:r>
    </w:p>
    <w:p w14:paraId="2A90C7D6" w14:textId="77777777" w:rsidR="00A564F2" w:rsidRPr="00A564F2" w:rsidRDefault="00A564F2" w:rsidP="00A564F2">
      <w:pPr>
        <w:spacing w:line="240" w:lineRule="auto"/>
        <w:jc w:val="right"/>
        <w:rPr>
          <w:sz w:val="22"/>
          <w:szCs w:val="22"/>
        </w:rPr>
        <w:bidi w:val="1"/>
      </w:pPr>
      <w:r>
        <w:t>A = اعتماد نهائي</w:t>
        <w:br/>
        <w:t>R = توصية</w:t>
        <w:br/>
        <w:t>V = مراجعة</w:t>
        <w:br/>
        <w:t>E = تنفيذ</w:t>
        <w:br/>
        <w:t>I = إحاطة</w:t>
      </w:r>
    </w:p>
    <w:p w14:paraId="0F4F2E31" w14:textId="77777777" w:rsidR="00A564F2" w:rsidRPr="00A564F2" w:rsidRDefault="00A564F2" w:rsidP="00A564F2">
      <w:pPr>
        <w:spacing w:line="240" w:lineRule="auto"/>
        <w:rPr>
          <w:sz w:val="22"/>
          <w:szCs w:val="22"/>
        </w:rPr>
        <w:bidi/>
      </w:pPr>
      <w:r w:rsidRPr="00A564F2">
        <w:rPr>
          <w:rFonts w:ascii="Arial" w:hAnsi="Arial" w:eastAsia="Arial" w:cs="Arial"/>
          <w:sz w:val="21"/>
          <w:szCs w:val="21"/>
        </w:rPr>
        <w:br w:type="page"/>
      </w:r>
    </w:p>
    <w:p w14:paraId="6BABD248" w14:textId="77777777" w:rsidR="00A564F2" w:rsidRDefault="00A564F2" w:rsidP="00A564F2">
      <w:pPr>
        <w:pStyle w:val="Heading1"/>
        <w:bidi w:val="1"/>
        <w:spacing w:before="160" w:after="120"/>
        <w:jc w:val="right"/>
        <w:keepNext w:val="1"/>
      </w:pPr>
      <w:r>
        <w:rPr>
          <w:b/>
          <w:color w:val="0F4761"/>
          <w:sz w:val="32"/>
          <w:rtl w:val="1"/>
          <w:rFonts w:ascii="Arial" w:hAnsi="Arial" w:cs="Arial" w:eastAsia="Arial"/>
          <w:szCs w:val="32"/>
        </w:rPr>
        <w:lastRenderedPageBreak/>
        <w:t>الباب الأول: مصفوفة الصلاحيات</w:t>
      </w:r>
    </w:p>
    <w:p w14:paraId="39AF151C" w14:textId="77777777" w:rsidR="00A564F2" w:rsidRDefault="00A564F2" w:rsidP="00A564F2">
      <w:pPr>
        <w:bidi w:val="1"/>
        <w:jc w:val="right"/>
      </w:pPr>
      <w:r>
        <w:rPr>
          <w:sz w:val="21"/>
          <w:rtl w:val="1"/>
          <w:rFonts w:ascii="Arial" w:hAnsi="Arial" w:cs="Arial" w:eastAsia="Arial"/>
          <w:szCs w:val="21"/>
        </w:rPr>
        <w:t>تنظم المصفوفة الصلاحيات وفق المجالات الرئيسية للجمعية، ويعرض كل فصل الصلاحيات الممنوحة للمستويات الإدارية المختلفة بما يحقق وضوح المسؤوليات وسلامة اتخاذ القرار.</w:t>
      </w:r>
    </w:p>
    <w:p w14:paraId="0CC99DE1" w14:textId="77777777" w:rsidR="00A564F2" w:rsidRDefault="00A564F2" w:rsidP="00A564F2">
      <w:pPr>
        <w:pStyle w:val="Heading2"/>
        <w:bidi w:val="1"/>
        <w:jc w:val="right"/>
      </w:pPr>
      <w:r>
        <w:rPr>
          <w:b/>
          <w:sz w:val="25"/>
          <w:rtl w:val="1"/>
          <w:rFonts w:ascii="Arial" w:hAnsi="Arial" w:cs="Arial" w:eastAsia="Arial"/>
          <w:szCs w:val="25"/>
        </w:rPr>
        <w:t>الفصل الأول: الحوكمة والإدارة التنفيذية</w:t>
      </w:r>
    </w:p>
    <w:p w14:paraId="2DBA77E3" w14:textId="77777777" w:rsidR="00A564F2" w:rsidRDefault="00A564F2" w:rsidP="00A564F2">
      <w:pPr>
        <w:bidi w:val="1"/>
        <w:jc w:val="right"/>
      </w:pPr>
      <w:r>
        <w:rPr>
          <w:sz w:val="21"/>
          <w:rtl w:val="1"/>
          <w:rFonts w:ascii="Arial" w:hAnsi="Arial" w:cs="Arial" w:eastAsia="Arial"/>
          <w:szCs w:val="21"/>
        </w:rPr>
        <w:t xml:space="preserve">يشتمل هذا الفصل على جدول الصلاحيات الخاص بهذا المجال، مع بيان الجهة المختصة بالتوصية والمراجعة والاعتماد والتنفيذ، ويراعى الرجوع إلى الجداول التفصيلية المعتمدة </w:t>
      </w:r>
      <w:proofErr w:type="spellStart"/>
      <w:r>
        <w:rPr>
          <w:sz w:val="21"/>
          <w:rtl w:val="1"/>
          <w:rFonts w:ascii="Arial" w:hAnsi="Arial" w:cs="Arial" w:eastAsia="Arial"/>
          <w:szCs w:val="21"/>
        </w:rPr>
        <w:t>ضمن</w:t>
      </w:r>
      <w:proofErr w:type="spellEnd"/>
      <w:r>
        <w:rPr>
          <w:sz w:val="21"/>
          <w:rtl w:val="1"/>
          <w:rFonts w:ascii="Arial" w:hAnsi="Arial" w:cs="Arial" w:eastAsia="Arial"/>
          <w:szCs w:val="21"/>
        </w:rPr>
        <w:t xml:space="preserve"> المصفوفة </w:t>
      </w:r>
      <w:proofErr w:type="spellStart"/>
      <w:r>
        <w:rPr>
          <w:sz w:val="21"/>
          <w:rtl w:val="1"/>
          <w:rFonts w:ascii="Arial" w:hAnsi="Arial" w:cs="Arial" w:eastAsia="Arial"/>
          <w:szCs w:val="21"/>
        </w:rPr>
        <w:t>الموحدة</w:t>
      </w:r>
      <w:proofErr w:type="spellEnd"/>
      <w:r>
        <w:rPr>
          <w:sz w:val="21"/>
          <w:rtl w:val="1"/>
          <w:rFonts w:ascii="Arial" w:hAnsi="Arial" w:cs="Arial" w:eastAsia="Arial"/>
          <w:szCs w:val="21"/>
        </w:rPr>
        <w:t>.</w:t>
      </w:r>
    </w:p>
    <w:p w14:paraId="65960D50" w14:textId="77777777" w:rsidR="00A564F2" w:rsidRDefault="00A564F2" w:rsidP="00A564F2">
      <w:pPr>
        <w:pStyle w:val="Heading2"/>
        <w:bidi w:val="1"/>
        <w:jc w:val="right"/>
      </w:pPr>
      <w:r>
        <w:rPr>
          <w:b/>
          <w:sz w:val="25"/>
          <w:rtl w:val="1"/>
          <w:rFonts w:ascii="Arial" w:hAnsi="Arial" w:cs="Arial" w:eastAsia="Arial"/>
          <w:szCs w:val="25"/>
        </w:rPr>
        <w:t xml:space="preserve">الفصل </w:t>
      </w:r>
      <w:proofErr w:type="spellStart"/>
      <w:r>
        <w:rPr>
          <w:b/>
          <w:sz w:val="25"/>
          <w:rtl w:val="1"/>
          <w:rFonts w:ascii="Arial" w:hAnsi="Arial" w:cs="Arial" w:eastAsia="Arial"/>
          <w:szCs w:val="25"/>
        </w:rPr>
        <w:t>الثاني</w:t>
      </w:r>
      <w:proofErr w:type="spellEnd"/>
      <w:r>
        <w:rPr>
          <w:b/>
          <w:sz w:val="25"/>
          <w:rtl w:val="1"/>
          <w:rFonts w:ascii="Arial" w:hAnsi="Arial" w:cs="Arial" w:eastAsia="Arial"/>
          <w:szCs w:val="25"/>
        </w:rPr>
        <w:t>: الموارد البشرية</w:t>
      </w:r>
    </w:p>
    <w:p w14:paraId="4889ABB3" w14:textId="77777777" w:rsidR="00A564F2" w:rsidRDefault="00A564F2" w:rsidP="00A564F2">
      <w:pPr>
        <w:bidi w:val="1"/>
        <w:jc w:val="right"/>
      </w:pPr>
      <w:r>
        <w:rPr>
          <w:sz w:val="21"/>
          <w:rtl w:val="1"/>
          <w:rFonts w:ascii="Arial" w:hAnsi="Arial" w:cs="Arial" w:eastAsia="Arial"/>
          <w:szCs w:val="21"/>
        </w:rPr>
        <w:t xml:space="preserve">يشتمل هذا الفصل على جدول الصلاحيات الخاص بهذا المجال، مع بيان الجهة المختصة بالتوصية والمراجعة والاعتماد والتنفيذ، ويراعى الرجوع إلى الجداول التفصيلية المعتمدة </w:t>
      </w:r>
      <w:proofErr w:type="spellStart"/>
      <w:r>
        <w:rPr>
          <w:sz w:val="21"/>
          <w:rtl w:val="1"/>
          <w:rFonts w:ascii="Arial" w:hAnsi="Arial" w:cs="Arial" w:eastAsia="Arial"/>
          <w:szCs w:val="21"/>
        </w:rPr>
        <w:t>ضمن</w:t>
      </w:r>
      <w:proofErr w:type="spellEnd"/>
      <w:r>
        <w:rPr>
          <w:sz w:val="21"/>
          <w:rtl w:val="1"/>
          <w:rFonts w:ascii="Arial" w:hAnsi="Arial" w:cs="Arial" w:eastAsia="Arial"/>
          <w:szCs w:val="21"/>
        </w:rPr>
        <w:t xml:space="preserve"> المصفوفة </w:t>
      </w:r>
      <w:proofErr w:type="spellStart"/>
      <w:r>
        <w:rPr>
          <w:sz w:val="21"/>
          <w:rtl w:val="1"/>
          <w:rFonts w:ascii="Arial" w:hAnsi="Arial" w:cs="Arial" w:eastAsia="Arial"/>
          <w:szCs w:val="21"/>
        </w:rPr>
        <w:t>الموحدة</w:t>
      </w:r>
      <w:proofErr w:type="spellEnd"/>
      <w:r>
        <w:rPr>
          <w:sz w:val="21"/>
          <w:rtl w:val="1"/>
          <w:rFonts w:ascii="Arial" w:hAnsi="Arial" w:cs="Arial" w:eastAsia="Arial"/>
          <w:szCs w:val="21"/>
        </w:rPr>
        <w:t>.</w:t>
      </w:r>
    </w:p>
    <w:p w14:paraId="648CD29C" w14:textId="77777777" w:rsidR="00A564F2" w:rsidRDefault="00A564F2" w:rsidP="00A564F2">
      <w:pPr>
        <w:pStyle w:val="Heading2"/>
        <w:bidi w:val="1"/>
        <w:jc w:val="right"/>
      </w:pPr>
      <w:r>
        <w:rPr>
          <w:b/>
          <w:sz w:val="25"/>
          <w:rtl w:val="1"/>
          <w:rFonts w:ascii="Arial" w:hAnsi="Arial" w:cs="Arial" w:eastAsia="Arial"/>
          <w:szCs w:val="25"/>
        </w:rPr>
        <w:t xml:space="preserve">الفصل </w:t>
      </w:r>
      <w:proofErr w:type="spellStart"/>
      <w:r>
        <w:rPr>
          <w:b/>
          <w:sz w:val="25"/>
          <w:rtl w:val="1"/>
          <w:rFonts w:ascii="Arial" w:hAnsi="Arial" w:cs="Arial" w:eastAsia="Arial"/>
          <w:szCs w:val="25"/>
        </w:rPr>
        <w:t>الثالث</w:t>
      </w:r>
      <w:proofErr w:type="spellEnd"/>
      <w:r>
        <w:rPr>
          <w:b/>
          <w:sz w:val="25"/>
          <w:rtl w:val="1"/>
          <w:rFonts w:ascii="Arial" w:hAnsi="Arial" w:cs="Arial" w:eastAsia="Arial"/>
          <w:szCs w:val="25"/>
        </w:rPr>
        <w:t xml:space="preserve">: المالية </w:t>
      </w:r>
      <w:proofErr w:type="spellStart"/>
      <w:r>
        <w:rPr>
          <w:b/>
          <w:sz w:val="25"/>
          <w:rtl w:val="1"/>
          <w:rFonts w:ascii="Arial" w:hAnsi="Arial" w:cs="Arial" w:eastAsia="Arial"/>
          <w:szCs w:val="25"/>
        </w:rPr>
        <w:t>والمحاسبة</w:t>
      </w:r>
      <w:proofErr w:type="spellEnd"/>
    </w:p>
    <w:p w14:paraId="097889AF" w14:textId="77777777" w:rsidR="00A564F2" w:rsidRDefault="00A564F2" w:rsidP="00A564F2">
      <w:pPr>
        <w:bidi w:val="1"/>
        <w:jc w:val="right"/>
      </w:pPr>
      <w:r>
        <w:rPr>
          <w:sz w:val="21"/>
          <w:rtl w:val="1"/>
          <w:rFonts w:ascii="Arial" w:hAnsi="Arial" w:cs="Arial" w:eastAsia="Arial"/>
          <w:szCs w:val="21"/>
        </w:rPr>
        <w:t xml:space="preserve">يشتمل هذا الفصل على جدول الصلاحيات الخاص بهذا المجال، مع بيان الجهة المختصة بالتوصية والمراجعة والاعتماد والتنفيذ، ويراعى الرجوع إلى الجداول التفصيلية المعتمدة </w:t>
      </w:r>
      <w:proofErr w:type="spellStart"/>
      <w:r>
        <w:rPr>
          <w:sz w:val="21"/>
          <w:rtl w:val="1"/>
          <w:rFonts w:ascii="Arial" w:hAnsi="Arial" w:cs="Arial" w:eastAsia="Arial"/>
          <w:szCs w:val="21"/>
        </w:rPr>
        <w:t>ضمن</w:t>
      </w:r>
      <w:proofErr w:type="spellEnd"/>
      <w:r>
        <w:rPr>
          <w:sz w:val="21"/>
          <w:rtl w:val="1"/>
          <w:rFonts w:ascii="Arial" w:hAnsi="Arial" w:cs="Arial" w:eastAsia="Arial"/>
          <w:szCs w:val="21"/>
        </w:rPr>
        <w:t xml:space="preserve"> المصفوفة </w:t>
      </w:r>
      <w:proofErr w:type="spellStart"/>
      <w:r>
        <w:rPr>
          <w:sz w:val="21"/>
          <w:rtl w:val="1"/>
          <w:rFonts w:ascii="Arial" w:hAnsi="Arial" w:cs="Arial" w:eastAsia="Arial"/>
          <w:szCs w:val="21"/>
        </w:rPr>
        <w:t>الموحدة</w:t>
      </w:r>
      <w:proofErr w:type="spellEnd"/>
      <w:r>
        <w:rPr>
          <w:sz w:val="21"/>
          <w:rtl w:val="1"/>
          <w:rFonts w:ascii="Arial" w:hAnsi="Arial" w:cs="Arial" w:eastAsia="Arial"/>
          <w:szCs w:val="21"/>
        </w:rPr>
        <w:t>.</w:t>
      </w:r>
    </w:p>
    <w:p w14:paraId="7046BE56" w14:textId="77777777" w:rsidR="00A564F2" w:rsidRDefault="00A564F2" w:rsidP="00A564F2">
      <w:pPr>
        <w:pStyle w:val="Heading2"/>
        <w:bidi w:val="1"/>
        <w:jc w:val="right"/>
      </w:pPr>
      <w:r>
        <w:rPr>
          <w:b/>
          <w:sz w:val="25"/>
          <w:rtl w:val="1"/>
          <w:rFonts w:ascii="Arial" w:hAnsi="Arial" w:cs="Arial" w:eastAsia="Arial"/>
          <w:szCs w:val="25"/>
        </w:rPr>
        <w:t xml:space="preserve">الفصل </w:t>
      </w:r>
      <w:proofErr w:type="spellStart"/>
      <w:r>
        <w:rPr>
          <w:b/>
          <w:sz w:val="25"/>
          <w:rtl w:val="1"/>
          <w:rFonts w:ascii="Arial" w:hAnsi="Arial" w:cs="Arial" w:eastAsia="Arial"/>
          <w:szCs w:val="25"/>
        </w:rPr>
        <w:t>الرابع</w:t>
      </w:r>
      <w:proofErr w:type="spellEnd"/>
      <w:r>
        <w:rPr>
          <w:b/>
          <w:sz w:val="25"/>
          <w:rtl w:val="1"/>
          <w:rFonts w:ascii="Arial" w:hAnsi="Arial" w:cs="Arial" w:eastAsia="Arial"/>
          <w:szCs w:val="25"/>
        </w:rPr>
        <w:t xml:space="preserve">: </w:t>
      </w:r>
      <w:proofErr w:type="spellStart"/>
      <w:r>
        <w:rPr>
          <w:b/>
          <w:sz w:val="25"/>
          <w:rtl w:val="1"/>
          <w:rFonts w:ascii="Arial" w:hAnsi="Arial" w:cs="Arial" w:eastAsia="Arial"/>
          <w:szCs w:val="25"/>
        </w:rPr>
        <w:t>المشتريات</w:t>
      </w:r>
      <w:proofErr w:type="spellEnd"/>
      <w:r>
        <w:rPr>
          <w:b/>
          <w:sz w:val="25"/>
          <w:rtl w:val="1"/>
          <w:rFonts w:ascii="Arial" w:hAnsi="Arial" w:cs="Arial" w:eastAsia="Arial"/>
          <w:szCs w:val="25"/>
        </w:rPr>
        <w:t xml:space="preserve"> </w:t>
      </w:r>
      <w:proofErr w:type="spellStart"/>
      <w:r>
        <w:rPr>
          <w:b/>
          <w:sz w:val="25"/>
          <w:rtl w:val="1"/>
          <w:rFonts w:ascii="Arial" w:hAnsi="Arial" w:cs="Arial" w:eastAsia="Arial"/>
          <w:szCs w:val="25"/>
        </w:rPr>
        <w:t>والعقود</w:t>
      </w:r>
      <w:proofErr w:type="spellEnd"/>
    </w:p>
    <w:p w14:paraId="6500D92F" w14:textId="77777777" w:rsidR="00A564F2" w:rsidRDefault="00A564F2" w:rsidP="00A564F2">
      <w:pPr>
        <w:bidi w:val="1"/>
        <w:jc w:val="right"/>
      </w:pPr>
      <w:r>
        <w:rPr>
          <w:sz w:val="21"/>
          <w:rtl w:val="1"/>
          <w:rFonts w:ascii="Arial" w:hAnsi="Arial" w:cs="Arial" w:eastAsia="Arial"/>
          <w:szCs w:val="21"/>
        </w:rPr>
        <w:t xml:space="preserve">يشتمل هذا الفصل على جدول الصلاحيات الخاص بهذا المجال، مع بيان الجهة المختصة بالتوصية والمراجعة والاعتماد والتنفيذ، ويراعى الرجوع إلى الجداول التفصيلية المعتمدة </w:t>
      </w:r>
      <w:proofErr w:type="spellStart"/>
      <w:r>
        <w:rPr>
          <w:sz w:val="21"/>
          <w:rtl w:val="1"/>
          <w:rFonts w:ascii="Arial" w:hAnsi="Arial" w:cs="Arial" w:eastAsia="Arial"/>
          <w:szCs w:val="21"/>
        </w:rPr>
        <w:t>ضمن</w:t>
      </w:r>
      <w:proofErr w:type="spellEnd"/>
      <w:r>
        <w:rPr>
          <w:sz w:val="21"/>
          <w:rtl w:val="1"/>
          <w:rFonts w:ascii="Arial" w:hAnsi="Arial" w:cs="Arial" w:eastAsia="Arial"/>
          <w:szCs w:val="21"/>
        </w:rPr>
        <w:t xml:space="preserve"> المصفوفة </w:t>
      </w:r>
      <w:proofErr w:type="spellStart"/>
      <w:r>
        <w:rPr>
          <w:sz w:val="21"/>
          <w:rtl w:val="1"/>
          <w:rFonts w:ascii="Arial" w:hAnsi="Arial" w:cs="Arial" w:eastAsia="Arial"/>
          <w:szCs w:val="21"/>
        </w:rPr>
        <w:t>الموحدة</w:t>
      </w:r>
      <w:proofErr w:type="spellEnd"/>
      <w:r>
        <w:rPr>
          <w:sz w:val="21"/>
          <w:rtl w:val="1"/>
          <w:rFonts w:ascii="Arial" w:hAnsi="Arial" w:cs="Arial" w:eastAsia="Arial"/>
          <w:szCs w:val="21"/>
        </w:rPr>
        <w:t>.</w:t>
      </w:r>
    </w:p>
    <w:p w14:paraId="333F975E" w14:textId="77777777" w:rsidR="00A564F2" w:rsidRDefault="00A564F2" w:rsidP="00A564F2">
      <w:pPr>
        <w:pStyle w:val="Heading2"/>
        <w:bidi w:val="1"/>
        <w:jc w:val="right"/>
      </w:pPr>
      <w:r>
        <w:t>الفصل الخامس: التطوع</w:t>
      </w:r>
    </w:p>
    <w:p w14:paraId="299EB928" w14:textId="77777777" w:rsidR="00A564F2" w:rsidRDefault="00A564F2" w:rsidP="00A564F2">
      <w:pPr>
        <w:bidi w:val="1"/>
        <w:jc w:val="right"/>
      </w:pPr>
      <w:r>
        <w:rPr>
          <w:sz w:val="21"/>
          <w:rtl w:val="1"/>
          <w:rFonts w:ascii="Arial" w:hAnsi="Arial" w:cs="Arial" w:eastAsia="Arial"/>
          <w:szCs w:val="21"/>
        </w:rPr>
        <w:t xml:space="preserve">يشتمل هذا الفصل على جدول الصلاحيات الخاص بهذا المجال، مع بيان الجهة المختصة بالتوصية والمراجعة والاعتماد والتنفيذ، ويراعى الرجوع إلى الجداول التفصيلية المعتمدة </w:t>
      </w:r>
      <w:proofErr w:type="spellStart"/>
      <w:r>
        <w:rPr>
          <w:sz w:val="21"/>
          <w:rtl w:val="1"/>
          <w:rFonts w:ascii="Arial" w:hAnsi="Arial" w:cs="Arial" w:eastAsia="Arial"/>
          <w:szCs w:val="21"/>
        </w:rPr>
        <w:t>ضمن</w:t>
      </w:r>
      <w:proofErr w:type="spellEnd"/>
      <w:r>
        <w:rPr>
          <w:sz w:val="21"/>
          <w:rtl w:val="1"/>
          <w:rFonts w:ascii="Arial" w:hAnsi="Arial" w:cs="Arial" w:eastAsia="Arial"/>
          <w:szCs w:val="21"/>
        </w:rPr>
        <w:t xml:space="preserve"> المصفوفة </w:t>
      </w:r>
      <w:proofErr w:type="spellStart"/>
      <w:r>
        <w:rPr>
          <w:sz w:val="21"/>
          <w:rtl w:val="1"/>
          <w:rFonts w:ascii="Arial" w:hAnsi="Arial" w:cs="Arial" w:eastAsia="Arial"/>
          <w:szCs w:val="21"/>
        </w:rPr>
        <w:t>الموحدة</w:t>
      </w:r>
      <w:proofErr w:type="spellEnd"/>
      <w:r>
        <w:rPr>
          <w:sz w:val="21"/>
          <w:rtl w:val="1"/>
          <w:rFonts w:ascii="Arial" w:hAnsi="Arial" w:cs="Arial" w:eastAsia="Arial"/>
          <w:szCs w:val="21"/>
        </w:rPr>
        <w:t>.</w:t>
      </w:r>
    </w:p>
    <w:p w14:paraId="3E749123" w14:textId="77777777" w:rsidR="00A564F2" w:rsidRDefault="00A564F2" w:rsidP="00A564F2">
      <w:pPr>
        <w:bidi/>
      </w:pPr>
      <w:r>
        <w:rPr>
          <w:rFonts w:ascii="Arial" w:hAnsi="Arial" w:eastAsia="Arial" w:cs="Arial"/>
          <w:sz w:val="21"/>
          <w:szCs w:val="21"/>
        </w:rPr>
        <w:br w:type="page"/>
      </w:r>
    </w:p>
    <w:p w14:paraId="18F0D405" w14:textId="77777777" w:rsidR="00A564F2" w:rsidRDefault="00A564F2" w:rsidP="00A564F2">
      <w:pPr>
        <w:pStyle w:val="Heading1"/>
        <w:bidi w:val="1"/>
        <w:spacing w:before="160" w:after="120"/>
        <w:jc w:val="right"/>
        <w:keepNext w:val="1"/>
      </w:pPr>
      <w:proofErr w:type="spellStart"/>
      <w:r>
        <w:rPr>
          <w:b/>
          <w:color w:val="0F4761"/>
          <w:sz w:val="32"/>
          <w:rtl w:val="1"/>
          <w:rFonts w:ascii="Arial" w:hAnsi="Arial" w:cs="Arial" w:eastAsia="Arial"/>
          <w:szCs w:val="32"/>
        </w:rPr>
        <w:lastRenderedPageBreak/>
        <w:t>الأحكام</w:t>
      </w:r>
      <w:proofErr w:type="spellEnd"/>
      <w:r>
        <w:rPr>
          <w:b/>
          <w:color w:val="0F4761"/>
          <w:sz w:val="32"/>
          <w:rtl w:val="1"/>
          <w:rFonts w:ascii="Arial" w:hAnsi="Arial" w:cs="Arial" w:eastAsia="Arial"/>
          <w:szCs w:val="32"/>
        </w:rPr>
        <w:t xml:space="preserve"> العامة</w:t>
      </w:r>
    </w:p>
    <w:p w14:paraId="6A02714C" w14:textId="77777777" w:rsidR="00A564F2" w:rsidRDefault="00A564F2" w:rsidP="00A564F2">
      <w:pPr>
        <w:pStyle w:val="ListBullet"/>
        <w:bidi w:val="1"/>
        <w:jc w:val="right"/>
      </w:pPr>
      <w:proofErr w:type="spellStart"/>
      <w:r>
        <w:rPr>
          <w:sz w:val="21"/>
          <w:rtl w:val="1"/>
          <w:rFonts w:ascii="Arial" w:hAnsi="Arial" w:cs="Arial" w:eastAsia="Arial"/>
          <w:szCs w:val="21"/>
        </w:rPr>
        <w:t>لا</w:t>
      </w:r>
      <w:proofErr w:type="spellEnd"/>
      <w:r>
        <w:rPr>
          <w:sz w:val="21"/>
          <w:rtl w:val="1"/>
          <w:rFonts w:ascii="Arial" w:hAnsi="Arial" w:cs="Arial" w:eastAsia="Arial"/>
          <w:szCs w:val="21"/>
        </w:rPr>
        <w:t xml:space="preserve"> </w:t>
      </w:r>
      <w:proofErr w:type="spellStart"/>
      <w:r>
        <w:rPr>
          <w:sz w:val="21"/>
          <w:rtl w:val="1"/>
          <w:rFonts w:ascii="Arial" w:hAnsi="Arial" w:cs="Arial" w:eastAsia="Arial"/>
          <w:szCs w:val="21"/>
        </w:rPr>
        <w:t>يجوز</w:t>
      </w:r>
      <w:proofErr w:type="spellEnd"/>
      <w:r>
        <w:rPr>
          <w:sz w:val="21"/>
          <w:rtl w:val="1"/>
          <w:rFonts w:ascii="Arial" w:hAnsi="Arial" w:cs="Arial" w:eastAsia="Arial"/>
          <w:szCs w:val="21"/>
        </w:rPr>
        <w:t xml:space="preserve"> </w:t>
      </w:r>
      <w:proofErr w:type="spellStart"/>
      <w:r>
        <w:rPr>
          <w:sz w:val="21"/>
          <w:rtl w:val="1"/>
          <w:rFonts w:ascii="Arial" w:hAnsi="Arial" w:cs="Arial" w:eastAsia="Arial"/>
          <w:szCs w:val="21"/>
        </w:rPr>
        <w:t>تفويض</w:t>
      </w:r>
      <w:proofErr w:type="spellEnd"/>
      <w:r>
        <w:rPr>
          <w:sz w:val="21"/>
          <w:rtl w:val="1"/>
          <w:rFonts w:ascii="Arial" w:hAnsi="Arial" w:cs="Arial" w:eastAsia="Arial"/>
          <w:szCs w:val="21"/>
        </w:rPr>
        <w:t xml:space="preserve"> الصلاحيات </w:t>
      </w:r>
      <w:proofErr w:type="spellStart"/>
      <w:r>
        <w:rPr>
          <w:sz w:val="21"/>
          <w:rtl w:val="1"/>
          <w:rFonts w:ascii="Arial" w:hAnsi="Arial" w:cs="Arial" w:eastAsia="Arial"/>
          <w:szCs w:val="21"/>
        </w:rPr>
        <w:t>إلا</w:t>
      </w:r>
      <w:proofErr w:type="spellEnd"/>
      <w:r>
        <w:rPr>
          <w:sz w:val="21"/>
          <w:rtl w:val="1"/>
          <w:rFonts w:ascii="Arial" w:hAnsi="Arial" w:cs="Arial" w:eastAsia="Arial"/>
          <w:szCs w:val="21"/>
        </w:rPr>
        <w:t xml:space="preserve"> وفق اللوائح </w:t>
      </w:r>
      <w:proofErr w:type="spellStart"/>
      <w:r>
        <w:rPr>
          <w:sz w:val="21"/>
          <w:rtl w:val="1"/>
          <w:rFonts w:ascii="Arial" w:hAnsi="Arial" w:cs="Arial" w:eastAsia="Arial"/>
          <w:szCs w:val="21"/>
        </w:rPr>
        <w:t>والقرارات</w:t>
      </w:r>
      <w:proofErr w:type="spellEnd"/>
      <w:r>
        <w:rPr>
          <w:sz w:val="21"/>
          <w:rtl w:val="1"/>
          <w:rFonts w:ascii="Arial" w:hAnsi="Arial" w:cs="Arial" w:eastAsia="Arial"/>
          <w:szCs w:val="21"/>
        </w:rPr>
        <w:t xml:space="preserve"> المعتمدة.</w:t>
      </w:r>
    </w:p>
    <w:p w14:paraId="7AC15443" w14:textId="77777777" w:rsidR="00A564F2" w:rsidRDefault="00A564F2" w:rsidP="00A564F2">
      <w:pPr>
        <w:pStyle w:val="ListBullet"/>
        <w:bidi w:val="1"/>
        <w:jc w:val="right"/>
      </w:pPr>
      <w:proofErr w:type="spellStart"/>
      <w:r>
        <w:rPr>
          <w:sz w:val="21"/>
          <w:rtl w:val="1"/>
          <w:rFonts w:ascii="Arial" w:hAnsi="Arial" w:cs="Arial" w:eastAsia="Arial"/>
          <w:szCs w:val="21"/>
        </w:rPr>
        <w:t>تفسر</w:t>
      </w:r>
      <w:proofErr w:type="spellEnd"/>
      <w:r>
        <w:rPr>
          <w:sz w:val="21"/>
          <w:rtl w:val="1"/>
          <w:rFonts w:ascii="Arial" w:hAnsi="Arial" w:cs="Arial" w:eastAsia="Arial"/>
          <w:szCs w:val="21"/>
        </w:rPr>
        <w:t xml:space="preserve"> هذه المصفوفة بما </w:t>
      </w:r>
      <w:proofErr w:type="spellStart"/>
      <w:r>
        <w:rPr>
          <w:sz w:val="21"/>
          <w:rtl w:val="1"/>
          <w:rFonts w:ascii="Arial" w:hAnsi="Arial" w:cs="Arial" w:eastAsia="Arial"/>
          <w:szCs w:val="21"/>
        </w:rPr>
        <w:t>لا</w:t>
      </w:r>
      <w:proofErr w:type="spellEnd"/>
      <w:r>
        <w:rPr>
          <w:sz w:val="21"/>
          <w:rtl w:val="1"/>
          <w:rFonts w:ascii="Arial" w:hAnsi="Arial" w:cs="Arial" w:eastAsia="Arial"/>
          <w:szCs w:val="21"/>
        </w:rPr>
        <w:t xml:space="preserve"> </w:t>
      </w:r>
      <w:proofErr w:type="spellStart"/>
      <w:r>
        <w:rPr>
          <w:sz w:val="21"/>
          <w:rtl w:val="1"/>
          <w:rFonts w:ascii="Arial" w:hAnsi="Arial" w:cs="Arial" w:eastAsia="Arial"/>
          <w:szCs w:val="21"/>
        </w:rPr>
        <w:t>يتعارض</w:t>
      </w:r>
      <w:proofErr w:type="spellEnd"/>
      <w:r>
        <w:rPr>
          <w:sz w:val="21"/>
          <w:rtl w:val="1"/>
          <w:rFonts w:ascii="Arial" w:hAnsi="Arial" w:cs="Arial" w:eastAsia="Arial"/>
          <w:szCs w:val="21"/>
        </w:rPr>
        <w:t xml:space="preserve"> مع </w:t>
      </w:r>
      <w:proofErr w:type="spellStart"/>
      <w:r>
        <w:rPr>
          <w:sz w:val="21"/>
          <w:rtl w:val="1"/>
          <w:rFonts w:ascii="Arial" w:hAnsi="Arial" w:cs="Arial" w:eastAsia="Arial"/>
          <w:szCs w:val="21"/>
        </w:rPr>
        <w:t>الأنظمة</w:t>
      </w:r>
      <w:proofErr w:type="spellEnd"/>
      <w:r>
        <w:rPr>
          <w:sz w:val="21"/>
          <w:rtl w:val="1"/>
          <w:rFonts w:ascii="Arial" w:hAnsi="Arial" w:cs="Arial" w:eastAsia="Arial"/>
          <w:szCs w:val="21"/>
        </w:rPr>
        <w:t xml:space="preserve"> واللوائح </w:t>
      </w:r>
      <w:proofErr w:type="spellStart"/>
      <w:r>
        <w:rPr>
          <w:sz w:val="21"/>
          <w:rtl w:val="1"/>
          <w:rFonts w:ascii="Arial" w:hAnsi="Arial" w:cs="Arial" w:eastAsia="Arial"/>
          <w:szCs w:val="21"/>
        </w:rPr>
        <w:t>السارية</w:t>
      </w:r>
      <w:proofErr w:type="spellEnd"/>
      <w:r>
        <w:rPr>
          <w:sz w:val="21"/>
          <w:rtl w:val="1"/>
          <w:rFonts w:ascii="Arial" w:hAnsi="Arial" w:cs="Arial" w:eastAsia="Arial"/>
          <w:szCs w:val="21"/>
        </w:rPr>
        <w:t>.</w:t>
      </w:r>
    </w:p>
    <w:p w14:paraId="65CA7E81" w14:textId="77777777" w:rsidR="00A564F2" w:rsidRDefault="00A564F2" w:rsidP="00A564F2">
      <w:pPr>
        <w:pStyle w:val="ListBullet"/>
        <w:bidi w:val="1"/>
        <w:jc w:val="right"/>
      </w:pPr>
      <w:proofErr w:type="spellStart"/>
      <w:r>
        <w:rPr>
          <w:sz w:val="21"/>
          <w:rtl w:val="1"/>
          <w:rFonts w:ascii="Arial" w:hAnsi="Arial" w:cs="Arial" w:eastAsia="Arial"/>
          <w:szCs w:val="21"/>
        </w:rPr>
        <w:t>تراجع</w:t>
      </w:r>
      <w:proofErr w:type="spellEnd"/>
      <w:r>
        <w:rPr>
          <w:sz w:val="21"/>
          <w:rtl w:val="1"/>
          <w:rFonts w:ascii="Arial" w:hAnsi="Arial" w:cs="Arial" w:eastAsia="Arial"/>
          <w:szCs w:val="21"/>
        </w:rPr>
        <w:t xml:space="preserve"> الوثيقة </w:t>
      </w:r>
      <w:proofErr w:type="spellStart"/>
      <w:r>
        <w:rPr>
          <w:sz w:val="21"/>
          <w:rtl w:val="1"/>
          <w:rFonts w:ascii="Arial" w:hAnsi="Arial" w:cs="Arial" w:eastAsia="Arial"/>
          <w:szCs w:val="21"/>
        </w:rPr>
        <w:t>دورياً</w:t>
      </w:r>
      <w:proofErr w:type="spellEnd"/>
      <w:r>
        <w:rPr>
          <w:sz w:val="21"/>
          <w:rtl w:val="1"/>
          <w:rFonts w:ascii="Arial" w:hAnsi="Arial" w:cs="Arial" w:eastAsia="Arial"/>
          <w:szCs w:val="21"/>
        </w:rPr>
        <w:t xml:space="preserve"> أو </w:t>
      </w:r>
      <w:proofErr w:type="spellStart"/>
      <w:r>
        <w:rPr>
          <w:sz w:val="21"/>
          <w:rtl w:val="1"/>
          <w:rFonts w:ascii="Arial" w:hAnsi="Arial" w:cs="Arial" w:eastAsia="Arial"/>
          <w:szCs w:val="21"/>
        </w:rPr>
        <w:t>عند</w:t>
      </w:r>
      <w:proofErr w:type="spellEnd"/>
      <w:r>
        <w:rPr>
          <w:sz w:val="21"/>
          <w:rtl w:val="1"/>
          <w:rFonts w:ascii="Arial" w:hAnsi="Arial" w:cs="Arial" w:eastAsia="Arial"/>
          <w:szCs w:val="21"/>
        </w:rPr>
        <w:t xml:space="preserve"> </w:t>
      </w:r>
      <w:proofErr w:type="spellStart"/>
      <w:r>
        <w:rPr>
          <w:sz w:val="21"/>
          <w:rtl w:val="1"/>
          <w:rFonts w:ascii="Arial" w:hAnsi="Arial" w:cs="Arial" w:eastAsia="Arial"/>
          <w:szCs w:val="21"/>
        </w:rPr>
        <w:t>حدوث</w:t>
      </w:r>
      <w:proofErr w:type="spellEnd"/>
      <w:r>
        <w:rPr>
          <w:sz w:val="21"/>
          <w:rtl w:val="1"/>
          <w:rFonts w:ascii="Arial" w:hAnsi="Arial" w:cs="Arial" w:eastAsia="Arial"/>
          <w:szCs w:val="21"/>
        </w:rPr>
        <w:t xml:space="preserve"> </w:t>
      </w:r>
      <w:proofErr w:type="spellStart"/>
      <w:r>
        <w:rPr>
          <w:sz w:val="21"/>
          <w:rtl w:val="1"/>
          <w:rFonts w:ascii="Arial" w:hAnsi="Arial" w:cs="Arial" w:eastAsia="Arial"/>
          <w:szCs w:val="21"/>
        </w:rPr>
        <w:t>تغيير</w:t>
      </w:r>
      <w:proofErr w:type="spellEnd"/>
      <w:r>
        <w:rPr>
          <w:sz w:val="21"/>
          <w:rtl w:val="1"/>
          <w:rFonts w:ascii="Arial" w:hAnsi="Arial" w:cs="Arial" w:eastAsia="Arial"/>
          <w:szCs w:val="21"/>
        </w:rPr>
        <w:t xml:space="preserve"> </w:t>
      </w:r>
      <w:proofErr w:type="spellStart"/>
      <w:r>
        <w:rPr>
          <w:sz w:val="21"/>
          <w:rtl w:val="1"/>
          <w:rFonts w:ascii="Arial" w:hAnsi="Arial" w:cs="Arial" w:eastAsia="Arial"/>
          <w:szCs w:val="21"/>
        </w:rPr>
        <w:t>تنظيمي</w:t>
      </w:r>
      <w:proofErr w:type="spellEnd"/>
      <w:r>
        <w:rPr>
          <w:sz w:val="21"/>
          <w:rtl w:val="1"/>
          <w:rFonts w:ascii="Arial" w:hAnsi="Arial" w:cs="Arial" w:eastAsia="Arial"/>
          <w:szCs w:val="21"/>
        </w:rPr>
        <w:t xml:space="preserve"> </w:t>
      </w:r>
      <w:proofErr w:type="spellStart"/>
      <w:r>
        <w:rPr>
          <w:sz w:val="21"/>
          <w:rtl w:val="1"/>
          <w:rFonts w:ascii="Arial" w:hAnsi="Arial" w:cs="Arial" w:eastAsia="Arial"/>
          <w:szCs w:val="21"/>
        </w:rPr>
        <w:t>مؤثر</w:t>
      </w:r>
      <w:proofErr w:type="spellEnd"/>
      <w:r>
        <w:rPr>
          <w:sz w:val="21"/>
          <w:rtl w:val="1"/>
          <w:rFonts w:ascii="Arial" w:hAnsi="Arial" w:cs="Arial" w:eastAsia="Arial"/>
          <w:szCs w:val="21"/>
        </w:rPr>
        <w:t>.</w:t>
      </w:r>
    </w:p>
    <w:p w14:paraId="246417EC" w14:textId="77777777" w:rsidR="00A564F2" w:rsidRDefault="00A564F2" w:rsidP="00A564F2">
      <w:pPr>
        <w:pStyle w:val="ListBullet"/>
        <w:bidi w:val="1"/>
        <w:jc w:val="right"/>
      </w:pPr>
      <w:proofErr w:type="spellStart"/>
      <w:r>
        <w:rPr>
          <w:sz w:val="21"/>
          <w:rtl w:val="1"/>
          <w:rFonts w:ascii="Arial" w:hAnsi="Arial" w:cs="Arial" w:eastAsia="Arial"/>
          <w:szCs w:val="21"/>
        </w:rPr>
        <w:t>يعتمد</w:t>
      </w:r>
      <w:proofErr w:type="spellEnd"/>
      <w:r>
        <w:rPr>
          <w:sz w:val="21"/>
          <w:rtl w:val="1"/>
          <w:rFonts w:ascii="Arial" w:hAnsi="Arial" w:cs="Arial" w:eastAsia="Arial"/>
          <w:szCs w:val="21"/>
        </w:rPr>
        <w:t xml:space="preserve"> </w:t>
      </w:r>
      <w:proofErr w:type="spellStart"/>
      <w:r>
        <w:rPr>
          <w:sz w:val="21"/>
          <w:rtl w:val="1"/>
          <w:rFonts w:ascii="Arial" w:hAnsi="Arial" w:cs="Arial" w:eastAsia="Arial"/>
          <w:szCs w:val="21"/>
        </w:rPr>
        <w:t>أي</w:t>
      </w:r>
      <w:proofErr w:type="spellEnd"/>
      <w:r>
        <w:rPr>
          <w:sz w:val="21"/>
          <w:rtl w:val="1"/>
          <w:rFonts w:ascii="Arial" w:hAnsi="Arial" w:cs="Arial" w:eastAsia="Arial"/>
          <w:szCs w:val="21"/>
        </w:rPr>
        <w:t xml:space="preserve"> </w:t>
      </w:r>
      <w:proofErr w:type="spellStart"/>
      <w:r>
        <w:rPr>
          <w:sz w:val="21"/>
          <w:rtl w:val="1"/>
          <w:rFonts w:ascii="Arial" w:hAnsi="Arial" w:cs="Arial" w:eastAsia="Arial"/>
          <w:szCs w:val="21"/>
        </w:rPr>
        <w:t>تعديل</w:t>
      </w:r>
      <w:proofErr w:type="spellEnd"/>
      <w:r>
        <w:rPr>
          <w:sz w:val="21"/>
          <w:rtl w:val="1"/>
          <w:rFonts w:ascii="Arial" w:hAnsi="Arial" w:cs="Arial" w:eastAsia="Arial"/>
          <w:szCs w:val="21"/>
        </w:rPr>
        <w:t xml:space="preserve"> على المصفوفة </w:t>
      </w:r>
      <w:proofErr w:type="spellStart"/>
      <w:r>
        <w:rPr>
          <w:sz w:val="21"/>
          <w:rtl w:val="1"/>
          <w:rFonts w:ascii="Arial" w:hAnsi="Arial" w:cs="Arial" w:eastAsia="Arial"/>
          <w:szCs w:val="21"/>
        </w:rPr>
        <w:t>بقرار</w:t>
      </w:r>
      <w:proofErr w:type="spellEnd"/>
      <w:r>
        <w:rPr>
          <w:sz w:val="21"/>
          <w:rtl w:val="1"/>
          <w:rFonts w:ascii="Arial" w:hAnsi="Arial" w:cs="Arial" w:eastAsia="Arial"/>
          <w:szCs w:val="21"/>
        </w:rPr>
        <w:t xml:space="preserve"> </w:t>
      </w:r>
      <w:proofErr w:type="spellStart"/>
      <w:r>
        <w:rPr>
          <w:sz w:val="21"/>
          <w:rtl w:val="1"/>
          <w:rFonts w:ascii="Arial" w:hAnsi="Arial" w:cs="Arial" w:eastAsia="Arial"/>
          <w:szCs w:val="21"/>
        </w:rPr>
        <w:t>من</w:t>
      </w:r>
      <w:proofErr w:type="spellEnd"/>
      <w:r>
        <w:rPr>
          <w:sz w:val="21"/>
          <w:rtl w:val="1"/>
          <w:rFonts w:ascii="Arial" w:hAnsi="Arial" w:cs="Arial" w:eastAsia="Arial"/>
          <w:szCs w:val="21"/>
        </w:rPr>
        <w:t xml:space="preserve"> مجلس الإدارة أو </w:t>
      </w:r>
      <w:proofErr w:type="spellStart"/>
      <w:r>
        <w:rPr>
          <w:sz w:val="21"/>
          <w:rtl w:val="1"/>
          <w:rFonts w:ascii="Arial" w:hAnsi="Arial" w:cs="Arial" w:eastAsia="Arial"/>
          <w:szCs w:val="21"/>
        </w:rPr>
        <w:t>من</w:t>
      </w:r>
      <w:proofErr w:type="spellEnd"/>
      <w:r>
        <w:rPr>
          <w:sz w:val="21"/>
          <w:rtl w:val="1"/>
          <w:rFonts w:ascii="Arial" w:hAnsi="Arial" w:cs="Arial" w:eastAsia="Arial"/>
          <w:szCs w:val="21"/>
        </w:rPr>
        <w:t xml:space="preserve"> </w:t>
      </w:r>
      <w:proofErr w:type="spellStart"/>
      <w:r>
        <w:rPr>
          <w:sz w:val="21"/>
          <w:rtl w:val="1"/>
          <w:rFonts w:ascii="Arial" w:hAnsi="Arial" w:cs="Arial" w:eastAsia="Arial"/>
          <w:szCs w:val="21"/>
        </w:rPr>
        <w:t>يفوضه</w:t>
      </w:r>
      <w:proofErr w:type="spellEnd"/>
      <w:r>
        <w:rPr>
          <w:sz w:val="21"/>
          <w:rtl w:val="1"/>
          <w:rFonts w:ascii="Arial" w:hAnsi="Arial" w:cs="Arial" w:eastAsia="Arial"/>
          <w:szCs w:val="21"/>
        </w:rPr>
        <w:t>.</w:t>
      </w:r>
    </w:p>
    <w:p w14:paraId="2EF67248" w14:textId="77777777" w:rsidR="00A564F2" w:rsidRDefault="00A564F2" w:rsidP="00A564F2">
      <w:pPr>
        <w:bidi/>
      </w:pPr>
      <w:r>
        <w:rPr>
          <w:rFonts w:ascii="Arial" w:hAnsi="Arial" w:eastAsia="Arial" w:cs="Arial"/>
          <w:sz w:val="21"/>
          <w:szCs w:val="21"/>
        </w:rPr>
        <w:br w:type="page"/>
      </w:r>
    </w:p>
    <w:p w14:paraId="3F8AFAD0" w14:textId="77777777" w:rsidR="00A564F2" w:rsidRDefault="00A564F2" w:rsidP="00A564F2">
      <w:pPr>
        <w:pStyle w:val="Heading1"/>
        <w:bidi w:val="1"/>
        <w:spacing w:before="160" w:after="120"/>
        <w:jc w:val="right"/>
        <w:keepNext w:val="1"/>
      </w:pPr>
      <w:r>
        <w:rPr>
          <w:b/>
          <w:color w:val="0F4761"/>
          <w:sz w:val="32"/>
          <w:rtl w:val="1"/>
          <w:rFonts w:ascii="Arial" w:hAnsi="Arial" w:cs="Arial" w:eastAsia="Arial"/>
          <w:szCs w:val="32"/>
        </w:rPr>
        <w:lastRenderedPageBreak/>
        <w:t>الحوكمة والإدارة التنفيذية</w:t>
      </w:r>
    </w:p>
    <w:p w14:paraId="51C4E26A" w14:textId="77777777" w:rsidR="00A564F2" w:rsidRDefault="00A564F2" w:rsidP="00A564F2">
      <w:pPr>
        <w:pStyle w:val="Heading2"/>
        <w:bidi w:val="1"/>
        <w:jc w:val="right"/>
      </w:pPr>
      <w:proofErr w:type="spellStart"/>
      <w:r>
        <w:rPr>
          <w:b/>
          <w:sz w:val="25"/>
          <w:rtl w:val="1"/>
          <w:rFonts w:ascii="Arial" w:hAnsi="Arial" w:cs="Arial" w:eastAsia="Arial"/>
          <w:szCs w:val="25"/>
        </w:rPr>
        <w:t>الحوكمة_والإدارة</w:t>
      </w:r>
      <w:proofErr w:type="spellEnd"/>
    </w:p>
    <w:tbl>
      <w:tblPr>
        <w:tblStyle w:val="TableGrid"/>
        <w:tblW w:w="10050" w:type="dxa"/>
        <w:jc w:val="center"/>
        <w:tblLayout w:type="fixed"/>
        <w:tblLook w:val="04A0" w:firstRow="1" w:lastRow="0" w:firstColumn="1" w:lastColumn="0" w:noHBand="0" w:noVBand="1"/>
        <w:bidiVisual w:val="1"/>
      </w:tblPr>
      <w:tblGrid>
        <w:gridCol w:w="1200"/>
        <w:gridCol w:w="1550"/>
        <w:gridCol w:w="1050"/>
        <w:gridCol w:w="1050"/>
        <w:gridCol w:w="1150"/>
        <w:gridCol w:w="1250"/>
        <w:gridCol w:w="1300"/>
        <w:gridCol w:w="1500"/>
      </w:tblGrid>
      <w:tr w:rsidR="00A564F2" w14:paraId="5054B8E3" w14:textId="77777777" w:rsidTr="009D38E5">
        <w:trPr>
          <w:trHeight w:hRule="atLeast"/>
          <w:tblHeader w:val="true"/>
          <w:cantSplit w:val="true"/>
        </w:trPr>
        <w:tc>
          <w:tcPr>
            <w:tcW w:w="1200" w:type="dxa"/>
            <w:shd w:val="clear" w:color="auto" w:fill="D9EAD3"/>
            <w:vAlign w:val="center"/>
            <w:tcMar>
              <w:top w:w="75" w:type="dxa"/>
              <w:bottom w:w="75" w:type="dxa"/>
              <w:left w:w="70" w:type="dxa"/>
              <w:right w:w="70" w:type="dxa"/>
              <w:start w:w="75" w:type="dxa"/>
              <w:end w:w="75" w:type="dxa"/>
            </w:tcMar>
          </w:tcPr>
          <w:p>
            <w:pPr>
              <w:spacing w:before="0" w:after="0" w:line="240" w:lineRule="auto"/>
              <w:jc w:val="center"/>
              <w:bidi w:val="1"/>
              <w:mirrorIndents w:val="1"/>
            </w:pPr>
            <w:r>
              <w:rPr>
                <w:rFonts w:ascii="Arial" w:hAnsi="Arial" w:eastAsia="Arial" w:cs="Arial"/>
                <w:b/>
                <w:sz w:val="16"/>
                <w:rtl w:val="1"/>
                <w:szCs w:val="16"/>
              </w:rPr>
              <w:t>المحور</w:t>
            </w:r>
          </w:p>
        </w:tc>
        <w:tc>
          <w:tcPr>
            <w:tcW w:w="1550" w:type="dxa"/>
            <w:shd w:val="clear" w:color="auto" w:fill="D9EAD3"/>
            <w:vAlign w:val="center"/>
            <w:tcMar>
              <w:top w:w="75" w:type="dxa"/>
              <w:bottom w:w="75" w:type="dxa"/>
              <w:left w:w="70" w:type="dxa"/>
              <w:right w:w="70" w:type="dxa"/>
              <w:start w:w="75" w:type="dxa"/>
              <w:end w:w="75" w:type="dxa"/>
            </w:tcMar>
          </w:tcPr>
          <w:p>
            <w:pPr>
              <w:spacing w:before="0" w:after="0" w:line="240" w:lineRule="auto"/>
              <w:jc w:val="center"/>
              <w:bidi w:val="1"/>
              <w:mirrorIndents w:val="1"/>
            </w:pPr>
            <w:r>
              <w:rPr>
                <w:rFonts w:ascii="Arial" w:hAnsi="Arial" w:eastAsia="Arial" w:cs="Arial"/>
                <w:b/>
                <w:sz w:val="16"/>
                <w:rtl w:val="1"/>
                <w:szCs w:val="16"/>
              </w:rPr>
              <w:t>الإجراء</w:t>
            </w:r>
          </w:p>
        </w:tc>
        <w:tc>
          <w:tcPr>
            <w:tcW w:w="1050" w:type="dxa"/>
            <w:shd w:val="clear" w:color="auto" w:fill="D9EAD3"/>
            <w:vAlign w:val="center"/>
            <w:tcMar>
              <w:top w:w="75" w:type="dxa"/>
              <w:bottom w:w="75" w:type="dxa"/>
              <w:left w:w="70" w:type="dxa"/>
              <w:right w:w="70" w:type="dxa"/>
              <w:start w:w="75" w:type="dxa"/>
              <w:end w:w="75" w:type="dxa"/>
            </w:tcMar>
          </w:tcPr>
          <w:p>
            <w:pPr>
              <w:spacing w:before="0" w:after="0" w:line="240" w:lineRule="auto"/>
              <w:jc w:val="center"/>
              <w:bidi w:val="1"/>
              <w:mirrorIndents w:val="1"/>
            </w:pPr>
            <w:r>
              <w:rPr>
                <w:rFonts w:ascii="Arial" w:hAnsi="Arial" w:eastAsia="Arial" w:cs="Arial"/>
                <w:b/>
                <w:sz w:val="16"/>
                <w:rtl w:val="1"/>
                <w:szCs w:val="16"/>
              </w:rPr>
              <w:t>مجلس الإدارة</w:t>
            </w:r>
          </w:p>
        </w:tc>
        <w:tc>
          <w:tcPr>
            <w:tcW w:w="1050" w:type="dxa"/>
            <w:shd w:val="clear" w:color="auto" w:fill="D9EAD3"/>
            <w:vAlign w:val="center"/>
            <w:tcMar>
              <w:top w:w="75" w:type="dxa"/>
              <w:bottom w:w="75" w:type="dxa"/>
              <w:left w:w="70" w:type="dxa"/>
              <w:right w:w="70" w:type="dxa"/>
              <w:start w:w="75" w:type="dxa"/>
              <w:end w:w="75" w:type="dxa"/>
            </w:tcMar>
          </w:tcPr>
          <w:p>
            <w:pPr>
              <w:spacing w:before="0" w:after="0" w:line="240" w:lineRule="auto"/>
              <w:jc w:val="center"/>
              <w:bidi w:val="1"/>
              <w:mirrorIndents w:val="1"/>
            </w:pPr>
            <w:r>
              <w:rPr>
                <w:rFonts w:ascii="Arial" w:hAnsi="Arial" w:eastAsia="Arial" w:cs="Arial"/>
                <w:b/>
                <w:sz w:val="16"/>
                <w:rtl w:val="1"/>
                <w:szCs w:val="16"/>
              </w:rPr>
              <w:t>رئيس المجلس</w:t>
            </w:r>
          </w:p>
        </w:tc>
        <w:tc>
          <w:tcPr>
            <w:tcW w:w="1150" w:type="dxa"/>
            <w:shd w:val="clear" w:color="auto" w:fill="D9EAD3"/>
            <w:vAlign w:val="center"/>
            <w:tcMar>
              <w:top w:w="75" w:type="dxa"/>
              <w:bottom w:w="75" w:type="dxa"/>
              <w:left w:w="70" w:type="dxa"/>
              <w:right w:w="70" w:type="dxa"/>
              <w:start w:w="75" w:type="dxa"/>
              <w:end w:w="75" w:type="dxa"/>
            </w:tcMar>
          </w:tcPr>
          <w:p>
            <w:pPr>
              <w:spacing w:before="0" w:after="0" w:line="240" w:lineRule="auto"/>
              <w:jc w:val="center"/>
              <w:bidi/>
            </w:pPr>
            <w:r>
              <w:rPr>
                <w:rFonts w:ascii="Arial" w:hAnsi="Arial" w:cs="Arial"/>
                <w:sz w:val="16"/>
                <w:rtl/>
              </w:rPr>
              <w:t>المدير التنفيذي</w:t>
            </w:r>
          </w:p>
        </w:tc>
        <w:tc>
          <w:tcPr>
            <w:tcW w:w="1250" w:type="dxa"/>
            <w:shd w:val="clear" w:color="auto" w:fill="D9EAD3"/>
            <w:vAlign w:val="center"/>
            <w:tcMar>
              <w:top w:w="75" w:type="dxa"/>
              <w:bottom w:w="75" w:type="dxa"/>
              <w:left w:w="70" w:type="dxa"/>
              <w:right w:w="70" w:type="dxa"/>
              <w:start w:w="75" w:type="dxa"/>
              <w:end w:w="75" w:type="dxa"/>
            </w:tcMar>
          </w:tcPr>
          <w:p>
            <w:pPr>
              <w:spacing w:before="0" w:after="0" w:line="240" w:lineRule="auto"/>
              <w:jc w:val="center"/>
              <w:bidi w:val="1"/>
              <w:mirrorIndents w:val="1"/>
            </w:pPr>
            <w:r>
              <w:rPr>
                <w:rFonts w:ascii="Arial" w:hAnsi="Arial" w:eastAsia="Arial" w:cs="Arial"/>
                <w:b/>
                <w:sz w:val="16"/>
                <w:rtl w:val="1"/>
                <w:szCs w:val="16"/>
              </w:rPr>
              <w:t>مسؤول الحوكمة</w:t>
            </w:r>
          </w:p>
        </w:tc>
        <w:tc>
          <w:tcPr>
            <w:tcW w:type="dxa" w:w="1300"/>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sz w:val="16"/>
                <w:rtl w:val="1"/>
                <w:szCs w:val="16"/>
              </w:rPr>
              <w:t>أمانة مجلس الإدارة</w:t>
            </w:r>
          </w:p>
        </w:tc>
        <w:tc>
          <w:tcPr>
            <w:tcW w:type="dxa" w:w="1500"/>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sz w:val="16"/>
                <w:rtl w:val="1"/>
                <w:szCs w:val="16"/>
              </w:rPr>
              <w:t>ملاحظات</w:t>
            </w:r>
          </w:p>
        </w:tc>
      </w:tr>
      <w:tr w:rsidR="00A564F2" w14:paraId="3EF4FB32" w14:textId="77777777" w:rsidTr="009D38E5">
        <w:trPr>
          <w:cantSplit w:val="true"/>
          <w:trHeight w:hRule="atLeast"/>
        </w:trPr>
        <w:tc>
          <w:tcPr>
            <w:tcW w:w="1200" w:type="dxa"/>
            <w:vAlign w:val="center"/>
            <w:tcMar>
              <w:top w:w="75" w:type="dxa"/>
              <w:bottom w:w="75" w:type="dxa"/>
              <w:left w:w="70" w:type="dxa"/>
              <w:right w:w="70" w:type="dxa"/>
              <w:start w:w="75" w:type="dxa"/>
              <w:end w:w="75" w:type="dxa"/>
            </w:tcMar>
          </w:tcPr>
          <w:p w14:paraId="5D45C297" w14:textId="77777777" w:rsidR="00A564F2" w:rsidRDefault="00A564F2" w:rsidP="009D38E5">
            <w:pPr>
              <w:spacing w:before="0" w:after="0" w:line="240" w:lineRule="auto"/>
              <w:jc w:val="center"/>
              <w:bidi w:val="1"/>
              <w:mirrorIndents w:val="1"/>
            </w:pPr>
            <w:r>
              <w:rPr>
                <w:rFonts w:ascii="Arial" w:hAnsi="Arial" w:cs="Arial" w:eastAsia="Arial"/>
                <w:b w:val="0"/>
                <w:sz w:val="16"/>
                <w:rtl w:val="1"/>
                <w:szCs w:val="15"/>
              </w:rPr>
              <w:t>الحوكمة</w:t>
            </w:r>
          </w:p>
        </w:tc>
        <w:tc>
          <w:tcPr>
            <w:tcW w:w="1550" w:type="dxa"/>
            <w:vAlign w:val="center"/>
            <w:tcMar>
              <w:top w:w="75" w:type="dxa"/>
              <w:bottom w:w="75" w:type="dxa"/>
              <w:left w:w="70" w:type="dxa"/>
              <w:right w:w="70" w:type="dxa"/>
              <w:start w:w="75" w:type="dxa"/>
              <w:end w:w="75" w:type="dxa"/>
            </w:tcMar>
          </w:tcPr>
          <w:p w14:paraId="58470ACC" w14:textId="77777777" w:rsidR="00A564F2" w:rsidRDefault="00A564F2" w:rsidP="009D38E5">
            <w:pPr>
              <w:spacing w:before="0" w:after="0" w:line="240" w:lineRule="auto"/>
              <w:jc w:val="center"/>
              <w:bidi w:val="1"/>
              <w:mirrorIndents w:val="1"/>
            </w:pPr>
            <w:r>
              <w:rPr>
                <w:rFonts w:ascii="Arial" w:hAnsi="Arial" w:cs="Arial" w:eastAsia="Arial"/>
                <w:b w:val="0"/>
                <w:sz w:val="16"/>
                <w:rtl w:val="1"/>
                <w:szCs w:val="15"/>
              </w:rPr>
              <w:t xml:space="preserve">اعتماد اللائحة </w:t>
            </w:r>
            <w:proofErr w:type="spellStart"/>
            <w:r>
              <w:rPr>
                <w:rFonts w:ascii="Arial" w:hAnsi="Arial" w:cs="Arial" w:eastAsia="Arial"/>
                <w:b w:val="0"/>
                <w:sz w:val="16"/>
                <w:rtl w:val="1"/>
                <w:szCs w:val="15"/>
              </w:rPr>
              <w:t>الأساسية</w:t>
            </w:r>
            <w:proofErr w:type="spellEnd"/>
          </w:p>
        </w:tc>
        <w:tc>
          <w:tcPr>
            <w:tcW w:w="1050" w:type="dxa"/>
            <w:vAlign w:val="center"/>
            <w:tcMar>
              <w:top w:w="75" w:type="dxa"/>
              <w:bottom w:w="75" w:type="dxa"/>
              <w:left w:w="70" w:type="dxa"/>
              <w:right w:w="70" w:type="dxa"/>
              <w:start w:w="75" w:type="dxa"/>
              <w:end w:w="75" w:type="dxa"/>
            </w:tcMar>
          </w:tcPr>
          <w:p w14:paraId="38761C30" w14:textId="77777777" w:rsidR="00A564F2" w:rsidRDefault="00A564F2" w:rsidP="009D38E5">
            <w:pPr>
              <w:spacing w:before="0" w:after="0" w:line="240" w:lineRule="auto"/>
              <w:jc w:val="center"/>
              <w:bidi w:val="1"/>
              <w:mirrorIndents w:val="1"/>
            </w:pPr>
            <w:r>
              <w:rPr>
                <w:rFonts w:ascii="Arial" w:hAnsi="Arial" w:cs="Arial" w:eastAsia="Arial"/>
                <w:b/>
                <w:sz w:val="16"/>
                <w:rtl w:val="1"/>
                <w:szCs w:val="16"/>
              </w:rPr>
              <w:t>A</w:t>
            </w:r>
          </w:p>
        </w:tc>
        <w:tc>
          <w:tcPr>
            <w:tcW w:w="1050" w:type="dxa"/>
            <w:vAlign w:val="center"/>
            <w:tcMar>
              <w:top w:w="75" w:type="dxa"/>
              <w:bottom w:w="75" w:type="dxa"/>
              <w:left w:w="70" w:type="dxa"/>
              <w:right w:w="70" w:type="dxa"/>
              <w:start w:w="75" w:type="dxa"/>
              <w:end w:w="75" w:type="dxa"/>
            </w:tcMar>
          </w:tcPr>
          <w:p w14:paraId="26241C61" w14:textId="77777777" w:rsidR="00A564F2" w:rsidRDefault="00A564F2" w:rsidP="009D38E5">
            <w:pPr>
              <w:spacing w:before="0" w:after="0" w:line="240" w:lineRule="auto"/>
              <w:jc w:val="center"/>
              <w:bidi w:val="1"/>
              <w:mirrorIndents w:val="1"/>
            </w:pPr>
            <w:r>
              <w:rPr>
                <w:rFonts w:ascii="Arial" w:hAnsi="Arial" w:cs="Arial" w:eastAsia="Arial"/>
                <w:b/>
                <w:sz w:val="16"/>
                <w:rtl w:val="1"/>
                <w:szCs w:val="16"/>
              </w:rPr>
              <w:t>R</w:t>
            </w:r>
          </w:p>
        </w:tc>
        <w:tc>
          <w:tcPr>
            <w:tcW w:w="1150" w:type="dxa"/>
            <w:vAlign w:val="center"/>
            <w:tcMar>
              <w:top w:w="75" w:type="dxa"/>
              <w:bottom w:w="75" w:type="dxa"/>
              <w:left w:w="70" w:type="dxa"/>
              <w:right w:w="70" w:type="dxa"/>
              <w:start w:w="75" w:type="dxa"/>
              <w:end w:w="75" w:type="dxa"/>
            </w:tcMar>
          </w:tcPr>
          <w:p w14:paraId="014DDFE0" w14:textId="77777777" w:rsidR="00A564F2" w:rsidRDefault="00A564F2" w:rsidP="009D38E5">
            <w:pPr>
              <w:spacing w:before="0" w:after="0" w:line="240" w:lineRule="auto"/>
              <w:jc w:val="center"/>
              <w:bidi w:val="1"/>
              <w:mirrorIndents w:val="1"/>
            </w:pPr>
            <w:r>
              <w:rPr>
                <w:rFonts w:ascii="Arial" w:hAnsi="Arial" w:cs="Arial" w:eastAsia="Arial"/>
                <w:b/>
                <w:sz w:val="16"/>
                <w:rtl w:val="1"/>
                <w:szCs w:val="16"/>
              </w:rPr>
              <w:t>I</w:t>
            </w:r>
          </w:p>
        </w:tc>
        <w:tc>
          <w:tcPr>
            <w:tcW w:w="1250" w:type="dxa"/>
            <w:vAlign w:val="center"/>
            <w:tcMar>
              <w:top w:w="75" w:type="dxa"/>
              <w:bottom w:w="75" w:type="dxa"/>
              <w:left w:w="70" w:type="dxa"/>
              <w:right w:w="70" w:type="dxa"/>
              <w:start w:w="75" w:type="dxa"/>
              <w:end w:w="75" w:type="dxa"/>
            </w:tcMar>
          </w:tcPr>
          <w:p>
            <w:pPr>
              <w:spacing w:before="0" w:after="0" w:line="240" w:lineRule="auto"/>
              <w:jc w:val="center"/>
              <w:bidi w:val="1"/>
              <w:mirrorIndents w:val="1"/>
            </w:pPr>
            <w:r>
              <w:rPr>
                <w:rFonts w:ascii="Arial" w:hAnsi="Arial" w:eastAsia="Arial" w:cs="Arial"/>
                <w:b/>
                <w:sz w:val="16"/>
                <w:rtl w:val="1"/>
                <w:szCs w:val="16"/>
              </w:rPr>
              <w:t>V</w:t>
            </w:r>
          </w:p>
        </w:tc>
        <w:tc>
          <w:tcPr>
            <w:tcW w:type="dxa" w:w="1300"/>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6"/>
                <w:rtl w:val="1"/>
                <w:szCs w:val="15"/>
              </w:rPr>
            </w:r>
          </w:p>
        </w:tc>
        <w:tc>
          <w:tcPr>
            <w:tcW w:type="dxa" w:w="1500"/>
            <w:vAlign w:val="center"/>
            <w:tcMar>
              <w:top w:w="75" w:type="dxa"/>
              <w:start w:w="75" w:type="dxa"/>
              <w:bottom w:w="75" w:type="dxa"/>
              <w:end w:w="75" w:type="dxa"/>
            </w:tcMar>
          </w:tcPr>
          <w:p>
            <w:pPr>
              <w:jc w:val="center"/>
              <w:bidi w:val="1"/>
              <w:spacing w:before="0" w:after="0" w:line="240" w:lineRule="auto"/>
              <w:mirrorIndents w:val="1"/>
            </w:pPr>
          </w:p>
        </w:tc>
      </w:tr>
      <w:tr w:rsidR="00A564F2" w14:paraId="24A7B07D" w14:textId="77777777" w:rsidTr="009D38E5">
        <w:trPr>
          <w:cantSplit w:val="true"/>
          <w:trHeight w:hRule="atLeast"/>
        </w:trPr>
        <w:tc>
          <w:tcPr>
            <w:tcW w:w="1200" w:type="dxa"/>
            <w:vAlign w:val="center"/>
            <w:tcMar>
              <w:top w:w="75" w:type="dxa"/>
              <w:bottom w:w="75" w:type="dxa"/>
              <w:left w:w="70" w:type="dxa"/>
              <w:right w:w="70" w:type="dxa"/>
              <w:start w:w="75" w:type="dxa"/>
              <w:end w:w="75" w:type="dxa"/>
            </w:tcMar>
          </w:tcPr>
          <w:p w14:paraId="57557DD3" w14:textId="77777777" w:rsidR="00A564F2" w:rsidRDefault="00A564F2" w:rsidP="009D38E5">
            <w:pPr>
              <w:spacing w:before="0" w:after="0" w:line="240" w:lineRule="auto"/>
              <w:jc w:val="center"/>
              <w:bidi w:val="1"/>
              <w:mirrorIndents w:val="1"/>
            </w:pPr>
            <w:r>
              <w:rPr>
                <w:rFonts w:ascii="Arial" w:hAnsi="Arial" w:cs="Arial" w:eastAsia="Arial"/>
                <w:b w:val="0"/>
                <w:sz w:val="16"/>
                <w:rtl w:val="1"/>
                <w:szCs w:val="15"/>
              </w:rPr>
              <w:t>الحوكمة</w:t>
            </w:r>
          </w:p>
        </w:tc>
        <w:tc>
          <w:tcPr>
            <w:tcW w:w="1550" w:type="dxa"/>
            <w:vAlign w:val="center"/>
            <w:tcMar>
              <w:top w:w="75" w:type="dxa"/>
              <w:bottom w:w="75" w:type="dxa"/>
              <w:left w:w="70" w:type="dxa"/>
              <w:right w:w="70" w:type="dxa"/>
              <w:start w:w="75" w:type="dxa"/>
              <w:end w:w="75" w:type="dxa"/>
            </w:tcMar>
          </w:tcPr>
          <w:p w14:paraId="05C8E2EB" w14:textId="77777777" w:rsidR="00A564F2" w:rsidRDefault="00A564F2" w:rsidP="009D38E5">
            <w:pPr>
              <w:spacing w:before="0" w:after="0" w:line="240" w:lineRule="auto"/>
              <w:jc w:val="center"/>
              <w:bidi w:val="1"/>
              <w:mirrorIndents w:val="1"/>
            </w:pPr>
            <w:r>
              <w:rPr>
                <w:rFonts w:ascii="Arial" w:hAnsi="Arial" w:cs="Arial" w:eastAsia="Arial"/>
                <w:b w:val="0"/>
                <w:sz w:val="16"/>
                <w:rtl w:val="1"/>
                <w:szCs w:val="15"/>
              </w:rPr>
              <w:t>اعتماد اللوائح التنظيمية</w:t>
            </w:r>
          </w:p>
        </w:tc>
        <w:tc>
          <w:tcPr>
            <w:tcW w:w="1050" w:type="dxa"/>
            <w:vAlign w:val="center"/>
            <w:tcMar>
              <w:top w:w="75" w:type="dxa"/>
              <w:bottom w:w="75" w:type="dxa"/>
              <w:left w:w="70" w:type="dxa"/>
              <w:right w:w="70" w:type="dxa"/>
              <w:start w:w="75" w:type="dxa"/>
              <w:end w:w="75" w:type="dxa"/>
            </w:tcMar>
          </w:tcPr>
          <w:p w14:paraId="06B60DFE" w14:textId="77777777" w:rsidR="00A564F2" w:rsidRDefault="00A564F2" w:rsidP="009D38E5">
            <w:pPr>
              <w:spacing w:before="0" w:after="0" w:line="240" w:lineRule="auto"/>
              <w:jc w:val="center"/>
              <w:bidi w:val="1"/>
              <w:mirrorIndents w:val="1"/>
            </w:pPr>
            <w:r>
              <w:rPr>
                <w:rFonts w:ascii="Arial" w:hAnsi="Arial" w:cs="Arial" w:eastAsia="Arial"/>
                <w:b/>
                <w:sz w:val="16"/>
                <w:rtl w:val="1"/>
                <w:szCs w:val="16"/>
              </w:rPr>
              <w:t>A</w:t>
            </w:r>
          </w:p>
        </w:tc>
        <w:tc>
          <w:tcPr>
            <w:tcW w:w="1050" w:type="dxa"/>
            <w:vAlign w:val="center"/>
            <w:tcMar>
              <w:top w:w="75" w:type="dxa"/>
              <w:bottom w:w="75" w:type="dxa"/>
              <w:left w:w="70" w:type="dxa"/>
              <w:right w:w="70" w:type="dxa"/>
              <w:start w:w="75" w:type="dxa"/>
              <w:end w:w="75" w:type="dxa"/>
            </w:tcMar>
          </w:tcPr>
          <w:p w14:paraId="11437ABB" w14:textId="77777777" w:rsidR="00A564F2" w:rsidRDefault="00A564F2" w:rsidP="009D38E5">
            <w:pPr>
              <w:spacing w:before="0" w:after="0" w:line="240" w:lineRule="auto"/>
              <w:jc w:val="center"/>
              <w:bidi w:val="1"/>
              <w:mirrorIndents w:val="1"/>
            </w:pPr>
            <w:r>
              <w:rPr>
                <w:rFonts w:ascii="Arial" w:hAnsi="Arial" w:cs="Arial" w:eastAsia="Arial"/>
                <w:b/>
                <w:sz w:val="16"/>
                <w:rtl w:val="1"/>
                <w:szCs w:val="16"/>
              </w:rPr>
              <w:t>R</w:t>
            </w:r>
          </w:p>
        </w:tc>
        <w:tc>
          <w:tcPr>
            <w:tcW w:w="1150" w:type="dxa"/>
            <w:vAlign w:val="center"/>
            <w:tcMar>
              <w:top w:w="75" w:type="dxa"/>
              <w:bottom w:w="75" w:type="dxa"/>
              <w:left w:w="70" w:type="dxa"/>
              <w:right w:w="70" w:type="dxa"/>
              <w:start w:w="75" w:type="dxa"/>
              <w:end w:w="75" w:type="dxa"/>
            </w:tcMar>
          </w:tcPr>
          <w:p w14:paraId="68BE1493" w14:textId="77777777" w:rsidR="00A564F2" w:rsidRDefault="00A564F2" w:rsidP="009D38E5">
            <w:pPr>
              <w:spacing w:before="0" w:after="0" w:line="240" w:lineRule="auto"/>
              <w:jc w:val="center"/>
              <w:bidi w:val="1"/>
              <w:mirrorIndents w:val="1"/>
            </w:pPr>
            <w:r>
              <w:rPr>
                <w:rFonts w:ascii="Arial" w:hAnsi="Arial" w:cs="Arial" w:eastAsia="Arial"/>
                <w:b/>
                <w:sz w:val="16"/>
                <w:rtl w:val="1"/>
                <w:szCs w:val="16"/>
              </w:rPr>
              <w:t>I</w:t>
            </w:r>
          </w:p>
        </w:tc>
        <w:tc>
          <w:tcPr>
            <w:tcW w:w="1250" w:type="dxa"/>
            <w:vAlign w:val="center"/>
            <w:tcMar>
              <w:top w:w="75" w:type="dxa"/>
              <w:bottom w:w="75" w:type="dxa"/>
              <w:left w:w="70" w:type="dxa"/>
              <w:right w:w="70" w:type="dxa"/>
              <w:start w:w="75" w:type="dxa"/>
              <w:end w:w="75" w:type="dxa"/>
            </w:tcMar>
          </w:tcPr>
          <w:p>
            <w:pPr>
              <w:spacing w:before="0" w:after="0" w:line="240" w:lineRule="auto"/>
              <w:jc w:val="center"/>
              <w:bidi w:val="1"/>
              <w:mirrorIndents w:val="1"/>
            </w:pPr>
            <w:r>
              <w:rPr>
                <w:rFonts w:ascii="Arial" w:hAnsi="Arial" w:eastAsia="Arial" w:cs="Arial"/>
                <w:b/>
                <w:sz w:val="16"/>
                <w:rtl w:val="1"/>
                <w:szCs w:val="16"/>
              </w:rPr>
              <w:t>V</w:t>
            </w:r>
          </w:p>
        </w:tc>
        <w:tc>
          <w:tcPr>
            <w:tcW w:type="dxa" w:w="1300"/>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6"/>
                <w:rtl w:val="1"/>
                <w:szCs w:val="15"/>
              </w:rPr>
            </w:r>
          </w:p>
        </w:tc>
        <w:tc>
          <w:tcPr>
            <w:tcW w:type="dxa" w:w="1500"/>
            <w:vAlign w:val="center"/>
            <w:tcMar>
              <w:top w:w="75" w:type="dxa"/>
              <w:start w:w="75" w:type="dxa"/>
              <w:bottom w:w="75" w:type="dxa"/>
              <w:end w:w="75" w:type="dxa"/>
            </w:tcMar>
          </w:tcPr>
          <w:p>
            <w:pPr>
              <w:jc w:val="center"/>
              <w:bidi w:val="1"/>
              <w:spacing w:before="0" w:after="0" w:line="240" w:lineRule="auto"/>
              <w:mirrorIndents w:val="1"/>
            </w:pPr>
          </w:p>
        </w:tc>
      </w:tr>
      <w:tr w:rsidR="00A564F2" w14:paraId="699AA57D" w14:textId="77777777" w:rsidTr="009D38E5">
        <w:trPr>
          <w:cantSplit w:val="true"/>
          <w:trHeight w:hRule="atLeast"/>
        </w:trPr>
        <w:tc>
          <w:tcPr>
            <w:tcW w:w="1200" w:type="dxa"/>
            <w:vAlign w:val="center"/>
            <w:tcMar>
              <w:top w:w="75" w:type="dxa"/>
              <w:bottom w:w="75" w:type="dxa"/>
              <w:left w:w="70" w:type="dxa"/>
              <w:right w:w="70" w:type="dxa"/>
              <w:start w:w="75" w:type="dxa"/>
              <w:end w:w="75" w:type="dxa"/>
            </w:tcMar>
          </w:tcPr>
          <w:p w14:paraId="502A6448" w14:textId="77777777" w:rsidR="00A564F2" w:rsidRDefault="00A564F2" w:rsidP="009D38E5">
            <w:pPr>
              <w:spacing w:before="0" w:after="0" w:line="240" w:lineRule="auto"/>
              <w:jc w:val="center"/>
              <w:bidi w:val="1"/>
              <w:mirrorIndents w:val="1"/>
            </w:pPr>
            <w:r>
              <w:rPr>
                <w:rFonts w:ascii="Arial" w:hAnsi="Arial" w:cs="Arial" w:eastAsia="Arial"/>
                <w:b w:val="0"/>
                <w:sz w:val="16"/>
                <w:rtl w:val="1"/>
                <w:szCs w:val="15"/>
              </w:rPr>
              <w:t>الحوكمة</w:t>
            </w:r>
          </w:p>
        </w:tc>
        <w:tc>
          <w:tcPr>
            <w:tcW w:w="1550" w:type="dxa"/>
            <w:vAlign w:val="center"/>
            <w:tcMar>
              <w:top w:w="75" w:type="dxa"/>
              <w:bottom w:w="75" w:type="dxa"/>
              <w:left w:w="70" w:type="dxa"/>
              <w:right w:w="70" w:type="dxa"/>
              <w:start w:w="75" w:type="dxa"/>
              <w:end w:w="75" w:type="dxa"/>
            </w:tcMar>
          </w:tcPr>
          <w:p w14:paraId="0555F2D4" w14:textId="77777777" w:rsidR="00A564F2" w:rsidRDefault="00A564F2" w:rsidP="009D38E5">
            <w:pPr>
              <w:spacing w:before="0" w:after="0" w:line="240" w:lineRule="auto"/>
              <w:jc w:val="center"/>
              <w:bidi w:val="1"/>
              <w:mirrorIndents w:val="1"/>
            </w:pPr>
            <w:proofErr w:type="spellStart"/>
            <w:r>
              <w:rPr>
                <w:rFonts w:ascii="Arial" w:hAnsi="Arial" w:cs="Arial" w:eastAsia="Arial"/>
                <w:b w:val="0"/>
                <w:sz w:val="16"/>
                <w:rtl w:val="1"/>
                <w:szCs w:val="15"/>
              </w:rPr>
              <w:t>تعديل</w:t>
            </w:r>
            <w:proofErr w:type="spellEnd"/>
            <w:r>
              <w:rPr>
                <w:rFonts w:ascii="Arial" w:hAnsi="Arial" w:cs="Arial" w:eastAsia="Arial"/>
                <w:b w:val="0"/>
                <w:sz w:val="16"/>
                <w:rtl w:val="1"/>
                <w:szCs w:val="15"/>
              </w:rPr>
              <w:t xml:space="preserve"> اللوائح</w:t>
            </w:r>
          </w:p>
        </w:tc>
        <w:tc>
          <w:tcPr>
            <w:tcW w:w="1050" w:type="dxa"/>
            <w:vAlign w:val="center"/>
            <w:tcMar>
              <w:top w:w="75" w:type="dxa"/>
              <w:bottom w:w="75" w:type="dxa"/>
              <w:left w:w="70" w:type="dxa"/>
              <w:right w:w="70" w:type="dxa"/>
              <w:start w:w="75" w:type="dxa"/>
              <w:end w:w="75" w:type="dxa"/>
            </w:tcMar>
          </w:tcPr>
          <w:p w14:paraId="4D516C3B" w14:textId="77777777" w:rsidR="00A564F2" w:rsidRDefault="00A564F2" w:rsidP="009D38E5">
            <w:pPr>
              <w:spacing w:before="0" w:after="0" w:line="240" w:lineRule="auto"/>
              <w:jc w:val="center"/>
              <w:bidi w:val="1"/>
              <w:mirrorIndents w:val="1"/>
            </w:pPr>
            <w:r>
              <w:rPr>
                <w:rFonts w:ascii="Arial" w:hAnsi="Arial" w:cs="Arial" w:eastAsia="Arial"/>
                <w:b/>
                <w:sz w:val="16"/>
                <w:rtl w:val="1"/>
                <w:szCs w:val="16"/>
              </w:rPr>
              <w:t>A</w:t>
            </w:r>
          </w:p>
        </w:tc>
        <w:tc>
          <w:tcPr>
            <w:tcW w:w="1050" w:type="dxa"/>
            <w:vAlign w:val="center"/>
            <w:tcMar>
              <w:top w:w="75" w:type="dxa"/>
              <w:bottom w:w="75" w:type="dxa"/>
              <w:left w:w="70" w:type="dxa"/>
              <w:right w:w="70" w:type="dxa"/>
              <w:start w:w="75" w:type="dxa"/>
              <w:end w:w="75" w:type="dxa"/>
            </w:tcMar>
          </w:tcPr>
          <w:p w14:paraId="47B1FCA2" w14:textId="77777777" w:rsidR="00A564F2" w:rsidRDefault="00A564F2" w:rsidP="009D38E5">
            <w:pPr>
              <w:spacing w:before="0" w:after="0" w:line="240" w:lineRule="auto"/>
              <w:jc w:val="center"/>
              <w:bidi w:val="1"/>
              <w:mirrorIndents w:val="1"/>
            </w:pPr>
            <w:r>
              <w:rPr>
                <w:rFonts w:ascii="Arial" w:hAnsi="Arial" w:cs="Arial" w:eastAsia="Arial"/>
                <w:b/>
                <w:sz w:val="16"/>
                <w:rtl w:val="1"/>
                <w:szCs w:val="16"/>
              </w:rPr>
              <w:t>R</w:t>
            </w:r>
          </w:p>
        </w:tc>
        <w:tc>
          <w:tcPr>
            <w:tcW w:w="1150" w:type="dxa"/>
            <w:vAlign w:val="center"/>
            <w:tcMar>
              <w:top w:w="75" w:type="dxa"/>
              <w:bottom w:w="75" w:type="dxa"/>
              <w:left w:w="70" w:type="dxa"/>
              <w:right w:w="70" w:type="dxa"/>
              <w:start w:w="75" w:type="dxa"/>
              <w:end w:w="75" w:type="dxa"/>
            </w:tcMar>
          </w:tcPr>
          <w:p w14:paraId="3051526C" w14:textId="77777777" w:rsidR="00A564F2" w:rsidRDefault="00A564F2" w:rsidP="009D38E5">
            <w:pPr>
              <w:spacing w:before="0" w:after="0" w:line="240" w:lineRule="auto"/>
              <w:jc w:val="center"/>
              <w:bidi w:val="1"/>
              <w:mirrorIndents w:val="1"/>
            </w:pPr>
            <w:r>
              <w:rPr>
                <w:rFonts w:ascii="Arial" w:hAnsi="Arial" w:cs="Arial" w:eastAsia="Arial"/>
                <w:b/>
                <w:sz w:val="16"/>
                <w:rtl w:val="1"/>
                <w:szCs w:val="16"/>
              </w:rPr>
              <w:t>I</w:t>
            </w:r>
          </w:p>
        </w:tc>
        <w:tc>
          <w:tcPr>
            <w:tcW w:w="1250" w:type="dxa"/>
            <w:vAlign w:val="center"/>
            <w:tcMar>
              <w:top w:w="75" w:type="dxa"/>
              <w:bottom w:w="75" w:type="dxa"/>
              <w:left w:w="70" w:type="dxa"/>
              <w:right w:w="70" w:type="dxa"/>
              <w:start w:w="75" w:type="dxa"/>
              <w:end w:w="75" w:type="dxa"/>
            </w:tcMar>
          </w:tcPr>
          <w:p>
            <w:pPr>
              <w:spacing w:before="0" w:after="0" w:line="240" w:lineRule="auto"/>
              <w:jc w:val="center"/>
              <w:bidi w:val="1"/>
              <w:mirrorIndents w:val="1"/>
            </w:pPr>
            <w:r>
              <w:rPr>
                <w:rFonts w:ascii="Arial" w:hAnsi="Arial" w:eastAsia="Arial" w:cs="Arial"/>
                <w:b/>
                <w:sz w:val="16"/>
                <w:rtl w:val="1"/>
                <w:szCs w:val="16"/>
              </w:rPr>
              <w:t>V</w:t>
            </w:r>
          </w:p>
        </w:tc>
        <w:tc>
          <w:tcPr>
            <w:tcW w:type="dxa" w:w="1300"/>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6"/>
                <w:rtl w:val="1"/>
                <w:szCs w:val="15"/>
              </w:rPr>
            </w:r>
          </w:p>
        </w:tc>
        <w:tc>
          <w:tcPr>
            <w:tcW w:type="dxa" w:w="1500"/>
            <w:vAlign w:val="center"/>
            <w:tcMar>
              <w:top w:w="75" w:type="dxa"/>
              <w:start w:w="75" w:type="dxa"/>
              <w:bottom w:w="75" w:type="dxa"/>
              <w:end w:w="75" w:type="dxa"/>
            </w:tcMar>
          </w:tcPr>
          <w:p>
            <w:pPr>
              <w:jc w:val="center"/>
              <w:bidi w:val="1"/>
              <w:spacing w:before="0" w:after="0" w:line="240" w:lineRule="auto"/>
              <w:mirrorIndents w:val="1"/>
            </w:pPr>
          </w:p>
        </w:tc>
      </w:tr>
      <w:tr w:rsidR="00A564F2" w14:paraId="468431A1" w14:textId="77777777" w:rsidTr="009D38E5">
        <w:trPr>
          <w:cantSplit w:val="true"/>
          <w:trHeight w:hRule="atLeast"/>
        </w:trPr>
        <w:tc>
          <w:tcPr>
            <w:tcW w:w="1200" w:type="dxa"/>
            <w:vAlign w:val="center"/>
            <w:tcMar>
              <w:top w:w="75" w:type="dxa"/>
              <w:bottom w:w="75" w:type="dxa"/>
              <w:left w:w="70" w:type="dxa"/>
              <w:right w:w="70" w:type="dxa"/>
              <w:start w:w="75" w:type="dxa"/>
              <w:end w:w="75" w:type="dxa"/>
            </w:tcMar>
          </w:tcPr>
          <w:p w14:paraId="6CCB9AA1" w14:textId="77777777" w:rsidR="00A564F2" w:rsidRDefault="00A564F2" w:rsidP="009D38E5">
            <w:pPr>
              <w:spacing w:before="0" w:after="0" w:line="240" w:lineRule="auto"/>
              <w:jc w:val="center"/>
              <w:bidi w:val="1"/>
              <w:mirrorIndents w:val="1"/>
            </w:pPr>
            <w:r>
              <w:rPr>
                <w:rFonts w:ascii="Arial" w:hAnsi="Arial" w:cs="Arial" w:eastAsia="Arial"/>
                <w:b w:val="0"/>
                <w:sz w:val="16"/>
                <w:rtl w:val="1"/>
                <w:szCs w:val="15"/>
              </w:rPr>
              <w:t>الحوكمة</w:t>
            </w:r>
          </w:p>
        </w:tc>
        <w:tc>
          <w:tcPr>
            <w:tcW w:w="1550" w:type="dxa"/>
            <w:vAlign w:val="center"/>
            <w:tcMar>
              <w:top w:w="75" w:type="dxa"/>
              <w:bottom w:w="75" w:type="dxa"/>
              <w:left w:w="70" w:type="dxa"/>
              <w:right w:w="70" w:type="dxa"/>
              <w:start w:w="75" w:type="dxa"/>
              <w:end w:w="75" w:type="dxa"/>
            </w:tcMar>
          </w:tcPr>
          <w:p w14:paraId="59F7F3BE" w14:textId="77777777" w:rsidR="00A564F2" w:rsidRDefault="00A564F2" w:rsidP="009D38E5">
            <w:pPr>
              <w:spacing w:before="0" w:after="0" w:line="240" w:lineRule="auto"/>
              <w:jc w:val="center"/>
              <w:bidi w:val="1"/>
              <w:mirrorIndents w:val="1"/>
            </w:pPr>
            <w:r>
              <w:rPr>
                <w:rFonts w:ascii="Arial" w:hAnsi="Arial" w:cs="Arial" w:eastAsia="Arial"/>
                <w:b w:val="0"/>
                <w:sz w:val="16"/>
                <w:rtl w:val="1"/>
                <w:szCs w:val="15"/>
              </w:rPr>
              <w:t xml:space="preserve">اعتماد </w:t>
            </w:r>
            <w:proofErr w:type="spellStart"/>
            <w:r>
              <w:rPr>
                <w:rFonts w:ascii="Arial" w:hAnsi="Arial" w:cs="Arial" w:eastAsia="Arial"/>
                <w:b w:val="0"/>
                <w:sz w:val="16"/>
                <w:rtl w:val="1"/>
                <w:szCs w:val="15"/>
              </w:rPr>
              <w:t>السياسات</w:t>
            </w:r>
            <w:proofErr w:type="spellEnd"/>
          </w:p>
        </w:tc>
        <w:tc>
          <w:tcPr>
            <w:tcW w:w="1050" w:type="dxa"/>
            <w:vAlign w:val="center"/>
            <w:tcMar>
              <w:top w:w="75" w:type="dxa"/>
              <w:bottom w:w="75" w:type="dxa"/>
              <w:left w:w="70" w:type="dxa"/>
              <w:right w:w="70" w:type="dxa"/>
              <w:start w:w="75" w:type="dxa"/>
              <w:end w:w="75" w:type="dxa"/>
            </w:tcMar>
          </w:tcPr>
          <w:p w14:paraId="184EB789" w14:textId="77777777" w:rsidR="00A564F2" w:rsidRDefault="00A564F2" w:rsidP="009D38E5">
            <w:pPr>
              <w:spacing w:before="0" w:after="0" w:line="240" w:lineRule="auto"/>
              <w:jc w:val="center"/>
              <w:bidi w:val="1"/>
              <w:mirrorIndents w:val="1"/>
            </w:pPr>
            <w:r>
              <w:rPr>
                <w:rFonts w:ascii="Arial" w:hAnsi="Arial" w:cs="Arial" w:eastAsia="Arial"/>
                <w:b/>
                <w:sz w:val="16"/>
                <w:rtl w:val="1"/>
                <w:szCs w:val="16"/>
              </w:rPr>
              <w:t>A</w:t>
            </w:r>
          </w:p>
        </w:tc>
        <w:tc>
          <w:tcPr>
            <w:tcW w:w="1050" w:type="dxa"/>
            <w:vAlign w:val="center"/>
            <w:tcMar>
              <w:top w:w="75" w:type="dxa"/>
              <w:bottom w:w="75" w:type="dxa"/>
              <w:left w:w="70" w:type="dxa"/>
              <w:right w:w="70" w:type="dxa"/>
              <w:start w:w="75" w:type="dxa"/>
              <w:end w:w="75" w:type="dxa"/>
            </w:tcMar>
          </w:tcPr>
          <w:p w14:paraId="1EE3D1BF" w14:textId="77777777" w:rsidR="00A564F2" w:rsidRDefault="00A564F2" w:rsidP="009D38E5">
            <w:pPr>
              <w:spacing w:before="0" w:after="0" w:line="240" w:lineRule="auto"/>
              <w:jc w:val="center"/>
              <w:bidi w:val="1"/>
              <w:mirrorIndents w:val="1"/>
            </w:pPr>
            <w:r>
              <w:rPr>
                <w:rFonts w:ascii="Arial" w:hAnsi="Arial" w:cs="Arial" w:eastAsia="Arial"/>
                <w:b/>
                <w:sz w:val="16"/>
                <w:rtl w:val="1"/>
                <w:szCs w:val="16"/>
              </w:rPr>
              <w:t>R</w:t>
            </w:r>
          </w:p>
        </w:tc>
        <w:tc>
          <w:tcPr>
            <w:tcW w:w="1150" w:type="dxa"/>
            <w:vAlign w:val="center"/>
            <w:tcMar>
              <w:top w:w="75" w:type="dxa"/>
              <w:bottom w:w="75" w:type="dxa"/>
              <w:left w:w="70" w:type="dxa"/>
              <w:right w:w="70" w:type="dxa"/>
              <w:start w:w="75" w:type="dxa"/>
              <w:end w:w="75" w:type="dxa"/>
            </w:tcMar>
          </w:tcPr>
          <w:p w14:paraId="7F1DF535" w14:textId="77777777" w:rsidR="00A564F2" w:rsidRDefault="00A564F2" w:rsidP="009D38E5">
            <w:pPr>
              <w:spacing w:before="0" w:after="0" w:line="240" w:lineRule="auto"/>
              <w:jc w:val="center"/>
              <w:bidi w:val="1"/>
              <w:mirrorIndents w:val="1"/>
            </w:pPr>
            <w:r>
              <w:rPr>
                <w:rFonts w:ascii="Arial" w:hAnsi="Arial" w:cs="Arial" w:eastAsia="Arial"/>
                <w:b/>
                <w:sz w:val="16"/>
                <w:rtl w:val="1"/>
                <w:szCs w:val="16"/>
              </w:rPr>
              <w:t>I</w:t>
            </w:r>
          </w:p>
        </w:tc>
        <w:tc>
          <w:tcPr>
            <w:tcW w:w="1250" w:type="dxa"/>
            <w:vAlign w:val="center"/>
            <w:tcMar>
              <w:top w:w="75" w:type="dxa"/>
              <w:bottom w:w="75" w:type="dxa"/>
              <w:left w:w="70" w:type="dxa"/>
              <w:right w:w="70" w:type="dxa"/>
              <w:start w:w="75" w:type="dxa"/>
              <w:end w:w="75" w:type="dxa"/>
            </w:tcMar>
          </w:tcPr>
          <w:p>
            <w:pPr>
              <w:spacing w:before="0" w:after="0" w:line="240" w:lineRule="auto"/>
              <w:jc w:val="center"/>
              <w:bidi w:val="1"/>
              <w:mirrorIndents w:val="1"/>
            </w:pPr>
            <w:r>
              <w:rPr>
                <w:rFonts w:ascii="Arial" w:hAnsi="Arial" w:eastAsia="Arial" w:cs="Arial"/>
                <w:b/>
                <w:sz w:val="16"/>
                <w:rtl w:val="1"/>
                <w:szCs w:val="16"/>
              </w:rPr>
              <w:t>V</w:t>
            </w:r>
          </w:p>
        </w:tc>
        <w:tc>
          <w:tcPr>
            <w:tcW w:type="dxa" w:w="1300"/>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6"/>
                <w:rtl w:val="1"/>
                <w:szCs w:val="15"/>
              </w:rPr>
            </w:r>
          </w:p>
        </w:tc>
        <w:tc>
          <w:tcPr>
            <w:tcW w:type="dxa" w:w="1500"/>
            <w:vAlign w:val="center"/>
            <w:tcMar>
              <w:top w:w="75" w:type="dxa"/>
              <w:start w:w="75" w:type="dxa"/>
              <w:bottom w:w="75" w:type="dxa"/>
              <w:end w:w="75" w:type="dxa"/>
            </w:tcMar>
          </w:tcPr>
          <w:p>
            <w:pPr>
              <w:jc w:val="center"/>
              <w:bidi w:val="1"/>
              <w:spacing w:before="0" w:after="0" w:line="240" w:lineRule="auto"/>
              <w:mirrorIndents w:val="1"/>
            </w:pPr>
          </w:p>
        </w:tc>
      </w:tr>
      <w:tr w:rsidR="00A564F2" w14:paraId="1BE7D428" w14:textId="77777777" w:rsidTr="009D38E5">
        <w:trPr>
          <w:cantSplit w:val="true"/>
          <w:trHeight w:hRule="atLeast"/>
        </w:trPr>
        <w:tc>
          <w:tcPr>
            <w:tcW w:w="1200" w:type="dxa"/>
            <w:vAlign w:val="center"/>
            <w:tcMar>
              <w:top w:w="75" w:type="dxa"/>
              <w:bottom w:w="75" w:type="dxa"/>
              <w:left w:w="70" w:type="dxa"/>
              <w:right w:w="70" w:type="dxa"/>
              <w:start w:w="75" w:type="dxa"/>
              <w:end w:w="75" w:type="dxa"/>
            </w:tcMar>
          </w:tcPr>
          <w:p w14:paraId="5870BBDD" w14:textId="77777777" w:rsidR="00A564F2" w:rsidRDefault="00A564F2" w:rsidP="009D38E5">
            <w:pPr>
              <w:spacing w:before="0" w:after="0" w:line="240" w:lineRule="auto"/>
              <w:jc w:val="center"/>
              <w:bidi w:val="1"/>
              <w:mirrorIndents w:val="1"/>
            </w:pPr>
            <w:r>
              <w:rPr>
                <w:rFonts w:ascii="Arial" w:hAnsi="Arial" w:cs="Arial" w:eastAsia="Arial"/>
                <w:b w:val="0"/>
                <w:sz w:val="16"/>
                <w:rtl w:val="1"/>
                <w:szCs w:val="15"/>
              </w:rPr>
              <w:t>الحوكمة</w:t>
            </w:r>
          </w:p>
        </w:tc>
        <w:tc>
          <w:tcPr>
            <w:tcW w:w="1550" w:type="dxa"/>
            <w:vAlign w:val="center"/>
            <w:tcMar>
              <w:top w:w="75" w:type="dxa"/>
              <w:bottom w:w="75" w:type="dxa"/>
              <w:left w:w="70" w:type="dxa"/>
              <w:right w:w="70" w:type="dxa"/>
              <w:start w:w="75" w:type="dxa"/>
              <w:end w:w="75" w:type="dxa"/>
            </w:tcMar>
          </w:tcPr>
          <w:p w14:paraId="77E3E6F9" w14:textId="77777777" w:rsidR="00A564F2" w:rsidRDefault="00A564F2" w:rsidP="009D38E5">
            <w:pPr>
              <w:spacing w:before="0" w:after="0" w:line="240" w:lineRule="auto"/>
              <w:jc w:val="center"/>
              <w:bidi w:val="1"/>
              <w:mirrorIndents w:val="1"/>
            </w:pPr>
            <w:r>
              <w:rPr>
                <w:rFonts w:ascii="Arial" w:hAnsi="Arial" w:cs="Arial" w:eastAsia="Arial"/>
                <w:b w:val="0"/>
                <w:sz w:val="16"/>
                <w:rtl w:val="1"/>
                <w:szCs w:val="15"/>
              </w:rPr>
              <w:t>اعتماد الهيكل التنظيمي</w:t>
            </w:r>
          </w:p>
        </w:tc>
        <w:tc>
          <w:tcPr>
            <w:tcW w:w="1050" w:type="dxa"/>
            <w:vAlign w:val="center"/>
            <w:tcMar>
              <w:top w:w="75" w:type="dxa"/>
              <w:bottom w:w="75" w:type="dxa"/>
              <w:left w:w="70" w:type="dxa"/>
              <w:right w:w="70" w:type="dxa"/>
              <w:start w:w="75" w:type="dxa"/>
              <w:end w:w="75" w:type="dxa"/>
            </w:tcMar>
          </w:tcPr>
          <w:p w14:paraId="7D20C88D" w14:textId="77777777" w:rsidR="00A564F2" w:rsidRDefault="00A564F2" w:rsidP="009D38E5">
            <w:pPr>
              <w:spacing w:before="0" w:after="0" w:line="240" w:lineRule="auto"/>
              <w:jc w:val="center"/>
              <w:bidi w:val="1"/>
              <w:mirrorIndents w:val="1"/>
            </w:pPr>
            <w:r>
              <w:rPr>
                <w:rFonts w:ascii="Arial" w:hAnsi="Arial" w:cs="Arial" w:eastAsia="Arial"/>
                <w:b/>
                <w:sz w:val="16"/>
                <w:rtl w:val="1"/>
                <w:szCs w:val="16"/>
              </w:rPr>
              <w:t>A</w:t>
            </w:r>
          </w:p>
        </w:tc>
        <w:tc>
          <w:tcPr>
            <w:tcW w:w="1050" w:type="dxa"/>
            <w:vAlign w:val="center"/>
            <w:tcMar>
              <w:top w:w="75" w:type="dxa"/>
              <w:bottom w:w="75" w:type="dxa"/>
              <w:left w:w="70" w:type="dxa"/>
              <w:right w:w="70" w:type="dxa"/>
              <w:start w:w="75" w:type="dxa"/>
              <w:end w:w="75" w:type="dxa"/>
            </w:tcMar>
          </w:tcPr>
          <w:p w14:paraId="6DBAD137" w14:textId="77777777" w:rsidR="00A564F2" w:rsidRDefault="00A564F2" w:rsidP="009D38E5">
            <w:pPr>
              <w:spacing w:before="0" w:after="0" w:line="240" w:lineRule="auto"/>
              <w:jc w:val="center"/>
              <w:bidi w:val="1"/>
              <w:mirrorIndents w:val="1"/>
            </w:pPr>
            <w:r>
              <w:rPr>
                <w:rFonts w:ascii="Arial" w:hAnsi="Arial" w:cs="Arial" w:eastAsia="Arial"/>
                <w:b/>
                <w:sz w:val="16"/>
                <w:rtl w:val="1"/>
                <w:szCs w:val="16"/>
              </w:rPr>
              <w:t>R</w:t>
            </w:r>
          </w:p>
        </w:tc>
        <w:tc>
          <w:tcPr>
            <w:tcW w:w="1150" w:type="dxa"/>
            <w:vAlign w:val="center"/>
            <w:tcMar>
              <w:top w:w="75" w:type="dxa"/>
              <w:bottom w:w="75" w:type="dxa"/>
              <w:left w:w="70" w:type="dxa"/>
              <w:right w:w="70" w:type="dxa"/>
              <w:start w:w="75" w:type="dxa"/>
              <w:end w:w="75" w:type="dxa"/>
            </w:tcMar>
          </w:tcPr>
          <w:p w14:paraId="1A231108" w14:textId="77777777" w:rsidR="00A564F2" w:rsidRDefault="00A564F2" w:rsidP="009D38E5">
            <w:pPr>
              <w:spacing w:before="0" w:after="0" w:line="240" w:lineRule="auto"/>
              <w:jc w:val="center"/>
              <w:bidi w:val="1"/>
              <w:mirrorIndents w:val="1"/>
            </w:pPr>
            <w:r>
              <w:rPr>
                <w:rFonts w:ascii="Arial" w:hAnsi="Arial" w:cs="Arial" w:eastAsia="Arial"/>
                <w:b/>
                <w:sz w:val="16"/>
                <w:rtl w:val="1"/>
                <w:szCs w:val="16"/>
              </w:rPr>
              <w:t>R</w:t>
            </w:r>
          </w:p>
        </w:tc>
        <w:tc>
          <w:tcPr>
            <w:tcW w:w="1250" w:type="dxa"/>
            <w:vAlign w:val="center"/>
            <w:tcMar>
              <w:top w:w="75" w:type="dxa"/>
              <w:bottom w:w="75" w:type="dxa"/>
              <w:left w:w="70" w:type="dxa"/>
              <w:right w:w="70" w:type="dxa"/>
              <w:start w:w="75" w:type="dxa"/>
              <w:end w:w="75" w:type="dxa"/>
            </w:tcMar>
          </w:tcPr>
          <w:p>
            <w:pPr>
              <w:spacing w:before="0" w:after="0" w:line="240" w:lineRule="auto"/>
              <w:jc w:val="center"/>
              <w:bidi w:val="1"/>
              <w:mirrorIndents w:val="1"/>
            </w:pPr>
            <w:r>
              <w:rPr>
                <w:rFonts w:ascii="Arial" w:hAnsi="Arial" w:eastAsia="Arial" w:cs="Arial"/>
                <w:b/>
                <w:sz w:val="16"/>
                <w:rtl w:val="1"/>
                <w:szCs w:val="16"/>
              </w:rPr>
              <w:t>V</w:t>
            </w:r>
          </w:p>
        </w:tc>
        <w:tc>
          <w:tcPr>
            <w:tcW w:type="dxa" w:w="1300"/>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6"/>
                <w:rtl w:val="1"/>
                <w:szCs w:val="15"/>
              </w:rPr>
            </w:r>
          </w:p>
        </w:tc>
        <w:tc>
          <w:tcPr>
            <w:tcW w:type="dxa" w:w="1500"/>
            <w:vAlign w:val="center"/>
            <w:tcMar>
              <w:top w:w="75" w:type="dxa"/>
              <w:start w:w="75" w:type="dxa"/>
              <w:bottom w:w="75" w:type="dxa"/>
              <w:end w:w="75" w:type="dxa"/>
            </w:tcMar>
          </w:tcPr>
          <w:p>
            <w:pPr>
              <w:jc w:val="center"/>
              <w:bidi w:val="1"/>
              <w:spacing w:before="0" w:after="0" w:line="240" w:lineRule="auto"/>
              <w:mirrorIndents w:val="1"/>
            </w:pPr>
          </w:p>
        </w:tc>
      </w:tr>
      <w:tr w:rsidR="00A564F2" w14:paraId="31C447F3" w14:textId="77777777" w:rsidTr="009D38E5">
        <w:trPr>
          <w:cantSplit w:val="true"/>
          <w:trHeight w:hRule="atLeast"/>
        </w:trPr>
        <w:tc>
          <w:tcPr>
            <w:tcW w:w="1200" w:type="dxa"/>
            <w:vAlign w:val="center"/>
            <w:tcMar>
              <w:top w:w="75" w:type="dxa"/>
              <w:bottom w:w="75" w:type="dxa"/>
              <w:left w:w="70" w:type="dxa"/>
              <w:right w:w="70" w:type="dxa"/>
              <w:start w:w="75" w:type="dxa"/>
              <w:end w:w="75" w:type="dxa"/>
            </w:tcMar>
          </w:tcPr>
          <w:p w14:paraId="27C2D0C2" w14:textId="77777777" w:rsidR="00A564F2" w:rsidRDefault="00A564F2" w:rsidP="009D38E5">
            <w:pPr>
              <w:spacing w:before="0" w:after="0" w:line="240" w:lineRule="auto"/>
              <w:jc w:val="center"/>
              <w:bidi w:val="1"/>
              <w:mirrorIndents w:val="1"/>
            </w:pPr>
            <w:r>
              <w:rPr>
                <w:rFonts w:ascii="Arial" w:hAnsi="Arial" w:cs="Arial" w:eastAsia="Arial"/>
                <w:b w:val="0"/>
                <w:sz w:val="16"/>
                <w:rtl w:val="1"/>
                <w:szCs w:val="15"/>
              </w:rPr>
              <w:t>الحوكمة</w:t>
            </w:r>
          </w:p>
        </w:tc>
        <w:tc>
          <w:tcPr>
            <w:tcW w:w="1550" w:type="dxa"/>
            <w:vAlign w:val="center"/>
            <w:tcMar>
              <w:top w:w="75" w:type="dxa"/>
              <w:bottom w:w="75" w:type="dxa"/>
              <w:left w:w="70" w:type="dxa"/>
              <w:right w:w="70" w:type="dxa"/>
              <w:start w:w="75" w:type="dxa"/>
              <w:end w:w="75" w:type="dxa"/>
            </w:tcMar>
          </w:tcPr>
          <w:p w14:paraId="77CF6E3A" w14:textId="77777777" w:rsidR="00A564F2" w:rsidRDefault="00A564F2" w:rsidP="009D38E5">
            <w:pPr>
              <w:spacing w:before="0" w:after="0" w:line="240" w:lineRule="auto"/>
              <w:jc w:val="center"/>
              <w:bidi w:val="1"/>
              <w:mirrorIndents w:val="1"/>
            </w:pPr>
            <w:r>
              <w:rPr>
                <w:rFonts w:ascii="Arial" w:hAnsi="Arial" w:cs="Arial" w:eastAsia="Arial"/>
                <w:b w:val="0"/>
                <w:sz w:val="16"/>
                <w:rtl w:val="1"/>
                <w:szCs w:val="15"/>
              </w:rPr>
              <w:t xml:space="preserve">اعتماد </w:t>
            </w:r>
            <w:proofErr w:type="spellStart"/>
            <w:r>
              <w:rPr>
                <w:rFonts w:ascii="Arial" w:hAnsi="Arial" w:cs="Arial" w:eastAsia="Arial"/>
                <w:b w:val="0"/>
                <w:sz w:val="16"/>
                <w:rtl w:val="1"/>
                <w:szCs w:val="15"/>
              </w:rPr>
              <w:t>الخطة</w:t>
            </w:r>
            <w:proofErr w:type="spellEnd"/>
            <w:r>
              <w:rPr>
                <w:rFonts w:ascii="Arial" w:hAnsi="Arial" w:cs="Arial" w:eastAsia="Arial"/>
                <w:b w:val="0"/>
                <w:sz w:val="16"/>
                <w:rtl w:val="1"/>
                <w:szCs w:val="15"/>
              </w:rPr>
              <w:t xml:space="preserve"> </w:t>
            </w:r>
            <w:proofErr w:type="spellStart"/>
            <w:r>
              <w:rPr>
                <w:rFonts w:ascii="Arial" w:hAnsi="Arial" w:cs="Arial" w:eastAsia="Arial"/>
                <w:b w:val="0"/>
                <w:sz w:val="16"/>
                <w:rtl w:val="1"/>
                <w:szCs w:val="15"/>
              </w:rPr>
              <w:t>الاستراتيجية</w:t>
            </w:r>
            <w:proofErr w:type="spellEnd"/>
          </w:p>
        </w:tc>
        <w:tc>
          <w:tcPr>
            <w:tcW w:w="1050" w:type="dxa"/>
            <w:vAlign w:val="center"/>
            <w:tcMar>
              <w:top w:w="75" w:type="dxa"/>
              <w:bottom w:w="75" w:type="dxa"/>
              <w:left w:w="70" w:type="dxa"/>
              <w:right w:w="70" w:type="dxa"/>
              <w:start w:w="75" w:type="dxa"/>
              <w:end w:w="75" w:type="dxa"/>
            </w:tcMar>
          </w:tcPr>
          <w:p w14:paraId="6BC49969" w14:textId="77777777" w:rsidR="00A564F2" w:rsidRDefault="00A564F2" w:rsidP="009D38E5">
            <w:pPr>
              <w:spacing w:before="0" w:after="0" w:line="240" w:lineRule="auto"/>
              <w:jc w:val="center"/>
              <w:bidi w:val="1"/>
              <w:mirrorIndents w:val="1"/>
            </w:pPr>
            <w:r>
              <w:rPr>
                <w:rFonts w:ascii="Arial" w:hAnsi="Arial" w:cs="Arial" w:eastAsia="Arial"/>
                <w:b/>
                <w:sz w:val="16"/>
                <w:rtl w:val="1"/>
                <w:szCs w:val="16"/>
              </w:rPr>
              <w:t>A</w:t>
            </w:r>
          </w:p>
        </w:tc>
        <w:tc>
          <w:tcPr>
            <w:tcW w:w="1050" w:type="dxa"/>
            <w:vAlign w:val="center"/>
            <w:tcMar>
              <w:top w:w="75" w:type="dxa"/>
              <w:bottom w:w="75" w:type="dxa"/>
              <w:left w:w="70" w:type="dxa"/>
              <w:right w:w="70" w:type="dxa"/>
              <w:start w:w="75" w:type="dxa"/>
              <w:end w:w="75" w:type="dxa"/>
            </w:tcMar>
          </w:tcPr>
          <w:p w14:paraId="703E322D" w14:textId="77777777" w:rsidR="00A564F2" w:rsidRDefault="00A564F2" w:rsidP="009D38E5">
            <w:pPr>
              <w:spacing w:before="0" w:after="0" w:line="240" w:lineRule="auto"/>
              <w:jc w:val="center"/>
              <w:bidi w:val="1"/>
              <w:mirrorIndents w:val="1"/>
            </w:pPr>
            <w:r>
              <w:rPr>
                <w:rFonts w:ascii="Arial" w:hAnsi="Arial" w:cs="Arial" w:eastAsia="Arial"/>
                <w:b/>
                <w:sz w:val="16"/>
                <w:rtl w:val="1"/>
                <w:szCs w:val="16"/>
              </w:rPr>
              <w:t>R</w:t>
            </w:r>
          </w:p>
        </w:tc>
        <w:tc>
          <w:tcPr>
            <w:tcW w:w="1150" w:type="dxa"/>
            <w:vAlign w:val="center"/>
            <w:tcMar>
              <w:top w:w="75" w:type="dxa"/>
              <w:bottom w:w="75" w:type="dxa"/>
              <w:left w:w="70" w:type="dxa"/>
              <w:right w:w="70" w:type="dxa"/>
              <w:start w:w="75" w:type="dxa"/>
              <w:end w:w="75" w:type="dxa"/>
            </w:tcMar>
          </w:tcPr>
          <w:p w14:paraId="34CEEE2F" w14:textId="77777777" w:rsidR="00A564F2" w:rsidRDefault="00A564F2" w:rsidP="009D38E5">
            <w:pPr>
              <w:spacing w:before="0" w:after="0" w:line="240" w:lineRule="auto"/>
              <w:jc w:val="center"/>
              <w:bidi w:val="1"/>
              <w:mirrorIndents w:val="1"/>
            </w:pPr>
            <w:r>
              <w:rPr>
                <w:rFonts w:ascii="Arial" w:hAnsi="Arial" w:cs="Arial" w:eastAsia="Arial"/>
                <w:b/>
                <w:sz w:val="16"/>
                <w:rtl w:val="1"/>
                <w:szCs w:val="16"/>
              </w:rPr>
              <w:t>R</w:t>
            </w:r>
          </w:p>
        </w:tc>
        <w:tc>
          <w:tcPr>
            <w:tcW w:w="1250" w:type="dxa"/>
            <w:vAlign w:val="center"/>
            <w:tcMar>
              <w:top w:w="75" w:type="dxa"/>
              <w:bottom w:w="75" w:type="dxa"/>
              <w:left w:w="70" w:type="dxa"/>
              <w:right w:w="70" w:type="dxa"/>
              <w:start w:w="75" w:type="dxa"/>
              <w:end w:w="75" w:type="dxa"/>
            </w:tcMar>
          </w:tcPr>
          <w:p>
            <w:pPr>
              <w:spacing w:before="0" w:after="0" w:line="240" w:lineRule="auto"/>
              <w:jc w:val="center"/>
              <w:bidi w:val="1"/>
              <w:mirrorIndents w:val="1"/>
            </w:pPr>
            <w:r>
              <w:rPr>
                <w:rFonts w:ascii="Arial" w:hAnsi="Arial" w:eastAsia="Arial" w:cs="Arial"/>
                <w:b w:val="0"/>
                <w:sz w:val="16"/>
                <w:rtl w:val="1"/>
                <w:szCs w:val="15"/>
              </w:rPr>
            </w:r>
          </w:p>
        </w:tc>
        <w:tc>
          <w:tcPr>
            <w:tcW w:type="dxa" w:w="1300"/>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6"/>
                <w:rtl w:val="1"/>
                <w:szCs w:val="15"/>
              </w:rPr>
            </w:r>
          </w:p>
        </w:tc>
        <w:tc>
          <w:tcPr>
            <w:tcW w:type="dxa" w:w="1500"/>
            <w:vAlign w:val="center"/>
            <w:tcMar>
              <w:top w:w="75" w:type="dxa"/>
              <w:start w:w="75" w:type="dxa"/>
              <w:bottom w:w="75" w:type="dxa"/>
              <w:end w:w="75" w:type="dxa"/>
            </w:tcMar>
          </w:tcPr>
          <w:p>
            <w:pPr>
              <w:jc w:val="center"/>
              <w:bidi w:val="1"/>
              <w:spacing w:before="0" w:after="0" w:line="240" w:lineRule="auto"/>
              <w:mirrorIndents w:val="1"/>
            </w:pPr>
          </w:p>
        </w:tc>
      </w:tr>
      <w:tr w:rsidR="00A564F2" w14:paraId="4D4DFF42" w14:textId="77777777" w:rsidTr="009D38E5">
        <w:trPr>
          <w:cantSplit w:val="true"/>
          <w:trHeight w:hRule="atLeast"/>
        </w:trPr>
        <w:tc>
          <w:tcPr>
            <w:tcW w:w="1200" w:type="dxa"/>
            <w:vAlign w:val="center"/>
            <w:tcMar>
              <w:top w:w="75" w:type="dxa"/>
              <w:bottom w:w="75" w:type="dxa"/>
              <w:left w:w="70" w:type="dxa"/>
              <w:right w:w="70" w:type="dxa"/>
              <w:start w:w="75" w:type="dxa"/>
              <w:end w:w="75" w:type="dxa"/>
            </w:tcMar>
          </w:tcPr>
          <w:p w14:paraId="52090EE4" w14:textId="77777777" w:rsidR="00A564F2" w:rsidRDefault="00A564F2" w:rsidP="009D38E5">
            <w:pPr>
              <w:spacing w:before="0" w:after="0" w:line="240" w:lineRule="auto"/>
              <w:jc w:val="center"/>
              <w:bidi w:val="1"/>
              <w:mirrorIndents w:val="1"/>
            </w:pPr>
            <w:r>
              <w:rPr>
                <w:rFonts w:ascii="Arial" w:hAnsi="Arial" w:cs="Arial" w:eastAsia="Arial"/>
                <w:b w:val="0"/>
                <w:sz w:val="16"/>
                <w:rtl w:val="1"/>
                <w:szCs w:val="15"/>
              </w:rPr>
              <w:t>الحوكمة</w:t>
            </w:r>
          </w:p>
        </w:tc>
        <w:tc>
          <w:tcPr>
            <w:tcW w:w="1550" w:type="dxa"/>
            <w:vAlign w:val="center"/>
            <w:tcMar>
              <w:top w:w="75" w:type="dxa"/>
              <w:bottom w:w="75" w:type="dxa"/>
              <w:left w:w="70" w:type="dxa"/>
              <w:right w:w="70" w:type="dxa"/>
              <w:start w:w="75" w:type="dxa"/>
              <w:end w:w="75" w:type="dxa"/>
            </w:tcMar>
          </w:tcPr>
          <w:p w14:paraId="408D2F76" w14:textId="77777777" w:rsidR="00A564F2" w:rsidRDefault="00A564F2" w:rsidP="009D38E5">
            <w:pPr>
              <w:spacing w:before="0" w:after="0" w:line="240" w:lineRule="auto"/>
              <w:jc w:val="center"/>
              <w:bidi w:val="1"/>
              <w:mirrorIndents w:val="1"/>
            </w:pPr>
            <w:r>
              <w:rPr>
                <w:rFonts w:ascii="Arial" w:hAnsi="Arial" w:cs="Arial" w:eastAsia="Arial"/>
                <w:b w:val="0"/>
                <w:sz w:val="16"/>
                <w:rtl w:val="1"/>
                <w:szCs w:val="15"/>
              </w:rPr>
              <w:t xml:space="preserve">اعتماد </w:t>
            </w:r>
            <w:proofErr w:type="spellStart"/>
            <w:r>
              <w:rPr>
                <w:rFonts w:ascii="Arial" w:hAnsi="Arial" w:cs="Arial" w:eastAsia="Arial"/>
                <w:b w:val="0"/>
                <w:sz w:val="16"/>
                <w:rtl w:val="1"/>
                <w:szCs w:val="15"/>
              </w:rPr>
              <w:t>الخطة</w:t>
            </w:r>
            <w:proofErr w:type="spellEnd"/>
            <w:r>
              <w:rPr>
                <w:rFonts w:ascii="Arial" w:hAnsi="Arial" w:cs="Arial" w:eastAsia="Arial"/>
                <w:b w:val="0"/>
                <w:sz w:val="16"/>
                <w:rtl w:val="1"/>
                <w:szCs w:val="15"/>
              </w:rPr>
              <w:t xml:space="preserve"> </w:t>
            </w:r>
            <w:proofErr w:type="spellStart"/>
            <w:r>
              <w:rPr>
                <w:rFonts w:ascii="Arial" w:hAnsi="Arial" w:cs="Arial" w:eastAsia="Arial"/>
                <w:b w:val="0"/>
                <w:sz w:val="16"/>
                <w:rtl w:val="1"/>
                <w:szCs w:val="15"/>
              </w:rPr>
              <w:t>التشغيلية</w:t>
            </w:r>
            <w:proofErr w:type="spellEnd"/>
          </w:p>
        </w:tc>
        <w:tc>
          <w:tcPr>
            <w:tcW w:w="1050" w:type="dxa"/>
            <w:vAlign w:val="center"/>
            <w:tcMar>
              <w:top w:w="75" w:type="dxa"/>
              <w:bottom w:w="75" w:type="dxa"/>
              <w:left w:w="70" w:type="dxa"/>
              <w:right w:w="70" w:type="dxa"/>
              <w:start w:w="75" w:type="dxa"/>
              <w:end w:w="75" w:type="dxa"/>
            </w:tcMar>
          </w:tcPr>
          <w:p w14:paraId="03628FF2" w14:textId="77777777" w:rsidR="00A564F2" w:rsidRDefault="00A564F2" w:rsidP="009D38E5">
            <w:pPr>
              <w:spacing w:before="0" w:after="0" w:line="240" w:lineRule="auto"/>
              <w:jc w:val="center"/>
              <w:bidi w:val="1"/>
              <w:mirrorIndents w:val="1"/>
            </w:pPr>
            <w:r>
              <w:rPr>
                <w:rFonts w:ascii="Arial" w:hAnsi="Arial" w:cs="Arial" w:eastAsia="Arial"/>
                <w:b/>
                <w:sz w:val="16"/>
                <w:rtl w:val="1"/>
                <w:szCs w:val="16"/>
              </w:rPr>
              <w:t>A</w:t>
            </w:r>
          </w:p>
        </w:tc>
        <w:tc>
          <w:tcPr>
            <w:tcW w:w="1050" w:type="dxa"/>
            <w:vAlign w:val="center"/>
            <w:tcMar>
              <w:top w:w="75" w:type="dxa"/>
              <w:bottom w:w="75" w:type="dxa"/>
              <w:left w:w="70" w:type="dxa"/>
              <w:right w:w="70" w:type="dxa"/>
              <w:start w:w="75" w:type="dxa"/>
              <w:end w:w="75" w:type="dxa"/>
            </w:tcMar>
          </w:tcPr>
          <w:p w14:paraId="7738F4BA" w14:textId="77777777" w:rsidR="00A564F2" w:rsidRDefault="00A564F2" w:rsidP="009D38E5">
            <w:pPr>
              <w:spacing w:before="0" w:after="0" w:line="240" w:lineRule="auto"/>
              <w:jc w:val="center"/>
              <w:bidi w:val="1"/>
              <w:mirrorIndents w:val="1"/>
            </w:pPr>
            <w:r>
              <w:rPr>
                <w:rFonts w:ascii="Arial" w:hAnsi="Arial" w:cs="Arial" w:eastAsia="Arial"/>
                <w:b/>
                <w:sz w:val="16"/>
                <w:rtl w:val="1"/>
                <w:szCs w:val="16"/>
              </w:rPr>
              <w:t>R</w:t>
            </w:r>
          </w:p>
        </w:tc>
        <w:tc>
          <w:tcPr>
            <w:tcW w:w="1150" w:type="dxa"/>
            <w:vAlign w:val="center"/>
            <w:tcMar>
              <w:top w:w="75" w:type="dxa"/>
              <w:bottom w:w="75" w:type="dxa"/>
              <w:left w:w="70" w:type="dxa"/>
              <w:right w:w="70" w:type="dxa"/>
              <w:start w:w="75" w:type="dxa"/>
              <w:end w:w="75" w:type="dxa"/>
            </w:tcMar>
          </w:tcPr>
          <w:p w14:paraId="3D217E4D" w14:textId="77777777" w:rsidR="00A564F2" w:rsidRDefault="00A564F2" w:rsidP="009D38E5">
            <w:pPr>
              <w:spacing w:before="0" w:after="0" w:line="240" w:lineRule="auto"/>
              <w:jc w:val="center"/>
              <w:bidi w:val="1"/>
              <w:mirrorIndents w:val="1"/>
            </w:pPr>
            <w:r>
              <w:rPr>
                <w:rFonts w:ascii="Arial" w:hAnsi="Arial" w:cs="Arial" w:eastAsia="Arial"/>
                <w:b/>
                <w:sz w:val="16"/>
                <w:rtl w:val="1"/>
                <w:szCs w:val="16"/>
              </w:rPr>
              <w:t>R</w:t>
            </w:r>
          </w:p>
        </w:tc>
        <w:tc>
          <w:tcPr>
            <w:tcW w:w="1250" w:type="dxa"/>
            <w:vAlign w:val="center"/>
            <w:tcMar>
              <w:top w:w="75" w:type="dxa"/>
              <w:bottom w:w="75" w:type="dxa"/>
              <w:left w:w="70" w:type="dxa"/>
              <w:right w:w="70" w:type="dxa"/>
              <w:start w:w="75" w:type="dxa"/>
              <w:end w:w="75" w:type="dxa"/>
            </w:tcMar>
          </w:tcPr>
          <w:p>
            <w:pPr>
              <w:spacing w:before="0" w:after="0" w:line="240" w:lineRule="auto"/>
              <w:jc w:val="center"/>
              <w:bidi w:val="1"/>
              <w:mirrorIndents w:val="1"/>
            </w:pPr>
            <w:r>
              <w:rPr>
                <w:rFonts w:ascii="Arial" w:hAnsi="Arial" w:eastAsia="Arial" w:cs="Arial"/>
                <w:b w:val="0"/>
                <w:sz w:val="16"/>
                <w:rtl w:val="1"/>
                <w:szCs w:val="15"/>
              </w:rPr>
            </w:r>
          </w:p>
        </w:tc>
        <w:tc>
          <w:tcPr>
            <w:tcW w:type="dxa" w:w="1300"/>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6"/>
                <w:rtl w:val="1"/>
                <w:szCs w:val="15"/>
              </w:rPr>
            </w:r>
          </w:p>
        </w:tc>
        <w:tc>
          <w:tcPr>
            <w:tcW w:type="dxa" w:w="1500"/>
            <w:vAlign w:val="center"/>
            <w:tcMar>
              <w:top w:w="75" w:type="dxa"/>
              <w:start w:w="75" w:type="dxa"/>
              <w:bottom w:w="75" w:type="dxa"/>
              <w:end w:w="75" w:type="dxa"/>
            </w:tcMar>
          </w:tcPr>
          <w:p>
            <w:pPr>
              <w:jc w:val="center"/>
              <w:bidi w:val="1"/>
              <w:spacing w:before="0" w:after="0" w:line="240" w:lineRule="auto"/>
              <w:mirrorIndents w:val="1"/>
            </w:pPr>
          </w:p>
        </w:tc>
      </w:tr>
      <w:tr w:rsidR="00A564F2" w14:paraId="40509E2C" w14:textId="77777777" w:rsidTr="009D38E5">
        <w:trPr>
          <w:cantSplit w:val="true"/>
          <w:trHeight w:hRule="atLeast"/>
        </w:trPr>
        <w:tc>
          <w:tcPr>
            <w:tcW w:w="1200" w:type="dxa"/>
            <w:vAlign w:val="center"/>
            <w:tcMar>
              <w:top w:w="75" w:type="dxa"/>
              <w:bottom w:w="75" w:type="dxa"/>
              <w:left w:w="70" w:type="dxa"/>
              <w:right w:w="70" w:type="dxa"/>
              <w:start w:w="75" w:type="dxa"/>
              <w:end w:w="75" w:type="dxa"/>
            </w:tcMar>
          </w:tcPr>
          <w:p w14:paraId="444674AC" w14:textId="77777777" w:rsidR="00A564F2" w:rsidRDefault="00A564F2" w:rsidP="009D38E5">
            <w:pPr>
              <w:spacing w:before="0" w:after="0" w:line="240" w:lineRule="auto"/>
              <w:jc w:val="center"/>
              <w:bidi w:val="1"/>
              <w:mirrorIndents w:val="1"/>
            </w:pPr>
            <w:r>
              <w:rPr>
                <w:rFonts w:ascii="Arial" w:hAnsi="Arial" w:cs="Arial" w:eastAsia="Arial"/>
                <w:b w:val="0"/>
                <w:sz w:val="16"/>
                <w:rtl w:val="1"/>
                <w:szCs w:val="15"/>
              </w:rPr>
              <w:t>الحوكمة</w:t>
            </w:r>
          </w:p>
        </w:tc>
        <w:tc>
          <w:tcPr>
            <w:tcW w:w="1550" w:type="dxa"/>
            <w:vAlign w:val="center"/>
            <w:tcMar>
              <w:top w:w="75" w:type="dxa"/>
              <w:bottom w:w="75" w:type="dxa"/>
              <w:left w:w="70" w:type="dxa"/>
              <w:right w:w="70" w:type="dxa"/>
              <w:start w:w="75" w:type="dxa"/>
              <w:end w:w="75" w:type="dxa"/>
            </w:tcMar>
          </w:tcPr>
          <w:p w14:paraId="5DF6C153" w14:textId="77777777" w:rsidR="00A564F2" w:rsidRDefault="00A564F2" w:rsidP="009D38E5">
            <w:pPr>
              <w:spacing w:before="0" w:after="0" w:line="240" w:lineRule="auto"/>
              <w:jc w:val="center"/>
              <w:bidi w:val="1"/>
              <w:mirrorIndents w:val="1"/>
            </w:pPr>
            <w:r>
              <w:rPr>
                <w:rFonts w:ascii="Arial" w:hAnsi="Arial" w:cs="Arial" w:eastAsia="Arial"/>
                <w:b w:val="0"/>
                <w:sz w:val="16"/>
                <w:rtl w:val="1"/>
                <w:szCs w:val="15"/>
              </w:rPr>
              <w:t xml:space="preserve">اعتماد </w:t>
            </w:r>
            <w:proofErr w:type="spellStart"/>
            <w:r>
              <w:rPr>
                <w:rFonts w:ascii="Arial" w:hAnsi="Arial" w:cs="Arial" w:eastAsia="Arial"/>
                <w:b w:val="0"/>
                <w:sz w:val="16"/>
                <w:rtl w:val="1"/>
                <w:szCs w:val="15"/>
              </w:rPr>
              <w:t>مؤشرات</w:t>
            </w:r>
            <w:proofErr w:type="spellEnd"/>
            <w:r>
              <w:rPr>
                <w:rFonts w:ascii="Arial" w:hAnsi="Arial" w:cs="Arial" w:eastAsia="Arial"/>
                <w:b w:val="0"/>
                <w:sz w:val="16"/>
                <w:rtl w:val="1"/>
                <w:szCs w:val="15"/>
              </w:rPr>
              <w:t xml:space="preserve"> </w:t>
            </w:r>
            <w:proofErr w:type="spellStart"/>
            <w:r>
              <w:rPr>
                <w:rFonts w:ascii="Arial" w:hAnsi="Arial" w:cs="Arial" w:eastAsia="Arial"/>
                <w:b w:val="0"/>
                <w:sz w:val="16"/>
                <w:rtl w:val="1"/>
                <w:szCs w:val="15"/>
              </w:rPr>
              <w:t>الأداء</w:t>
            </w:r>
            <w:proofErr w:type="spellEnd"/>
          </w:p>
        </w:tc>
        <w:tc>
          <w:tcPr>
            <w:tcW w:w="1050" w:type="dxa"/>
            <w:vAlign w:val="center"/>
            <w:tcMar>
              <w:top w:w="75" w:type="dxa"/>
              <w:bottom w:w="75" w:type="dxa"/>
              <w:left w:w="70" w:type="dxa"/>
              <w:right w:w="70" w:type="dxa"/>
              <w:start w:w="75" w:type="dxa"/>
              <w:end w:w="75" w:type="dxa"/>
            </w:tcMar>
          </w:tcPr>
          <w:p w14:paraId="5E637AFF" w14:textId="77777777" w:rsidR="00A564F2" w:rsidRDefault="00A564F2" w:rsidP="009D38E5">
            <w:pPr>
              <w:spacing w:before="0" w:after="0" w:line="240" w:lineRule="auto"/>
              <w:jc w:val="center"/>
              <w:bidi w:val="1"/>
              <w:mirrorIndents w:val="1"/>
            </w:pPr>
            <w:r>
              <w:rPr>
                <w:rFonts w:ascii="Arial" w:hAnsi="Arial" w:cs="Arial" w:eastAsia="Arial"/>
                <w:b/>
                <w:sz w:val="16"/>
                <w:rtl w:val="1"/>
                <w:szCs w:val="16"/>
              </w:rPr>
              <w:t>A</w:t>
            </w:r>
          </w:p>
        </w:tc>
        <w:tc>
          <w:tcPr>
            <w:tcW w:w="1050" w:type="dxa"/>
            <w:vAlign w:val="center"/>
            <w:tcMar>
              <w:top w:w="75" w:type="dxa"/>
              <w:bottom w:w="75" w:type="dxa"/>
              <w:left w:w="70" w:type="dxa"/>
              <w:right w:w="70" w:type="dxa"/>
              <w:start w:w="75" w:type="dxa"/>
              <w:end w:w="75" w:type="dxa"/>
            </w:tcMar>
          </w:tcPr>
          <w:p w14:paraId="29726D6B" w14:textId="77777777" w:rsidR="00A564F2" w:rsidRDefault="00A564F2" w:rsidP="009D38E5">
            <w:pPr>
              <w:spacing w:before="0" w:after="0" w:line="240" w:lineRule="auto"/>
              <w:jc w:val="center"/>
              <w:bidi w:val="1"/>
              <w:mirrorIndents w:val="1"/>
            </w:pPr>
            <w:r>
              <w:rPr>
                <w:rFonts w:ascii="Arial" w:hAnsi="Arial" w:cs="Arial" w:eastAsia="Arial"/>
                <w:b/>
                <w:sz w:val="16"/>
                <w:rtl w:val="1"/>
                <w:szCs w:val="16"/>
              </w:rPr>
              <w:t>R</w:t>
            </w:r>
          </w:p>
        </w:tc>
        <w:tc>
          <w:tcPr>
            <w:tcW w:w="1150" w:type="dxa"/>
            <w:vAlign w:val="center"/>
            <w:tcMar>
              <w:top w:w="75" w:type="dxa"/>
              <w:bottom w:w="75" w:type="dxa"/>
              <w:left w:w="70" w:type="dxa"/>
              <w:right w:w="70" w:type="dxa"/>
              <w:start w:w="75" w:type="dxa"/>
              <w:end w:w="75" w:type="dxa"/>
            </w:tcMar>
          </w:tcPr>
          <w:p w14:paraId="128654B4" w14:textId="77777777" w:rsidR="00A564F2" w:rsidRDefault="00A564F2" w:rsidP="009D38E5">
            <w:pPr>
              <w:spacing w:before="0" w:after="0" w:line="240" w:lineRule="auto"/>
              <w:jc w:val="center"/>
              <w:bidi w:val="1"/>
              <w:mirrorIndents w:val="1"/>
            </w:pPr>
            <w:r>
              <w:rPr>
                <w:rFonts w:ascii="Arial" w:hAnsi="Arial" w:cs="Arial" w:eastAsia="Arial"/>
                <w:b/>
                <w:sz w:val="16"/>
                <w:rtl w:val="1"/>
                <w:szCs w:val="16"/>
              </w:rPr>
              <w:t>R</w:t>
            </w:r>
          </w:p>
        </w:tc>
        <w:tc>
          <w:tcPr>
            <w:tcW w:w="1250" w:type="dxa"/>
            <w:vAlign w:val="center"/>
            <w:tcMar>
              <w:top w:w="75" w:type="dxa"/>
              <w:bottom w:w="75" w:type="dxa"/>
              <w:left w:w="70" w:type="dxa"/>
              <w:right w:w="70" w:type="dxa"/>
              <w:start w:w="75" w:type="dxa"/>
              <w:end w:w="75" w:type="dxa"/>
            </w:tcMar>
          </w:tcPr>
          <w:p>
            <w:pPr>
              <w:spacing w:before="0" w:after="0" w:line="240" w:lineRule="auto"/>
              <w:jc w:val="center"/>
              <w:bidi w:val="1"/>
              <w:mirrorIndents w:val="1"/>
            </w:pPr>
            <w:r>
              <w:rPr>
                <w:rFonts w:ascii="Arial" w:hAnsi="Arial" w:eastAsia="Arial" w:cs="Arial"/>
                <w:b w:val="0"/>
                <w:sz w:val="16"/>
                <w:rtl w:val="1"/>
                <w:szCs w:val="15"/>
              </w:rPr>
            </w:r>
          </w:p>
        </w:tc>
        <w:tc>
          <w:tcPr>
            <w:tcW w:type="dxa" w:w="1300"/>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6"/>
                <w:rtl w:val="1"/>
                <w:szCs w:val="15"/>
              </w:rPr>
            </w:r>
          </w:p>
        </w:tc>
        <w:tc>
          <w:tcPr>
            <w:tcW w:type="dxa" w:w="1500"/>
            <w:vAlign w:val="center"/>
            <w:tcMar>
              <w:top w:w="75" w:type="dxa"/>
              <w:start w:w="75" w:type="dxa"/>
              <w:bottom w:w="75" w:type="dxa"/>
              <w:end w:w="75" w:type="dxa"/>
            </w:tcMar>
          </w:tcPr>
          <w:p>
            <w:pPr>
              <w:jc w:val="center"/>
              <w:bidi w:val="1"/>
              <w:spacing w:before="0" w:after="0" w:line="240" w:lineRule="auto"/>
              <w:mirrorIndents w:val="1"/>
            </w:pPr>
          </w:p>
        </w:tc>
      </w:tr>
      <w:tr w:rsidR="00A564F2" w14:paraId="177D9602" w14:textId="77777777" w:rsidTr="009D38E5">
        <w:trPr>
          <w:cantSplit w:val="true"/>
          <w:trHeight w:hRule="atLeast"/>
        </w:trPr>
        <w:tc>
          <w:tcPr>
            <w:tcW w:w="1200" w:type="dxa"/>
            <w:vAlign w:val="center"/>
            <w:tcMar>
              <w:top w:w="75" w:type="dxa"/>
              <w:bottom w:w="75" w:type="dxa"/>
              <w:left w:w="70" w:type="dxa"/>
              <w:right w:w="70" w:type="dxa"/>
              <w:start w:w="75" w:type="dxa"/>
              <w:end w:w="75" w:type="dxa"/>
            </w:tcMar>
          </w:tcPr>
          <w:p w14:paraId="6FD0E04A" w14:textId="77777777" w:rsidR="00A564F2" w:rsidRDefault="00A564F2" w:rsidP="009D38E5">
            <w:pPr>
              <w:spacing w:before="0" w:after="0" w:line="240" w:lineRule="auto"/>
              <w:jc w:val="center"/>
              <w:bidi w:val="1"/>
              <w:mirrorIndents w:val="1"/>
            </w:pPr>
            <w:r>
              <w:rPr>
                <w:rFonts w:ascii="Arial" w:hAnsi="Arial" w:cs="Arial" w:eastAsia="Arial"/>
                <w:b w:val="0"/>
                <w:sz w:val="16"/>
                <w:rtl w:val="1"/>
                <w:szCs w:val="15"/>
              </w:rPr>
              <w:t>الحوكمة</w:t>
            </w:r>
          </w:p>
        </w:tc>
        <w:tc>
          <w:tcPr>
            <w:tcW w:w="1550" w:type="dxa"/>
            <w:vAlign w:val="center"/>
            <w:tcMar>
              <w:top w:w="75" w:type="dxa"/>
              <w:bottom w:w="75" w:type="dxa"/>
              <w:left w:w="70" w:type="dxa"/>
              <w:right w:w="70" w:type="dxa"/>
              <w:start w:w="75" w:type="dxa"/>
              <w:end w:w="75" w:type="dxa"/>
            </w:tcMar>
          </w:tcPr>
          <w:p w14:paraId="3B395CB6" w14:textId="77777777" w:rsidR="00A564F2" w:rsidRDefault="00A564F2" w:rsidP="009D38E5">
            <w:pPr>
              <w:spacing w:before="0" w:after="0" w:line="240" w:lineRule="auto"/>
              <w:jc w:val="center"/>
              <w:bidi w:val="1"/>
              <w:mirrorIndents w:val="1"/>
            </w:pPr>
            <w:r>
              <w:rPr>
                <w:rFonts w:ascii="Arial" w:hAnsi="Arial" w:cs="Arial" w:eastAsia="Arial"/>
                <w:b w:val="0"/>
                <w:sz w:val="16"/>
                <w:rtl w:val="1"/>
                <w:szCs w:val="15"/>
              </w:rPr>
              <w:t xml:space="preserve">اعتماد </w:t>
            </w:r>
            <w:proofErr w:type="spellStart"/>
            <w:r>
              <w:rPr>
                <w:rFonts w:ascii="Arial" w:hAnsi="Arial" w:cs="Arial" w:eastAsia="Arial"/>
                <w:b w:val="0"/>
                <w:sz w:val="16"/>
                <w:rtl w:val="1"/>
                <w:szCs w:val="15"/>
              </w:rPr>
              <w:t>الموازنة</w:t>
            </w:r>
            <w:proofErr w:type="spellEnd"/>
            <w:r>
              <w:rPr>
                <w:rFonts w:ascii="Arial" w:hAnsi="Arial" w:cs="Arial" w:eastAsia="Arial"/>
                <w:b w:val="0"/>
                <w:sz w:val="16"/>
                <w:rtl w:val="1"/>
                <w:szCs w:val="15"/>
              </w:rPr>
              <w:t xml:space="preserve"> </w:t>
            </w:r>
            <w:proofErr w:type="spellStart"/>
            <w:r>
              <w:rPr>
                <w:rFonts w:ascii="Arial" w:hAnsi="Arial" w:cs="Arial" w:eastAsia="Arial"/>
                <w:b w:val="0"/>
                <w:sz w:val="16"/>
                <w:rtl w:val="1"/>
                <w:szCs w:val="15"/>
              </w:rPr>
              <w:t>السنوية</w:t>
            </w:r>
            <w:proofErr w:type="spellEnd"/>
          </w:p>
        </w:tc>
        <w:tc>
          <w:tcPr>
            <w:tcW w:w="1050" w:type="dxa"/>
            <w:vAlign w:val="center"/>
            <w:tcMar>
              <w:top w:w="75" w:type="dxa"/>
              <w:bottom w:w="75" w:type="dxa"/>
              <w:left w:w="70" w:type="dxa"/>
              <w:right w:w="70" w:type="dxa"/>
              <w:start w:w="75" w:type="dxa"/>
              <w:end w:w="75" w:type="dxa"/>
            </w:tcMar>
          </w:tcPr>
          <w:p w14:paraId="22A68644" w14:textId="77777777" w:rsidR="00A564F2" w:rsidRDefault="00A564F2" w:rsidP="009D38E5">
            <w:pPr>
              <w:spacing w:before="0" w:after="0" w:line="240" w:lineRule="auto"/>
              <w:jc w:val="center"/>
              <w:bidi w:val="1"/>
              <w:mirrorIndents w:val="1"/>
            </w:pPr>
            <w:r>
              <w:rPr>
                <w:rFonts w:ascii="Arial" w:hAnsi="Arial" w:cs="Arial" w:eastAsia="Arial"/>
                <w:b/>
                <w:sz w:val="16"/>
                <w:rtl w:val="1"/>
                <w:szCs w:val="16"/>
              </w:rPr>
              <w:t>A</w:t>
            </w:r>
          </w:p>
        </w:tc>
        <w:tc>
          <w:tcPr>
            <w:tcW w:w="1050" w:type="dxa"/>
            <w:vAlign w:val="center"/>
            <w:tcMar>
              <w:top w:w="75" w:type="dxa"/>
              <w:bottom w:w="75" w:type="dxa"/>
              <w:left w:w="70" w:type="dxa"/>
              <w:right w:w="70" w:type="dxa"/>
              <w:start w:w="75" w:type="dxa"/>
              <w:end w:w="75" w:type="dxa"/>
            </w:tcMar>
          </w:tcPr>
          <w:p w14:paraId="69799181" w14:textId="77777777" w:rsidR="00A564F2" w:rsidRDefault="00A564F2" w:rsidP="009D38E5">
            <w:pPr>
              <w:spacing w:before="0" w:after="0" w:line="240" w:lineRule="auto"/>
              <w:jc w:val="center"/>
              <w:bidi w:val="1"/>
              <w:mirrorIndents w:val="1"/>
            </w:pPr>
            <w:r>
              <w:rPr>
                <w:rFonts w:ascii="Arial" w:hAnsi="Arial" w:cs="Arial" w:eastAsia="Arial"/>
                <w:b/>
                <w:sz w:val="16"/>
                <w:rtl w:val="1"/>
                <w:szCs w:val="16"/>
              </w:rPr>
              <w:t>R</w:t>
            </w:r>
          </w:p>
        </w:tc>
        <w:tc>
          <w:tcPr>
            <w:tcW w:w="1150" w:type="dxa"/>
            <w:vAlign w:val="center"/>
            <w:tcMar>
              <w:top w:w="75" w:type="dxa"/>
              <w:bottom w:w="75" w:type="dxa"/>
              <w:left w:w="70" w:type="dxa"/>
              <w:right w:w="70" w:type="dxa"/>
              <w:start w:w="75" w:type="dxa"/>
              <w:end w:w="75" w:type="dxa"/>
            </w:tcMar>
          </w:tcPr>
          <w:p w14:paraId="7D0C8FF9" w14:textId="77777777" w:rsidR="00A564F2" w:rsidRDefault="00A564F2" w:rsidP="009D38E5">
            <w:pPr>
              <w:spacing w:before="0" w:after="0" w:line="240" w:lineRule="auto"/>
              <w:jc w:val="center"/>
              <w:bidi w:val="1"/>
              <w:mirrorIndents w:val="1"/>
            </w:pPr>
            <w:r>
              <w:rPr>
                <w:rFonts w:ascii="Arial" w:hAnsi="Arial" w:cs="Arial" w:eastAsia="Arial"/>
                <w:b/>
                <w:sz w:val="16"/>
                <w:rtl w:val="1"/>
                <w:szCs w:val="16"/>
              </w:rPr>
              <w:t>R</w:t>
            </w:r>
          </w:p>
        </w:tc>
        <w:tc>
          <w:tcPr>
            <w:tcW w:w="1250" w:type="dxa"/>
            <w:vAlign w:val="center"/>
            <w:tcMar>
              <w:top w:w="75" w:type="dxa"/>
              <w:bottom w:w="75" w:type="dxa"/>
              <w:left w:w="70" w:type="dxa"/>
              <w:right w:w="70" w:type="dxa"/>
              <w:start w:w="75" w:type="dxa"/>
              <w:end w:w="75" w:type="dxa"/>
            </w:tcMar>
          </w:tcPr>
          <w:p>
            <w:pPr>
              <w:spacing w:before="0" w:after="0" w:line="240" w:lineRule="auto"/>
              <w:jc w:val="center"/>
              <w:bidi w:val="1"/>
              <w:mirrorIndents w:val="1"/>
            </w:pPr>
            <w:r>
              <w:rPr>
                <w:rFonts w:ascii="Arial" w:hAnsi="Arial" w:eastAsia="Arial" w:cs="Arial"/>
                <w:b w:val="0"/>
                <w:sz w:val="16"/>
                <w:rtl w:val="1"/>
                <w:szCs w:val="15"/>
              </w:rPr>
            </w:r>
          </w:p>
        </w:tc>
        <w:tc>
          <w:tcPr>
            <w:tcW w:type="dxa" w:w="1300"/>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6"/>
                <w:rtl w:val="1"/>
                <w:szCs w:val="15"/>
              </w:rPr>
            </w:r>
          </w:p>
        </w:tc>
        <w:tc>
          <w:tcPr>
            <w:tcW w:type="dxa" w:w="1500"/>
            <w:vAlign w:val="center"/>
            <w:tcMar>
              <w:top w:w="75" w:type="dxa"/>
              <w:start w:w="75" w:type="dxa"/>
              <w:bottom w:w="75" w:type="dxa"/>
              <w:end w:w="75" w:type="dxa"/>
            </w:tcMar>
          </w:tcPr>
          <w:p>
            <w:pPr>
              <w:jc w:val="center"/>
              <w:bidi w:val="1"/>
              <w:spacing w:before="0" w:after="0" w:line="240" w:lineRule="auto"/>
              <w:mirrorIndents w:val="1"/>
            </w:pPr>
          </w:p>
        </w:tc>
      </w:tr>
      <w:tr w:rsidR="00A564F2" w14:paraId="1F1FDCEA" w14:textId="77777777" w:rsidTr="009D38E5">
        <w:trPr>
          <w:cantSplit w:val="true"/>
          <w:trHeight w:hRule="atLeast"/>
        </w:trPr>
        <w:tc>
          <w:tcPr>
            <w:tcW w:w="1200" w:type="dxa"/>
            <w:vAlign w:val="center"/>
            <w:tcMar>
              <w:top w:w="75" w:type="dxa"/>
              <w:bottom w:w="75" w:type="dxa"/>
              <w:left w:w="70" w:type="dxa"/>
              <w:right w:w="70" w:type="dxa"/>
              <w:start w:w="75" w:type="dxa"/>
              <w:end w:w="75" w:type="dxa"/>
            </w:tcMar>
          </w:tcPr>
          <w:p w14:paraId="47F0974E" w14:textId="77777777" w:rsidR="00A564F2" w:rsidRDefault="00A564F2" w:rsidP="009D38E5">
            <w:pPr>
              <w:spacing w:before="0" w:after="0" w:line="240" w:lineRule="auto"/>
              <w:jc w:val="center"/>
              <w:bidi w:val="1"/>
              <w:mirrorIndents w:val="1"/>
            </w:pPr>
            <w:r>
              <w:rPr>
                <w:rFonts w:ascii="Arial" w:hAnsi="Arial" w:cs="Arial" w:eastAsia="Arial"/>
                <w:b w:val="0"/>
                <w:sz w:val="16"/>
                <w:rtl w:val="1"/>
                <w:szCs w:val="15"/>
              </w:rPr>
              <w:t>الحوكمة</w:t>
            </w:r>
          </w:p>
        </w:tc>
        <w:tc>
          <w:tcPr>
            <w:tcW w:w="1550" w:type="dxa"/>
            <w:vAlign w:val="center"/>
            <w:tcMar>
              <w:top w:w="75" w:type="dxa"/>
              <w:bottom w:w="75" w:type="dxa"/>
              <w:left w:w="70" w:type="dxa"/>
              <w:right w:w="70" w:type="dxa"/>
              <w:start w:w="75" w:type="dxa"/>
              <w:end w:w="75" w:type="dxa"/>
            </w:tcMar>
          </w:tcPr>
          <w:p w14:paraId="73E9573C" w14:textId="77777777" w:rsidR="00A564F2" w:rsidRDefault="00A564F2" w:rsidP="009D38E5">
            <w:pPr>
              <w:spacing w:before="0" w:after="0" w:line="240" w:lineRule="auto"/>
              <w:jc w:val="center"/>
              <w:bidi w:val="1"/>
              <w:mirrorIndents w:val="1"/>
            </w:pPr>
            <w:r>
              <w:rPr>
                <w:rFonts w:ascii="Arial" w:hAnsi="Arial" w:cs="Arial" w:eastAsia="Arial"/>
                <w:b w:val="0"/>
                <w:sz w:val="16"/>
                <w:rtl w:val="1"/>
                <w:szCs w:val="15"/>
              </w:rPr>
              <w:t xml:space="preserve">اعتماد </w:t>
            </w:r>
            <w:proofErr w:type="spellStart"/>
            <w:r>
              <w:rPr>
                <w:rFonts w:ascii="Arial" w:hAnsi="Arial" w:cs="Arial" w:eastAsia="Arial"/>
                <w:b w:val="0"/>
                <w:sz w:val="16"/>
                <w:rtl w:val="1"/>
                <w:szCs w:val="15"/>
              </w:rPr>
              <w:t>التقرير</w:t>
            </w:r>
            <w:proofErr w:type="spellEnd"/>
            <w:r>
              <w:rPr>
                <w:rFonts w:ascii="Arial" w:hAnsi="Arial" w:cs="Arial" w:eastAsia="Arial"/>
                <w:b w:val="0"/>
                <w:sz w:val="16"/>
                <w:rtl w:val="1"/>
                <w:szCs w:val="15"/>
              </w:rPr>
              <w:t xml:space="preserve"> </w:t>
            </w:r>
            <w:proofErr w:type="spellStart"/>
            <w:r>
              <w:rPr>
                <w:rFonts w:ascii="Arial" w:hAnsi="Arial" w:cs="Arial" w:eastAsia="Arial"/>
                <w:b w:val="0"/>
                <w:sz w:val="16"/>
                <w:rtl w:val="1"/>
                <w:szCs w:val="15"/>
              </w:rPr>
              <w:t>السنوي</w:t>
            </w:r>
            <w:proofErr w:type="spellEnd"/>
          </w:p>
        </w:tc>
        <w:tc>
          <w:tcPr>
            <w:tcW w:w="1050" w:type="dxa"/>
            <w:vAlign w:val="center"/>
            <w:tcMar>
              <w:top w:w="75" w:type="dxa"/>
              <w:bottom w:w="75" w:type="dxa"/>
              <w:left w:w="70" w:type="dxa"/>
              <w:right w:w="70" w:type="dxa"/>
              <w:start w:w="75" w:type="dxa"/>
              <w:end w:w="75" w:type="dxa"/>
            </w:tcMar>
          </w:tcPr>
          <w:p w14:paraId="59C49913" w14:textId="77777777" w:rsidR="00A564F2" w:rsidRDefault="00A564F2" w:rsidP="009D38E5">
            <w:pPr>
              <w:spacing w:before="0" w:after="0" w:line="240" w:lineRule="auto"/>
              <w:jc w:val="center"/>
              <w:bidi w:val="1"/>
              <w:mirrorIndents w:val="1"/>
            </w:pPr>
            <w:r>
              <w:rPr>
                <w:rFonts w:ascii="Arial" w:hAnsi="Arial" w:cs="Arial" w:eastAsia="Arial"/>
                <w:b/>
                <w:sz w:val="16"/>
                <w:rtl w:val="1"/>
                <w:szCs w:val="16"/>
              </w:rPr>
              <w:t>A</w:t>
            </w:r>
          </w:p>
        </w:tc>
        <w:tc>
          <w:tcPr>
            <w:tcW w:w="1050" w:type="dxa"/>
            <w:vAlign w:val="center"/>
            <w:tcMar>
              <w:top w:w="75" w:type="dxa"/>
              <w:bottom w:w="75" w:type="dxa"/>
              <w:left w:w="70" w:type="dxa"/>
              <w:right w:w="70" w:type="dxa"/>
              <w:start w:w="75" w:type="dxa"/>
              <w:end w:w="75" w:type="dxa"/>
            </w:tcMar>
          </w:tcPr>
          <w:p w14:paraId="6631468A" w14:textId="77777777" w:rsidR="00A564F2" w:rsidRDefault="00A564F2" w:rsidP="009D38E5">
            <w:pPr>
              <w:spacing w:before="0" w:after="0" w:line="240" w:lineRule="auto"/>
              <w:jc w:val="center"/>
              <w:bidi w:val="1"/>
              <w:mirrorIndents w:val="1"/>
            </w:pPr>
            <w:r>
              <w:rPr>
                <w:rFonts w:ascii="Arial" w:hAnsi="Arial" w:cs="Arial" w:eastAsia="Arial"/>
                <w:b/>
                <w:sz w:val="16"/>
                <w:rtl w:val="1"/>
                <w:szCs w:val="16"/>
              </w:rPr>
              <w:t>R</w:t>
            </w:r>
          </w:p>
        </w:tc>
        <w:tc>
          <w:tcPr>
            <w:tcW w:w="1150" w:type="dxa"/>
            <w:vAlign w:val="center"/>
            <w:tcMar>
              <w:top w:w="75" w:type="dxa"/>
              <w:bottom w:w="75" w:type="dxa"/>
              <w:left w:w="70" w:type="dxa"/>
              <w:right w:w="70" w:type="dxa"/>
              <w:start w:w="75" w:type="dxa"/>
              <w:end w:w="75" w:type="dxa"/>
            </w:tcMar>
          </w:tcPr>
          <w:p w14:paraId="4CD888CD" w14:textId="77777777" w:rsidR="00A564F2" w:rsidRDefault="00A564F2" w:rsidP="009D38E5">
            <w:pPr>
              <w:spacing w:before="0" w:after="0" w:line="240" w:lineRule="auto"/>
              <w:jc w:val="center"/>
              <w:bidi w:val="1"/>
              <w:mirrorIndents w:val="1"/>
            </w:pPr>
            <w:r>
              <w:rPr>
                <w:rFonts w:ascii="Arial" w:hAnsi="Arial" w:cs="Arial" w:eastAsia="Arial"/>
                <w:b/>
                <w:sz w:val="16"/>
                <w:rtl w:val="1"/>
                <w:szCs w:val="16"/>
              </w:rPr>
              <w:t>R</w:t>
            </w:r>
          </w:p>
        </w:tc>
        <w:tc>
          <w:tcPr>
            <w:tcW w:w="1250" w:type="dxa"/>
            <w:vAlign w:val="center"/>
            <w:tcMar>
              <w:top w:w="75" w:type="dxa"/>
              <w:bottom w:w="75" w:type="dxa"/>
              <w:left w:w="70" w:type="dxa"/>
              <w:right w:w="70" w:type="dxa"/>
              <w:start w:w="75" w:type="dxa"/>
              <w:end w:w="75" w:type="dxa"/>
            </w:tcMar>
          </w:tcPr>
          <w:p>
            <w:pPr>
              <w:spacing w:before="0" w:after="0" w:line="240" w:lineRule="auto"/>
              <w:jc w:val="center"/>
              <w:bidi w:val="1"/>
              <w:mirrorIndents w:val="1"/>
            </w:pPr>
            <w:r>
              <w:rPr>
                <w:rFonts w:ascii="Arial" w:hAnsi="Arial" w:eastAsia="Arial" w:cs="Arial"/>
                <w:b/>
                <w:sz w:val="16"/>
                <w:rtl w:val="1"/>
                <w:szCs w:val="16"/>
              </w:rPr>
              <w:t>V</w:t>
            </w:r>
          </w:p>
        </w:tc>
        <w:tc>
          <w:tcPr>
            <w:tcW w:type="dxa" w:w="1300"/>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6"/>
                <w:rtl w:val="1"/>
                <w:szCs w:val="15"/>
              </w:rPr>
            </w:r>
          </w:p>
        </w:tc>
        <w:tc>
          <w:tcPr>
            <w:tcW w:type="dxa" w:w="1500"/>
            <w:vAlign w:val="center"/>
            <w:tcMar>
              <w:top w:w="75" w:type="dxa"/>
              <w:start w:w="75" w:type="dxa"/>
              <w:bottom w:w="75" w:type="dxa"/>
              <w:end w:w="75" w:type="dxa"/>
            </w:tcMar>
          </w:tcPr>
          <w:p>
            <w:pPr>
              <w:jc w:val="center"/>
              <w:bidi w:val="1"/>
              <w:spacing w:before="0" w:after="0" w:line="240" w:lineRule="auto"/>
              <w:mirrorIndents w:val="1"/>
            </w:pPr>
          </w:p>
        </w:tc>
      </w:tr>
      <w:tr w:rsidR="00A564F2" w14:paraId="41704D6D" w14:textId="77777777" w:rsidTr="009D38E5">
        <w:trPr>
          <w:cantSplit w:val="true"/>
          <w:trHeight w:hRule="atLeast"/>
        </w:trPr>
        <w:tc>
          <w:tcPr>
            <w:tcW w:w="1200" w:type="dxa"/>
            <w:vAlign w:val="center"/>
            <w:tcMar>
              <w:top w:w="75" w:type="dxa"/>
              <w:bottom w:w="75" w:type="dxa"/>
              <w:left w:w="70" w:type="dxa"/>
              <w:right w:w="70" w:type="dxa"/>
              <w:start w:w="75" w:type="dxa"/>
              <w:end w:w="75" w:type="dxa"/>
            </w:tcMar>
          </w:tcPr>
          <w:p w14:paraId="246AB967" w14:textId="77777777" w:rsidR="00A564F2" w:rsidRDefault="00A564F2" w:rsidP="009D38E5">
            <w:pPr>
              <w:spacing w:before="0" w:after="0" w:line="240" w:lineRule="auto"/>
              <w:jc w:val="center"/>
              <w:bidi w:val="1"/>
              <w:mirrorIndents w:val="1"/>
            </w:pPr>
            <w:r>
              <w:rPr>
                <w:rFonts w:ascii="Arial" w:hAnsi="Arial" w:cs="Arial" w:eastAsia="Arial"/>
                <w:b w:val="0"/>
                <w:sz w:val="16"/>
                <w:rtl w:val="1"/>
                <w:szCs w:val="15"/>
              </w:rPr>
              <w:t>الحوكمة</w:t>
            </w:r>
          </w:p>
        </w:tc>
        <w:tc>
          <w:tcPr>
            <w:tcW w:w="1550" w:type="dxa"/>
            <w:vAlign w:val="center"/>
            <w:tcMar>
              <w:top w:w="75" w:type="dxa"/>
              <w:bottom w:w="75" w:type="dxa"/>
              <w:left w:w="70" w:type="dxa"/>
              <w:right w:w="70" w:type="dxa"/>
              <w:start w:w="75" w:type="dxa"/>
              <w:end w:w="75" w:type="dxa"/>
            </w:tcMar>
          </w:tcPr>
          <w:p w14:paraId="2D576755" w14:textId="77777777" w:rsidR="00A564F2" w:rsidRDefault="00A564F2" w:rsidP="009D38E5">
            <w:pPr>
              <w:spacing w:before="0" w:after="0" w:line="240" w:lineRule="auto"/>
              <w:jc w:val="center"/>
              <w:bidi w:val="1"/>
              <w:mirrorIndents w:val="1"/>
            </w:pPr>
            <w:r>
              <w:rPr>
                <w:rFonts w:ascii="Arial" w:hAnsi="Arial" w:cs="Arial" w:eastAsia="Arial"/>
                <w:b w:val="0"/>
                <w:sz w:val="16"/>
                <w:rtl w:val="1"/>
                <w:szCs w:val="15"/>
              </w:rPr>
              <w:t xml:space="preserve">اعتماد إدارة </w:t>
            </w:r>
            <w:proofErr w:type="spellStart"/>
            <w:r>
              <w:rPr>
                <w:rFonts w:ascii="Arial" w:hAnsi="Arial" w:cs="Arial" w:eastAsia="Arial"/>
                <w:b w:val="0"/>
                <w:sz w:val="16"/>
                <w:rtl w:val="1"/>
                <w:szCs w:val="15"/>
              </w:rPr>
              <w:t>المخاطر</w:t>
            </w:r>
            <w:proofErr w:type="spellEnd"/>
          </w:p>
        </w:tc>
        <w:tc>
          <w:tcPr>
            <w:tcW w:w="1050" w:type="dxa"/>
            <w:vAlign w:val="center"/>
            <w:tcMar>
              <w:top w:w="75" w:type="dxa"/>
              <w:bottom w:w="75" w:type="dxa"/>
              <w:left w:w="70" w:type="dxa"/>
              <w:right w:w="70" w:type="dxa"/>
              <w:start w:w="75" w:type="dxa"/>
              <w:end w:w="75" w:type="dxa"/>
            </w:tcMar>
          </w:tcPr>
          <w:p w14:paraId="0D23E33A" w14:textId="77777777" w:rsidR="00A564F2" w:rsidRDefault="00A564F2" w:rsidP="009D38E5">
            <w:pPr>
              <w:spacing w:before="0" w:after="0" w:line="240" w:lineRule="auto"/>
              <w:jc w:val="center"/>
              <w:bidi w:val="1"/>
              <w:mirrorIndents w:val="1"/>
            </w:pPr>
            <w:r>
              <w:rPr>
                <w:rFonts w:ascii="Arial" w:hAnsi="Arial" w:cs="Arial" w:eastAsia="Arial"/>
                <w:b/>
                <w:sz w:val="16"/>
                <w:rtl w:val="1"/>
                <w:szCs w:val="16"/>
              </w:rPr>
              <w:t>A</w:t>
            </w:r>
          </w:p>
        </w:tc>
        <w:tc>
          <w:tcPr>
            <w:tcW w:w="1050" w:type="dxa"/>
            <w:vAlign w:val="center"/>
            <w:tcMar>
              <w:top w:w="75" w:type="dxa"/>
              <w:bottom w:w="75" w:type="dxa"/>
              <w:left w:w="70" w:type="dxa"/>
              <w:right w:w="70" w:type="dxa"/>
              <w:start w:w="75" w:type="dxa"/>
              <w:end w:w="75" w:type="dxa"/>
            </w:tcMar>
          </w:tcPr>
          <w:p w14:paraId="34D0D627" w14:textId="77777777" w:rsidR="00A564F2" w:rsidRDefault="00A564F2" w:rsidP="009D38E5">
            <w:pPr>
              <w:spacing w:before="0" w:after="0" w:line="240" w:lineRule="auto"/>
              <w:jc w:val="center"/>
              <w:bidi w:val="1"/>
              <w:mirrorIndents w:val="1"/>
            </w:pPr>
            <w:r>
              <w:rPr>
                <w:rFonts w:ascii="Arial" w:hAnsi="Arial" w:cs="Arial" w:eastAsia="Arial"/>
                <w:b/>
                <w:sz w:val="16"/>
                <w:rtl w:val="1"/>
                <w:szCs w:val="16"/>
              </w:rPr>
              <w:t>R</w:t>
            </w:r>
          </w:p>
        </w:tc>
        <w:tc>
          <w:tcPr>
            <w:tcW w:w="1150" w:type="dxa"/>
            <w:vAlign w:val="center"/>
            <w:tcMar>
              <w:top w:w="75" w:type="dxa"/>
              <w:bottom w:w="75" w:type="dxa"/>
              <w:left w:w="70" w:type="dxa"/>
              <w:right w:w="70" w:type="dxa"/>
              <w:start w:w="75" w:type="dxa"/>
              <w:end w:w="75" w:type="dxa"/>
            </w:tcMar>
          </w:tcPr>
          <w:p w14:paraId="058D81AC" w14:textId="77777777" w:rsidR="00A564F2" w:rsidRDefault="00A564F2" w:rsidP="009D38E5">
            <w:pPr>
              <w:spacing w:before="0" w:after="0" w:line="240" w:lineRule="auto"/>
              <w:jc w:val="center"/>
              <w:bidi w:val="1"/>
              <w:mirrorIndents w:val="1"/>
            </w:pPr>
            <w:r>
              <w:rPr>
                <w:rFonts w:ascii="Arial" w:hAnsi="Arial" w:cs="Arial" w:eastAsia="Arial"/>
                <w:b/>
                <w:sz w:val="16"/>
                <w:rtl w:val="1"/>
                <w:szCs w:val="16"/>
              </w:rPr>
              <w:t>R</w:t>
            </w:r>
          </w:p>
        </w:tc>
        <w:tc>
          <w:tcPr>
            <w:tcW w:w="1250" w:type="dxa"/>
            <w:vAlign w:val="center"/>
            <w:tcMar>
              <w:top w:w="75" w:type="dxa"/>
              <w:bottom w:w="75" w:type="dxa"/>
              <w:left w:w="70" w:type="dxa"/>
              <w:right w:w="70" w:type="dxa"/>
              <w:start w:w="75" w:type="dxa"/>
              <w:end w:w="75" w:type="dxa"/>
            </w:tcMar>
          </w:tcPr>
          <w:p>
            <w:pPr>
              <w:spacing w:before="0" w:after="0" w:line="240" w:lineRule="auto"/>
              <w:jc w:val="center"/>
              <w:bidi w:val="1"/>
              <w:mirrorIndents w:val="1"/>
            </w:pPr>
            <w:r>
              <w:rPr>
                <w:rFonts w:ascii="Arial" w:hAnsi="Arial" w:eastAsia="Arial" w:cs="Arial"/>
                <w:b/>
                <w:sz w:val="16"/>
                <w:rtl w:val="1"/>
                <w:szCs w:val="16"/>
              </w:rPr>
              <w:t>V</w:t>
            </w:r>
          </w:p>
        </w:tc>
        <w:tc>
          <w:tcPr>
            <w:tcW w:type="dxa" w:w="1300"/>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6"/>
                <w:rtl w:val="1"/>
                <w:szCs w:val="15"/>
              </w:rPr>
            </w:r>
          </w:p>
        </w:tc>
        <w:tc>
          <w:tcPr>
            <w:tcW w:type="dxa" w:w="1500"/>
            <w:vAlign w:val="center"/>
            <w:tcMar>
              <w:top w:w="75" w:type="dxa"/>
              <w:start w:w="75" w:type="dxa"/>
              <w:bottom w:w="75" w:type="dxa"/>
              <w:end w:w="75" w:type="dxa"/>
            </w:tcMar>
          </w:tcPr>
          <w:p>
            <w:pPr>
              <w:jc w:val="center"/>
              <w:bidi w:val="1"/>
              <w:spacing w:before="0" w:after="0" w:line="240" w:lineRule="auto"/>
              <w:mirrorIndents w:val="1"/>
            </w:pPr>
          </w:p>
        </w:tc>
      </w:tr>
      <w:tr w:rsidR="00A564F2" w14:paraId="094D755F" w14:textId="77777777" w:rsidTr="009D38E5">
        <w:trPr>
          <w:cantSplit w:val="true"/>
          <w:trHeight w:hRule="atLeast"/>
        </w:trPr>
        <w:tc>
          <w:tcPr>
            <w:tcW w:w="1200" w:type="dxa"/>
            <w:vAlign w:val="center"/>
            <w:tcMar>
              <w:top w:w="75" w:type="dxa"/>
              <w:bottom w:w="75" w:type="dxa"/>
              <w:left w:w="70" w:type="dxa"/>
              <w:right w:w="70" w:type="dxa"/>
              <w:start w:w="75" w:type="dxa"/>
              <w:end w:w="75" w:type="dxa"/>
            </w:tcMar>
          </w:tcPr>
          <w:p w14:paraId="0C57345B" w14:textId="77777777" w:rsidR="00A564F2" w:rsidRDefault="00A564F2" w:rsidP="009D38E5">
            <w:pPr>
              <w:spacing w:before="0" w:after="0" w:line="240" w:lineRule="auto"/>
              <w:jc w:val="center"/>
              <w:bidi w:val="1"/>
              <w:mirrorIndents w:val="1"/>
            </w:pPr>
            <w:r>
              <w:rPr>
                <w:rFonts w:ascii="Arial" w:hAnsi="Arial" w:cs="Arial" w:eastAsia="Arial"/>
                <w:b w:val="0"/>
                <w:sz w:val="16"/>
                <w:rtl w:val="1"/>
                <w:szCs w:val="15"/>
              </w:rPr>
              <w:t>الحوكمة</w:t>
            </w:r>
          </w:p>
        </w:tc>
        <w:tc>
          <w:tcPr>
            <w:tcW w:w="1550" w:type="dxa"/>
            <w:vAlign w:val="center"/>
            <w:tcMar>
              <w:top w:w="75" w:type="dxa"/>
              <w:bottom w:w="75" w:type="dxa"/>
              <w:left w:w="70" w:type="dxa"/>
              <w:right w:w="70" w:type="dxa"/>
              <w:start w:w="75" w:type="dxa"/>
              <w:end w:w="75" w:type="dxa"/>
            </w:tcMar>
          </w:tcPr>
          <w:p w14:paraId="08802DCD" w14:textId="77777777" w:rsidR="00A564F2" w:rsidRDefault="00A564F2" w:rsidP="009D38E5">
            <w:pPr>
              <w:spacing w:before="0" w:after="0" w:line="240" w:lineRule="auto"/>
              <w:jc w:val="center"/>
              <w:bidi w:val="1"/>
              <w:mirrorIndents w:val="1"/>
            </w:pPr>
            <w:r>
              <w:rPr>
                <w:rFonts w:ascii="Arial" w:hAnsi="Arial" w:cs="Arial" w:eastAsia="Arial"/>
                <w:b w:val="0"/>
                <w:sz w:val="16"/>
                <w:rtl w:val="1"/>
                <w:szCs w:val="15"/>
              </w:rPr>
              <w:t xml:space="preserve">اعتماد </w:t>
            </w:r>
            <w:proofErr w:type="spellStart"/>
            <w:r>
              <w:rPr>
                <w:rFonts w:ascii="Arial" w:hAnsi="Arial" w:cs="Arial" w:eastAsia="Arial"/>
                <w:b w:val="0"/>
                <w:sz w:val="16"/>
                <w:rtl w:val="1"/>
                <w:szCs w:val="15"/>
              </w:rPr>
              <w:t>خطة</w:t>
            </w:r>
            <w:proofErr w:type="spellEnd"/>
            <w:r>
              <w:rPr>
                <w:rFonts w:ascii="Arial" w:hAnsi="Arial" w:cs="Arial" w:eastAsia="Arial"/>
                <w:b w:val="0"/>
                <w:sz w:val="16"/>
                <w:rtl w:val="1"/>
                <w:szCs w:val="15"/>
              </w:rPr>
              <w:t xml:space="preserve"> المراجعة الداخلية</w:t>
            </w:r>
          </w:p>
        </w:tc>
        <w:tc>
          <w:tcPr>
            <w:tcW w:w="1050" w:type="dxa"/>
            <w:vAlign w:val="center"/>
            <w:tcMar>
              <w:top w:w="75" w:type="dxa"/>
              <w:bottom w:w="75" w:type="dxa"/>
              <w:left w:w="70" w:type="dxa"/>
              <w:right w:w="70" w:type="dxa"/>
              <w:start w:w="75" w:type="dxa"/>
              <w:end w:w="75" w:type="dxa"/>
            </w:tcMar>
          </w:tcPr>
          <w:p w14:paraId="3869C16D" w14:textId="77777777" w:rsidR="00A564F2" w:rsidRDefault="00A564F2" w:rsidP="009D38E5">
            <w:pPr>
              <w:spacing w:before="0" w:after="0" w:line="240" w:lineRule="auto"/>
              <w:jc w:val="center"/>
              <w:bidi w:val="1"/>
              <w:mirrorIndents w:val="1"/>
            </w:pPr>
            <w:r>
              <w:rPr>
                <w:rFonts w:ascii="Arial" w:hAnsi="Arial" w:cs="Arial" w:eastAsia="Arial"/>
                <w:b/>
                <w:sz w:val="16"/>
                <w:rtl w:val="1"/>
                <w:szCs w:val="16"/>
              </w:rPr>
              <w:t>A</w:t>
            </w:r>
          </w:p>
        </w:tc>
        <w:tc>
          <w:tcPr>
            <w:tcW w:w="1050" w:type="dxa"/>
            <w:vAlign w:val="center"/>
            <w:tcMar>
              <w:top w:w="75" w:type="dxa"/>
              <w:bottom w:w="75" w:type="dxa"/>
              <w:left w:w="70" w:type="dxa"/>
              <w:right w:w="70" w:type="dxa"/>
              <w:start w:w="75" w:type="dxa"/>
              <w:end w:w="75" w:type="dxa"/>
            </w:tcMar>
          </w:tcPr>
          <w:p w14:paraId="4C2E5607" w14:textId="77777777" w:rsidR="00A564F2" w:rsidRDefault="00A564F2" w:rsidP="009D38E5">
            <w:pPr>
              <w:spacing w:before="0" w:after="0" w:line="240" w:lineRule="auto"/>
              <w:jc w:val="center"/>
              <w:bidi w:val="1"/>
              <w:mirrorIndents w:val="1"/>
            </w:pPr>
            <w:r>
              <w:rPr>
                <w:rFonts w:ascii="Arial" w:hAnsi="Arial" w:cs="Arial" w:eastAsia="Arial"/>
                <w:b/>
                <w:sz w:val="16"/>
                <w:rtl w:val="1"/>
                <w:szCs w:val="16"/>
              </w:rPr>
              <w:t>R</w:t>
            </w:r>
          </w:p>
        </w:tc>
        <w:tc>
          <w:tcPr>
            <w:tcW w:w="1150" w:type="dxa"/>
            <w:vAlign w:val="center"/>
            <w:tcMar>
              <w:top w:w="75" w:type="dxa"/>
              <w:bottom w:w="75" w:type="dxa"/>
              <w:left w:w="70" w:type="dxa"/>
              <w:right w:w="70" w:type="dxa"/>
              <w:start w:w="75" w:type="dxa"/>
              <w:end w:w="75" w:type="dxa"/>
            </w:tcMar>
          </w:tcPr>
          <w:p w14:paraId="2F6232D1" w14:textId="77777777" w:rsidR="00A564F2" w:rsidRDefault="00A564F2" w:rsidP="009D38E5">
            <w:pPr>
              <w:spacing w:before="0" w:after="0" w:line="240" w:lineRule="auto"/>
              <w:jc w:val="center"/>
              <w:bidi w:val="1"/>
              <w:mirrorIndents w:val="1"/>
            </w:pPr>
            <w:r>
              <w:rPr>
                <w:rFonts w:ascii="Arial" w:hAnsi="Arial" w:cs="Arial" w:eastAsia="Arial"/>
                <w:b/>
                <w:sz w:val="16"/>
                <w:rtl w:val="1"/>
                <w:szCs w:val="16"/>
              </w:rPr>
              <w:t>R</w:t>
            </w:r>
          </w:p>
        </w:tc>
        <w:tc>
          <w:tcPr>
            <w:tcW w:w="1250" w:type="dxa"/>
            <w:vAlign w:val="center"/>
            <w:tcMar>
              <w:top w:w="75" w:type="dxa"/>
              <w:bottom w:w="75" w:type="dxa"/>
              <w:left w:w="70" w:type="dxa"/>
              <w:right w:w="70" w:type="dxa"/>
              <w:start w:w="75" w:type="dxa"/>
              <w:end w:w="75" w:type="dxa"/>
            </w:tcMar>
          </w:tcPr>
          <w:p>
            <w:pPr>
              <w:spacing w:before="0" w:after="0" w:line="240" w:lineRule="auto"/>
              <w:jc w:val="center"/>
              <w:bidi w:val="1"/>
              <w:mirrorIndents w:val="1"/>
            </w:pPr>
            <w:r>
              <w:rPr>
                <w:rFonts w:ascii="Arial" w:hAnsi="Arial" w:eastAsia="Arial" w:cs="Arial"/>
                <w:b/>
                <w:sz w:val="16"/>
                <w:rtl w:val="1"/>
                <w:szCs w:val="16"/>
              </w:rPr>
              <w:t>V</w:t>
            </w:r>
          </w:p>
        </w:tc>
        <w:tc>
          <w:tcPr>
            <w:tcW w:type="dxa" w:w="1300"/>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6"/>
                <w:rtl w:val="1"/>
                <w:szCs w:val="15"/>
              </w:rPr>
            </w:r>
          </w:p>
        </w:tc>
        <w:tc>
          <w:tcPr>
            <w:tcW w:type="dxa" w:w="1500"/>
            <w:vAlign w:val="center"/>
            <w:tcMar>
              <w:top w:w="75" w:type="dxa"/>
              <w:start w:w="75" w:type="dxa"/>
              <w:bottom w:w="75" w:type="dxa"/>
              <w:end w:w="75" w:type="dxa"/>
            </w:tcMar>
          </w:tcPr>
          <w:p>
            <w:pPr>
              <w:jc w:val="center"/>
              <w:bidi w:val="1"/>
              <w:spacing w:before="0" w:after="0" w:line="240" w:lineRule="auto"/>
              <w:mirrorIndents w:val="1"/>
            </w:pPr>
          </w:p>
        </w:tc>
      </w:tr>
      <w:tr w:rsidR="00A564F2" w14:paraId="5A0C4773" w14:textId="77777777" w:rsidTr="009D38E5">
        <w:trPr>
          <w:cantSplit w:val="true"/>
          <w:trHeight w:hRule="atLeast"/>
        </w:trPr>
        <w:tc>
          <w:tcPr>
            <w:tcW w:w="1200" w:type="dxa"/>
            <w:vAlign w:val="center"/>
            <w:tcMar>
              <w:top w:w="75" w:type="dxa"/>
              <w:bottom w:w="75" w:type="dxa"/>
              <w:left w:w="70" w:type="dxa"/>
              <w:right w:w="70" w:type="dxa"/>
              <w:start w:w="75" w:type="dxa"/>
              <w:end w:w="75" w:type="dxa"/>
            </w:tcMar>
          </w:tcPr>
          <w:p w14:paraId="7B9C6CB7" w14:textId="77777777" w:rsidR="00A564F2" w:rsidRDefault="00A564F2" w:rsidP="009D38E5">
            <w:pPr>
              <w:spacing w:before="0" w:after="0" w:line="240" w:lineRule="auto"/>
              <w:jc w:val="center"/>
              <w:bidi w:val="1"/>
              <w:mirrorIndents w:val="1"/>
            </w:pPr>
            <w:r>
              <w:rPr>
                <w:rFonts w:ascii="Arial" w:hAnsi="Arial" w:cs="Arial" w:eastAsia="Arial"/>
                <w:b w:val="0"/>
                <w:sz w:val="16"/>
                <w:rtl w:val="1"/>
                <w:szCs w:val="15"/>
              </w:rPr>
              <w:t>الحوكمة</w:t>
            </w:r>
          </w:p>
        </w:tc>
        <w:tc>
          <w:tcPr>
            <w:tcW w:w="1550" w:type="dxa"/>
            <w:vAlign w:val="center"/>
            <w:tcMar>
              <w:top w:w="75" w:type="dxa"/>
              <w:bottom w:w="75" w:type="dxa"/>
              <w:left w:w="70" w:type="dxa"/>
              <w:right w:w="70" w:type="dxa"/>
              <w:start w:w="75" w:type="dxa"/>
              <w:end w:w="75" w:type="dxa"/>
            </w:tcMar>
          </w:tcPr>
          <w:p w14:paraId="3B0392F4" w14:textId="77777777" w:rsidR="00A564F2" w:rsidRDefault="00A564F2" w:rsidP="009D38E5">
            <w:pPr>
              <w:spacing w:before="0" w:after="0" w:line="240" w:lineRule="auto"/>
              <w:jc w:val="center"/>
              <w:bidi w:val="1"/>
              <w:mirrorIndents w:val="1"/>
            </w:pPr>
            <w:r>
              <w:rPr>
                <w:rFonts w:ascii="Arial" w:hAnsi="Arial" w:cs="Arial" w:eastAsia="Arial"/>
                <w:b w:val="0"/>
                <w:sz w:val="16"/>
                <w:rtl w:val="1"/>
                <w:szCs w:val="15"/>
              </w:rPr>
              <w:t xml:space="preserve">اعتماد </w:t>
            </w:r>
            <w:proofErr w:type="spellStart"/>
            <w:r>
              <w:rPr>
                <w:rFonts w:ascii="Arial" w:hAnsi="Arial" w:cs="Arial" w:eastAsia="Arial"/>
                <w:b w:val="0"/>
                <w:sz w:val="16"/>
                <w:rtl w:val="1"/>
                <w:szCs w:val="15"/>
              </w:rPr>
              <w:t>تشكيل</w:t>
            </w:r>
            <w:proofErr w:type="spellEnd"/>
            <w:r>
              <w:rPr>
                <w:rFonts w:ascii="Arial" w:hAnsi="Arial" w:cs="Arial" w:eastAsia="Arial"/>
                <w:b w:val="0"/>
                <w:sz w:val="16"/>
                <w:rtl w:val="1"/>
                <w:szCs w:val="15"/>
              </w:rPr>
              <w:t xml:space="preserve"> </w:t>
            </w:r>
            <w:proofErr w:type="spellStart"/>
            <w:r>
              <w:rPr>
                <w:rFonts w:ascii="Arial" w:hAnsi="Arial" w:cs="Arial" w:eastAsia="Arial"/>
                <w:b w:val="0"/>
                <w:sz w:val="16"/>
                <w:rtl w:val="1"/>
                <w:szCs w:val="15"/>
              </w:rPr>
              <w:t>اللجان</w:t>
            </w:r>
            <w:proofErr w:type="spellEnd"/>
          </w:p>
        </w:tc>
        <w:tc>
          <w:tcPr>
            <w:tcW w:w="1050" w:type="dxa"/>
            <w:vAlign w:val="center"/>
            <w:tcMar>
              <w:top w:w="75" w:type="dxa"/>
              <w:bottom w:w="75" w:type="dxa"/>
              <w:left w:w="70" w:type="dxa"/>
              <w:right w:w="70" w:type="dxa"/>
              <w:start w:w="75" w:type="dxa"/>
              <w:end w:w="75" w:type="dxa"/>
            </w:tcMar>
          </w:tcPr>
          <w:p w14:paraId="132978D4" w14:textId="77777777" w:rsidR="00A564F2" w:rsidRDefault="00A564F2" w:rsidP="009D38E5">
            <w:pPr>
              <w:spacing w:before="0" w:after="0" w:line="240" w:lineRule="auto"/>
              <w:jc w:val="center"/>
              <w:bidi w:val="1"/>
              <w:mirrorIndents w:val="1"/>
            </w:pPr>
            <w:r>
              <w:rPr>
                <w:rFonts w:ascii="Arial" w:hAnsi="Arial" w:cs="Arial" w:eastAsia="Arial"/>
                <w:b/>
                <w:sz w:val="16"/>
                <w:rtl w:val="1"/>
                <w:szCs w:val="16"/>
              </w:rPr>
              <w:t>A</w:t>
            </w:r>
          </w:p>
        </w:tc>
        <w:tc>
          <w:tcPr>
            <w:tcW w:w="1050" w:type="dxa"/>
            <w:vAlign w:val="center"/>
            <w:tcMar>
              <w:top w:w="75" w:type="dxa"/>
              <w:bottom w:w="75" w:type="dxa"/>
              <w:left w:w="70" w:type="dxa"/>
              <w:right w:w="70" w:type="dxa"/>
              <w:start w:w="75" w:type="dxa"/>
              <w:end w:w="75" w:type="dxa"/>
            </w:tcMar>
          </w:tcPr>
          <w:p w14:paraId="390D1CDB" w14:textId="77777777" w:rsidR="00A564F2" w:rsidRDefault="00A564F2" w:rsidP="009D38E5">
            <w:pPr>
              <w:spacing w:before="0" w:after="0" w:line="240" w:lineRule="auto"/>
              <w:jc w:val="center"/>
              <w:bidi w:val="1"/>
              <w:mirrorIndents w:val="1"/>
            </w:pPr>
            <w:r>
              <w:rPr>
                <w:rFonts w:ascii="Arial" w:hAnsi="Arial" w:cs="Arial" w:eastAsia="Arial"/>
                <w:b/>
                <w:sz w:val="16"/>
                <w:rtl w:val="1"/>
                <w:szCs w:val="16"/>
              </w:rPr>
              <w:t>R</w:t>
            </w:r>
          </w:p>
        </w:tc>
        <w:tc>
          <w:tcPr>
            <w:tcW w:w="1150" w:type="dxa"/>
            <w:vAlign w:val="center"/>
            <w:tcMar>
              <w:top w:w="75" w:type="dxa"/>
              <w:bottom w:w="75" w:type="dxa"/>
              <w:left w:w="70" w:type="dxa"/>
              <w:right w:w="70" w:type="dxa"/>
              <w:start w:w="75" w:type="dxa"/>
              <w:end w:w="75" w:type="dxa"/>
            </w:tcMar>
          </w:tcPr>
          <w:p w14:paraId="1DA7C5C4" w14:textId="77777777" w:rsidR="00A564F2" w:rsidRDefault="00A564F2" w:rsidP="009D38E5">
            <w:pPr>
              <w:spacing w:before="0" w:after="0" w:line="240" w:lineRule="auto"/>
              <w:jc w:val="center"/>
              <w:bidi w:val="1"/>
              <w:mirrorIndents w:val="1"/>
            </w:pPr>
            <w:r>
              <w:rPr>
                <w:rFonts w:ascii="Arial" w:hAnsi="Arial" w:cs="Arial" w:eastAsia="Arial"/>
                <w:b/>
                <w:sz w:val="16"/>
                <w:rtl w:val="1"/>
                <w:szCs w:val="16"/>
              </w:rPr>
              <w:t>I</w:t>
            </w:r>
          </w:p>
        </w:tc>
        <w:tc>
          <w:tcPr>
            <w:tcW w:w="1250" w:type="dxa"/>
            <w:vAlign w:val="center"/>
            <w:tcMar>
              <w:top w:w="75" w:type="dxa"/>
              <w:bottom w:w="75" w:type="dxa"/>
              <w:left w:w="70" w:type="dxa"/>
              <w:right w:w="70" w:type="dxa"/>
              <w:start w:w="75" w:type="dxa"/>
              <w:end w:w="75" w:type="dxa"/>
            </w:tcMar>
          </w:tcPr>
          <w:p>
            <w:pPr>
              <w:spacing w:before="0" w:after="0" w:line="240" w:lineRule="auto"/>
              <w:jc w:val="center"/>
              <w:bidi w:val="1"/>
              <w:mirrorIndents w:val="1"/>
            </w:pPr>
            <w:r>
              <w:rPr>
                <w:rFonts w:ascii="Arial" w:hAnsi="Arial" w:eastAsia="Arial" w:cs="Arial"/>
                <w:b w:val="0"/>
                <w:sz w:val="16"/>
                <w:rtl w:val="1"/>
                <w:szCs w:val="15"/>
              </w:rPr>
            </w:r>
          </w:p>
        </w:tc>
        <w:tc>
          <w:tcPr>
            <w:tcW w:type="dxa" w:w="1300"/>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sz w:val="16"/>
                <w:rtl w:val="1"/>
                <w:szCs w:val="16"/>
              </w:rPr>
              <w:t>E</w:t>
            </w:r>
          </w:p>
        </w:tc>
        <w:tc>
          <w:tcPr>
            <w:tcW w:type="dxa" w:w="1500"/>
            <w:vAlign w:val="center"/>
            <w:tcMar>
              <w:top w:w="75" w:type="dxa"/>
              <w:start w:w="75" w:type="dxa"/>
              <w:bottom w:w="75" w:type="dxa"/>
              <w:end w:w="75" w:type="dxa"/>
            </w:tcMar>
          </w:tcPr>
          <w:p>
            <w:pPr>
              <w:jc w:val="center"/>
              <w:bidi w:val="1"/>
              <w:spacing w:before="0" w:after="0" w:line="240" w:lineRule="auto"/>
              <w:mirrorIndents w:val="1"/>
            </w:pPr>
          </w:p>
        </w:tc>
      </w:tr>
      <w:tr w:rsidR="00A564F2" w14:paraId="7E31C3C0" w14:textId="77777777" w:rsidTr="009D38E5">
        <w:trPr>
          <w:cantSplit w:val="true"/>
          <w:trHeight w:hRule="atLeast"/>
        </w:trPr>
        <w:tc>
          <w:tcPr>
            <w:tcW w:w="1200" w:type="dxa"/>
            <w:vAlign w:val="center"/>
            <w:tcMar>
              <w:top w:w="75" w:type="dxa"/>
              <w:bottom w:w="75" w:type="dxa"/>
              <w:left w:w="70" w:type="dxa"/>
              <w:right w:w="70" w:type="dxa"/>
              <w:start w:w="75" w:type="dxa"/>
              <w:end w:w="75" w:type="dxa"/>
            </w:tcMar>
          </w:tcPr>
          <w:p w14:paraId="241DE138" w14:textId="77777777" w:rsidR="00A564F2" w:rsidRDefault="00A564F2" w:rsidP="009D38E5">
            <w:pPr>
              <w:spacing w:before="0" w:after="0" w:line="240" w:lineRule="auto"/>
              <w:jc w:val="center"/>
              <w:bidi w:val="1"/>
              <w:mirrorIndents w:val="1"/>
            </w:pPr>
            <w:r>
              <w:rPr>
                <w:rFonts w:ascii="Arial" w:hAnsi="Arial" w:cs="Arial" w:eastAsia="Arial"/>
                <w:b w:val="0"/>
                <w:sz w:val="16"/>
                <w:rtl w:val="1"/>
                <w:szCs w:val="15"/>
              </w:rPr>
              <w:t>الحوكمة</w:t>
            </w:r>
          </w:p>
        </w:tc>
        <w:tc>
          <w:tcPr>
            <w:tcW w:w="1550" w:type="dxa"/>
            <w:vAlign w:val="center"/>
            <w:tcMar>
              <w:top w:w="75" w:type="dxa"/>
              <w:bottom w:w="75" w:type="dxa"/>
              <w:left w:w="70" w:type="dxa"/>
              <w:right w:w="70" w:type="dxa"/>
              <w:start w:w="75" w:type="dxa"/>
              <w:end w:w="75" w:type="dxa"/>
            </w:tcMar>
          </w:tcPr>
          <w:p w14:paraId="2955DE0A" w14:textId="77777777" w:rsidR="00A564F2" w:rsidRDefault="00A564F2" w:rsidP="009D38E5">
            <w:pPr>
              <w:spacing w:before="0" w:after="0" w:line="240" w:lineRule="auto"/>
              <w:jc w:val="center"/>
              <w:bidi w:val="1"/>
              <w:mirrorIndents w:val="1"/>
            </w:pPr>
            <w:r>
              <w:rPr>
                <w:rFonts w:ascii="Arial" w:hAnsi="Arial" w:cs="Arial" w:eastAsia="Arial"/>
                <w:b w:val="0"/>
                <w:sz w:val="16"/>
                <w:rtl w:val="1"/>
                <w:szCs w:val="15"/>
              </w:rPr>
              <w:t>اعتماد الصلاحيات</w:t>
            </w:r>
          </w:p>
        </w:tc>
        <w:tc>
          <w:tcPr>
            <w:tcW w:w="1050" w:type="dxa"/>
            <w:vAlign w:val="center"/>
            <w:tcMar>
              <w:top w:w="75" w:type="dxa"/>
              <w:bottom w:w="75" w:type="dxa"/>
              <w:left w:w="70" w:type="dxa"/>
              <w:right w:w="70" w:type="dxa"/>
              <w:start w:w="75" w:type="dxa"/>
              <w:end w:w="75" w:type="dxa"/>
            </w:tcMar>
          </w:tcPr>
          <w:p w14:paraId="5E33DE0D" w14:textId="77777777" w:rsidR="00A564F2" w:rsidRDefault="00A564F2" w:rsidP="009D38E5">
            <w:pPr>
              <w:spacing w:before="0" w:after="0" w:line="240" w:lineRule="auto"/>
              <w:jc w:val="center"/>
              <w:bidi w:val="1"/>
              <w:mirrorIndents w:val="1"/>
            </w:pPr>
            <w:r>
              <w:rPr>
                <w:rFonts w:ascii="Arial" w:hAnsi="Arial" w:cs="Arial" w:eastAsia="Arial"/>
                <w:b/>
                <w:sz w:val="16"/>
                <w:rtl w:val="1"/>
                <w:szCs w:val="16"/>
              </w:rPr>
              <w:t>A</w:t>
            </w:r>
          </w:p>
        </w:tc>
        <w:tc>
          <w:tcPr>
            <w:tcW w:w="1050" w:type="dxa"/>
            <w:vAlign w:val="center"/>
            <w:tcMar>
              <w:top w:w="75" w:type="dxa"/>
              <w:bottom w:w="75" w:type="dxa"/>
              <w:left w:w="70" w:type="dxa"/>
              <w:right w:w="70" w:type="dxa"/>
              <w:start w:w="75" w:type="dxa"/>
              <w:end w:w="75" w:type="dxa"/>
            </w:tcMar>
          </w:tcPr>
          <w:p w14:paraId="06DA9050" w14:textId="77777777" w:rsidR="00A564F2" w:rsidRDefault="00A564F2" w:rsidP="009D38E5">
            <w:pPr>
              <w:spacing w:before="0" w:after="0" w:line="240" w:lineRule="auto"/>
              <w:jc w:val="center"/>
              <w:bidi w:val="1"/>
              <w:mirrorIndents w:val="1"/>
            </w:pPr>
            <w:r>
              <w:rPr>
                <w:rFonts w:ascii="Arial" w:hAnsi="Arial" w:cs="Arial" w:eastAsia="Arial"/>
                <w:b/>
                <w:sz w:val="16"/>
                <w:rtl w:val="1"/>
                <w:szCs w:val="16"/>
              </w:rPr>
              <w:t>R</w:t>
            </w:r>
          </w:p>
        </w:tc>
        <w:tc>
          <w:tcPr>
            <w:tcW w:w="1150" w:type="dxa"/>
            <w:vAlign w:val="center"/>
            <w:tcMar>
              <w:top w:w="75" w:type="dxa"/>
              <w:bottom w:w="75" w:type="dxa"/>
              <w:left w:w="70" w:type="dxa"/>
              <w:right w:w="70" w:type="dxa"/>
              <w:start w:w="75" w:type="dxa"/>
              <w:end w:w="75" w:type="dxa"/>
            </w:tcMar>
          </w:tcPr>
          <w:p w14:paraId="4A8F0687" w14:textId="77777777" w:rsidR="00A564F2" w:rsidRDefault="00A564F2" w:rsidP="009D38E5">
            <w:pPr>
              <w:spacing w:before="0" w:after="0" w:line="240" w:lineRule="auto"/>
              <w:jc w:val="center"/>
              <w:bidi w:val="1"/>
              <w:mirrorIndents w:val="1"/>
            </w:pPr>
            <w:r>
              <w:rPr>
                <w:rFonts w:ascii="Arial" w:hAnsi="Arial" w:cs="Arial" w:eastAsia="Arial"/>
                <w:b/>
                <w:sz w:val="16"/>
                <w:rtl w:val="1"/>
                <w:szCs w:val="16"/>
              </w:rPr>
              <w:t>I</w:t>
            </w:r>
          </w:p>
        </w:tc>
        <w:tc>
          <w:tcPr>
            <w:tcW w:w="1250" w:type="dxa"/>
            <w:vAlign w:val="center"/>
            <w:tcMar>
              <w:top w:w="75" w:type="dxa"/>
              <w:bottom w:w="75" w:type="dxa"/>
              <w:left w:w="70" w:type="dxa"/>
              <w:right w:w="70" w:type="dxa"/>
              <w:start w:w="75" w:type="dxa"/>
              <w:end w:w="75" w:type="dxa"/>
            </w:tcMar>
          </w:tcPr>
          <w:p>
            <w:pPr>
              <w:spacing w:before="0" w:after="0" w:line="240" w:lineRule="auto"/>
              <w:jc w:val="center"/>
              <w:bidi w:val="1"/>
              <w:mirrorIndents w:val="1"/>
            </w:pPr>
            <w:r>
              <w:rPr>
                <w:rFonts w:ascii="Arial" w:hAnsi="Arial" w:eastAsia="Arial" w:cs="Arial"/>
                <w:b/>
                <w:sz w:val="16"/>
                <w:rtl w:val="1"/>
                <w:szCs w:val="16"/>
              </w:rPr>
              <w:t>V</w:t>
            </w:r>
          </w:p>
        </w:tc>
        <w:tc>
          <w:tcPr>
            <w:tcW w:type="dxa" w:w="1300"/>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6"/>
                <w:rtl w:val="1"/>
                <w:szCs w:val="15"/>
              </w:rPr>
            </w:r>
          </w:p>
        </w:tc>
        <w:tc>
          <w:tcPr>
            <w:tcW w:type="dxa" w:w="1500"/>
            <w:vAlign w:val="center"/>
            <w:tcMar>
              <w:top w:w="75" w:type="dxa"/>
              <w:start w:w="75" w:type="dxa"/>
              <w:bottom w:w="75" w:type="dxa"/>
              <w:end w:w="75" w:type="dxa"/>
            </w:tcMar>
          </w:tcPr>
          <w:p>
            <w:pPr>
              <w:jc w:val="center"/>
              <w:bidi w:val="1"/>
              <w:spacing w:before="0" w:after="0" w:line="240" w:lineRule="auto"/>
              <w:mirrorIndents w:val="1"/>
            </w:pPr>
          </w:p>
        </w:tc>
      </w:tr>
      <w:tr w:rsidR="00A564F2" w14:paraId="11006FB2" w14:textId="77777777" w:rsidTr="009D38E5">
        <w:trPr>
          <w:cantSplit w:val="true"/>
          <w:trHeight w:hRule="atLeast"/>
        </w:trPr>
        <w:tc>
          <w:tcPr>
            <w:tcW w:w="1200" w:type="dxa"/>
            <w:vAlign w:val="center"/>
            <w:tcMar>
              <w:top w:w="75" w:type="dxa"/>
              <w:bottom w:w="75" w:type="dxa"/>
              <w:left w:w="70" w:type="dxa"/>
              <w:right w:w="70" w:type="dxa"/>
              <w:start w:w="75" w:type="dxa"/>
              <w:end w:w="75" w:type="dxa"/>
            </w:tcMar>
          </w:tcPr>
          <w:p w14:paraId="562F862C" w14:textId="77777777" w:rsidR="00A564F2" w:rsidRDefault="00A564F2" w:rsidP="009D38E5">
            <w:pPr>
              <w:spacing w:before="0" w:after="0" w:line="240" w:lineRule="auto"/>
              <w:jc w:val="center"/>
              <w:bidi w:val="1"/>
              <w:mirrorIndents w:val="1"/>
            </w:pPr>
            <w:r>
              <w:rPr>
                <w:rFonts w:ascii="Arial" w:hAnsi="Arial" w:cs="Arial" w:eastAsia="Arial"/>
                <w:b w:val="0"/>
                <w:sz w:val="16"/>
                <w:rtl w:val="1"/>
                <w:szCs w:val="15"/>
              </w:rPr>
              <w:t>الحوكمة</w:t>
            </w:r>
          </w:p>
        </w:tc>
        <w:tc>
          <w:tcPr>
            <w:tcW w:w="1550" w:type="dxa"/>
            <w:vAlign w:val="center"/>
            <w:tcMar>
              <w:top w:w="75" w:type="dxa"/>
              <w:bottom w:w="75" w:type="dxa"/>
              <w:left w:w="70" w:type="dxa"/>
              <w:right w:w="70" w:type="dxa"/>
              <w:start w:w="75" w:type="dxa"/>
              <w:end w:w="75" w:type="dxa"/>
            </w:tcMar>
          </w:tcPr>
          <w:p w14:paraId="783B35B3" w14:textId="77777777" w:rsidR="00A564F2" w:rsidRDefault="00A564F2" w:rsidP="009D38E5">
            <w:pPr>
              <w:spacing w:before="0" w:after="0" w:line="240" w:lineRule="auto"/>
              <w:jc w:val="center"/>
              <w:bidi w:val="1"/>
              <w:mirrorIndents w:val="1"/>
            </w:pPr>
            <w:r>
              <w:rPr>
                <w:rFonts w:ascii="Arial" w:hAnsi="Arial" w:cs="Arial" w:eastAsia="Arial"/>
                <w:b w:val="0"/>
                <w:sz w:val="16"/>
                <w:rtl w:val="1"/>
                <w:szCs w:val="15"/>
              </w:rPr>
              <w:t xml:space="preserve">اعتماد </w:t>
            </w:r>
            <w:proofErr w:type="spellStart"/>
            <w:r>
              <w:rPr>
                <w:rFonts w:ascii="Arial" w:hAnsi="Arial" w:cs="Arial" w:eastAsia="Arial"/>
                <w:b w:val="0"/>
                <w:sz w:val="16"/>
                <w:rtl w:val="1"/>
                <w:szCs w:val="15"/>
              </w:rPr>
              <w:t>فتح</w:t>
            </w:r>
            <w:proofErr w:type="spellEnd"/>
            <w:r>
              <w:rPr>
                <w:rFonts w:ascii="Arial" w:hAnsi="Arial" w:cs="Arial" w:eastAsia="Arial"/>
                <w:b w:val="0"/>
                <w:sz w:val="16"/>
                <w:rtl w:val="1"/>
                <w:szCs w:val="15"/>
              </w:rPr>
              <w:t xml:space="preserve"> </w:t>
            </w:r>
            <w:proofErr w:type="spellStart"/>
            <w:r>
              <w:rPr>
                <w:rFonts w:ascii="Arial" w:hAnsi="Arial" w:cs="Arial" w:eastAsia="Arial"/>
                <w:b w:val="0"/>
                <w:sz w:val="16"/>
                <w:rtl w:val="1"/>
                <w:szCs w:val="15"/>
              </w:rPr>
              <w:t>الفروع</w:t>
            </w:r>
            <w:proofErr w:type="spellEnd"/>
          </w:p>
        </w:tc>
        <w:tc>
          <w:tcPr>
            <w:tcW w:w="1050" w:type="dxa"/>
            <w:vAlign w:val="center"/>
            <w:tcMar>
              <w:top w:w="75" w:type="dxa"/>
              <w:bottom w:w="75" w:type="dxa"/>
              <w:left w:w="70" w:type="dxa"/>
              <w:right w:w="70" w:type="dxa"/>
              <w:start w:w="75" w:type="dxa"/>
              <w:end w:w="75" w:type="dxa"/>
            </w:tcMar>
          </w:tcPr>
          <w:p w14:paraId="12880D90" w14:textId="77777777" w:rsidR="00A564F2" w:rsidRDefault="00A564F2" w:rsidP="009D38E5">
            <w:pPr>
              <w:spacing w:before="0" w:after="0" w:line="240" w:lineRule="auto"/>
              <w:jc w:val="center"/>
              <w:bidi w:val="1"/>
              <w:mirrorIndents w:val="1"/>
            </w:pPr>
            <w:r>
              <w:rPr>
                <w:rFonts w:ascii="Arial" w:hAnsi="Arial" w:cs="Arial" w:eastAsia="Arial"/>
                <w:b/>
                <w:sz w:val="16"/>
                <w:rtl w:val="1"/>
                <w:szCs w:val="16"/>
              </w:rPr>
              <w:t>A</w:t>
            </w:r>
          </w:p>
        </w:tc>
        <w:tc>
          <w:tcPr>
            <w:tcW w:w="1050" w:type="dxa"/>
            <w:vAlign w:val="center"/>
            <w:tcMar>
              <w:top w:w="75" w:type="dxa"/>
              <w:bottom w:w="75" w:type="dxa"/>
              <w:left w:w="70" w:type="dxa"/>
              <w:right w:w="70" w:type="dxa"/>
              <w:start w:w="75" w:type="dxa"/>
              <w:end w:w="75" w:type="dxa"/>
            </w:tcMar>
          </w:tcPr>
          <w:p w14:paraId="087D18C5" w14:textId="77777777" w:rsidR="00A564F2" w:rsidRDefault="00A564F2" w:rsidP="009D38E5">
            <w:pPr>
              <w:spacing w:before="0" w:after="0" w:line="240" w:lineRule="auto"/>
              <w:jc w:val="center"/>
              <w:bidi w:val="1"/>
              <w:mirrorIndents w:val="1"/>
            </w:pPr>
            <w:r>
              <w:rPr>
                <w:rFonts w:ascii="Arial" w:hAnsi="Arial" w:cs="Arial" w:eastAsia="Arial"/>
                <w:b/>
                <w:sz w:val="16"/>
                <w:rtl w:val="1"/>
                <w:szCs w:val="16"/>
              </w:rPr>
              <w:t>R</w:t>
            </w:r>
          </w:p>
        </w:tc>
        <w:tc>
          <w:tcPr>
            <w:tcW w:w="1150" w:type="dxa"/>
            <w:vAlign w:val="center"/>
            <w:tcMar>
              <w:top w:w="75" w:type="dxa"/>
              <w:bottom w:w="75" w:type="dxa"/>
              <w:left w:w="70" w:type="dxa"/>
              <w:right w:w="70" w:type="dxa"/>
              <w:start w:w="75" w:type="dxa"/>
              <w:end w:w="75" w:type="dxa"/>
            </w:tcMar>
          </w:tcPr>
          <w:p w14:paraId="2A49AA7D" w14:textId="77777777" w:rsidR="00A564F2" w:rsidRDefault="00A564F2" w:rsidP="009D38E5">
            <w:pPr>
              <w:spacing w:before="0" w:after="0" w:line="240" w:lineRule="auto"/>
              <w:jc w:val="center"/>
              <w:bidi w:val="1"/>
              <w:mirrorIndents w:val="1"/>
            </w:pPr>
            <w:r>
              <w:rPr>
                <w:rFonts w:ascii="Arial" w:hAnsi="Arial" w:cs="Arial" w:eastAsia="Arial"/>
                <w:b/>
                <w:sz w:val="16"/>
                <w:rtl w:val="1"/>
                <w:szCs w:val="16"/>
              </w:rPr>
              <w:t>R</w:t>
            </w:r>
          </w:p>
        </w:tc>
        <w:tc>
          <w:tcPr>
            <w:tcW w:w="1250" w:type="dxa"/>
            <w:vAlign w:val="center"/>
            <w:tcMar>
              <w:top w:w="75" w:type="dxa"/>
              <w:bottom w:w="75" w:type="dxa"/>
              <w:left w:w="70" w:type="dxa"/>
              <w:right w:w="70" w:type="dxa"/>
              <w:start w:w="75" w:type="dxa"/>
              <w:end w:w="75" w:type="dxa"/>
            </w:tcMar>
          </w:tcPr>
          <w:p>
            <w:pPr>
              <w:spacing w:before="0" w:after="0" w:line="240" w:lineRule="auto"/>
              <w:jc w:val="center"/>
              <w:bidi w:val="1"/>
              <w:mirrorIndents w:val="1"/>
            </w:pPr>
            <w:r>
              <w:rPr>
                <w:rFonts w:ascii="Arial" w:hAnsi="Arial" w:eastAsia="Arial" w:cs="Arial"/>
                <w:b w:val="0"/>
                <w:sz w:val="16"/>
                <w:rtl w:val="1"/>
                <w:szCs w:val="15"/>
              </w:rPr>
            </w:r>
          </w:p>
        </w:tc>
        <w:tc>
          <w:tcPr>
            <w:tcW w:type="dxa" w:w="1300"/>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6"/>
                <w:rtl w:val="1"/>
                <w:szCs w:val="15"/>
              </w:rPr>
            </w:r>
          </w:p>
        </w:tc>
        <w:tc>
          <w:tcPr>
            <w:tcW w:type="dxa" w:w="1500"/>
            <w:vAlign w:val="center"/>
            <w:tcMar>
              <w:top w:w="75" w:type="dxa"/>
              <w:start w:w="75" w:type="dxa"/>
              <w:bottom w:w="75" w:type="dxa"/>
              <w:end w:w="75" w:type="dxa"/>
            </w:tcMar>
          </w:tcPr>
          <w:p>
            <w:pPr>
              <w:jc w:val="center"/>
              <w:bidi w:val="1"/>
              <w:spacing w:before="0" w:after="0" w:line="240" w:lineRule="auto"/>
              <w:mirrorIndents w:val="1"/>
            </w:pPr>
          </w:p>
        </w:tc>
      </w:tr>
      <w:tr w:rsidR="00A564F2" w14:paraId="18EAF351" w14:textId="77777777" w:rsidTr="009D38E5">
        <w:trPr>
          <w:cantSplit w:val="true"/>
          <w:trHeight w:hRule="atLeast"/>
        </w:trPr>
        <w:tc>
          <w:tcPr>
            <w:tcW w:w="1200" w:type="dxa"/>
            <w:vAlign w:val="center"/>
            <w:tcMar>
              <w:top w:w="75" w:type="dxa"/>
              <w:bottom w:w="75" w:type="dxa"/>
              <w:left w:w="70" w:type="dxa"/>
              <w:right w:w="70" w:type="dxa"/>
              <w:start w:w="75" w:type="dxa"/>
              <w:end w:w="75" w:type="dxa"/>
            </w:tcMar>
          </w:tcPr>
          <w:p w14:paraId="58C9AA13" w14:textId="77777777" w:rsidR="00A564F2" w:rsidRDefault="00A564F2" w:rsidP="009D38E5">
            <w:pPr>
              <w:spacing w:before="0" w:after="0" w:line="240" w:lineRule="auto"/>
              <w:jc w:val="center"/>
              <w:bidi w:val="1"/>
              <w:mirrorIndents w:val="1"/>
            </w:pPr>
            <w:r>
              <w:rPr>
                <w:rFonts w:ascii="Arial" w:hAnsi="Arial" w:cs="Arial" w:eastAsia="Arial"/>
                <w:b w:val="0"/>
                <w:sz w:val="16"/>
                <w:rtl w:val="1"/>
                <w:szCs w:val="15"/>
              </w:rPr>
              <w:t>الحوكمة</w:t>
            </w:r>
          </w:p>
        </w:tc>
        <w:tc>
          <w:tcPr>
            <w:tcW w:w="1550" w:type="dxa"/>
            <w:vAlign w:val="center"/>
            <w:tcMar>
              <w:top w:w="75" w:type="dxa"/>
              <w:bottom w:w="75" w:type="dxa"/>
              <w:left w:w="70" w:type="dxa"/>
              <w:right w:w="70" w:type="dxa"/>
              <w:start w:w="75" w:type="dxa"/>
              <w:end w:w="75" w:type="dxa"/>
            </w:tcMar>
          </w:tcPr>
          <w:p w14:paraId="4B8E6D66" w14:textId="77777777" w:rsidR="00A564F2" w:rsidRDefault="00A564F2" w:rsidP="009D38E5">
            <w:pPr>
              <w:spacing w:before="0" w:after="0" w:line="240" w:lineRule="auto"/>
              <w:jc w:val="center"/>
              <w:bidi w:val="1"/>
              <w:mirrorIndents w:val="1"/>
            </w:pPr>
            <w:r>
              <w:rPr>
                <w:rFonts w:ascii="Arial" w:hAnsi="Arial" w:cs="Arial" w:eastAsia="Arial"/>
                <w:b w:val="0"/>
                <w:sz w:val="16"/>
                <w:rtl w:val="1"/>
                <w:szCs w:val="15"/>
              </w:rPr>
              <w:t xml:space="preserve">اعتماد </w:t>
            </w:r>
            <w:proofErr w:type="spellStart"/>
            <w:r>
              <w:rPr>
                <w:rFonts w:ascii="Arial" w:hAnsi="Arial" w:cs="Arial" w:eastAsia="Arial"/>
                <w:b w:val="0"/>
                <w:sz w:val="16"/>
                <w:rtl w:val="1"/>
                <w:szCs w:val="15"/>
              </w:rPr>
              <w:t>إغلاق</w:t>
            </w:r>
            <w:proofErr w:type="spellEnd"/>
            <w:r>
              <w:rPr>
                <w:rFonts w:ascii="Arial" w:hAnsi="Arial" w:cs="Arial" w:eastAsia="Arial"/>
                <w:b w:val="0"/>
                <w:sz w:val="16"/>
                <w:rtl w:val="1"/>
                <w:szCs w:val="15"/>
              </w:rPr>
              <w:t xml:space="preserve"> </w:t>
            </w:r>
            <w:proofErr w:type="spellStart"/>
            <w:r>
              <w:rPr>
                <w:rFonts w:ascii="Arial" w:hAnsi="Arial" w:cs="Arial" w:eastAsia="Arial"/>
                <w:b w:val="0"/>
                <w:sz w:val="16"/>
                <w:rtl w:val="1"/>
                <w:szCs w:val="15"/>
              </w:rPr>
              <w:t>الفروع</w:t>
            </w:r>
            <w:proofErr w:type="spellEnd"/>
          </w:p>
        </w:tc>
        <w:tc>
          <w:tcPr>
            <w:tcW w:w="1050" w:type="dxa"/>
            <w:vAlign w:val="center"/>
            <w:tcMar>
              <w:top w:w="75" w:type="dxa"/>
              <w:bottom w:w="75" w:type="dxa"/>
              <w:left w:w="70" w:type="dxa"/>
              <w:right w:w="70" w:type="dxa"/>
              <w:start w:w="75" w:type="dxa"/>
              <w:end w:w="75" w:type="dxa"/>
            </w:tcMar>
          </w:tcPr>
          <w:p w14:paraId="3207BB5F" w14:textId="77777777" w:rsidR="00A564F2" w:rsidRDefault="00A564F2" w:rsidP="009D38E5">
            <w:pPr>
              <w:spacing w:before="0" w:after="0" w:line="240" w:lineRule="auto"/>
              <w:jc w:val="center"/>
              <w:bidi w:val="1"/>
              <w:mirrorIndents w:val="1"/>
            </w:pPr>
            <w:r>
              <w:rPr>
                <w:rFonts w:ascii="Arial" w:hAnsi="Arial" w:cs="Arial" w:eastAsia="Arial"/>
                <w:b/>
                <w:sz w:val="16"/>
                <w:rtl w:val="1"/>
                <w:szCs w:val="16"/>
              </w:rPr>
              <w:t>A</w:t>
            </w:r>
          </w:p>
        </w:tc>
        <w:tc>
          <w:tcPr>
            <w:tcW w:w="1050" w:type="dxa"/>
            <w:vAlign w:val="center"/>
            <w:tcMar>
              <w:top w:w="75" w:type="dxa"/>
              <w:bottom w:w="75" w:type="dxa"/>
              <w:left w:w="70" w:type="dxa"/>
              <w:right w:w="70" w:type="dxa"/>
              <w:start w:w="75" w:type="dxa"/>
              <w:end w:w="75" w:type="dxa"/>
            </w:tcMar>
          </w:tcPr>
          <w:p w14:paraId="6DABF2C4" w14:textId="77777777" w:rsidR="00A564F2" w:rsidRDefault="00A564F2" w:rsidP="009D38E5">
            <w:pPr>
              <w:spacing w:before="0" w:after="0" w:line="240" w:lineRule="auto"/>
              <w:jc w:val="center"/>
              <w:bidi w:val="1"/>
              <w:mirrorIndents w:val="1"/>
            </w:pPr>
            <w:r>
              <w:rPr>
                <w:rFonts w:ascii="Arial" w:hAnsi="Arial" w:cs="Arial" w:eastAsia="Arial"/>
                <w:b/>
                <w:sz w:val="16"/>
                <w:rtl w:val="1"/>
                <w:szCs w:val="16"/>
              </w:rPr>
              <w:t>R</w:t>
            </w:r>
          </w:p>
        </w:tc>
        <w:tc>
          <w:tcPr>
            <w:tcW w:w="1150" w:type="dxa"/>
            <w:vAlign w:val="center"/>
            <w:tcMar>
              <w:top w:w="75" w:type="dxa"/>
              <w:bottom w:w="75" w:type="dxa"/>
              <w:left w:w="70" w:type="dxa"/>
              <w:right w:w="70" w:type="dxa"/>
              <w:start w:w="75" w:type="dxa"/>
              <w:end w:w="75" w:type="dxa"/>
            </w:tcMar>
          </w:tcPr>
          <w:p w14:paraId="5DC79DCD" w14:textId="77777777" w:rsidR="00A564F2" w:rsidRDefault="00A564F2" w:rsidP="009D38E5">
            <w:pPr>
              <w:spacing w:before="0" w:after="0" w:line="240" w:lineRule="auto"/>
              <w:jc w:val="center"/>
              <w:bidi w:val="1"/>
              <w:mirrorIndents w:val="1"/>
            </w:pPr>
            <w:r>
              <w:rPr>
                <w:rFonts w:ascii="Arial" w:hAnsi="Arial" w:cs="Arial" w:eastAsia="Arial"/>
                <w:b/>
                <w:sz w:val="16"/>
                <w:rtl w:val="1"/>
                <w:szCs w:val="16"/>
              </w:rPr>
              <w:t>R</w:t>
            </w:r>
          </w:p>
        </w:tc>
        <w:tc>
          <w:tcPr>
            <w:tcW w:w="1250" w:type="dxa"/>
            <w:vAlign w:val="center"/>
            <w:tcMar>
              <w:top w:w="75" w:type="dxa"/>
              <w:bottom w:w="75" w:type="dxa"/>
              <w:left w:w="70" w:type="dxa"/>
              <w:right w:w="70" w:type="dxa"/>
              <w:start w:w="75" w:type="dxa"/>
              <w:end w:w="75" w:type="dxa"/>
            </w:tcMar>
          </w:tcPr>
          <w:p>
            <w:pPr>
              <w:spacing w:before="0" w:after="0" w:line="240" w:lineRule="auto"/>
              <w:jc w:val="center"/>
              <w:bidi w:val="1"/>
              <w:mirrorIndents w:val="1"/>
            </w:pPr>
            <w:r>
              <w:rPr>
                <w:rFonts w:ascii="Arial" w:hAnsi="Arial" w:eastAsia="Arial" w:cs="Arial"/>
                <w:b w:val="0"/>
                <w:sz w:val="16"/>
                <w:rtl w:val="1"/>
                <w:szCs w:val="15"/>
              </w:rPr>
            </w:r>
          </w:p>
        </w:tc>
        <w:tc>
          <w:tcPr>
            <w:tcW w:type="dxa" w:w="1300"/>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6"/>
                <w:rtl w:val="1"/>
                <w:szCs w:val="15"/>
              </w:rPr>
            </w:r>
          </w:p>
        </w:tc>
        <w:tc>
          <w:tcPr>
            <w:tcW w:type="dxa" w:w="1500"/>
            <w:vAlign w:val="center"/>
            <w:tcMar>
              <w:top w:w="75" w:type="dxa"/>
              <w:start w:w="75" w:type="dxa"/>
              <w:bottom w:w="75" w:type="dxa"/>
              <w:end w:w="75" w:type="dxa"/>
            </w:tcMar>
          </w:tcPr>
          <w:p>
            <w:pPr>
              <w:jc w:val="center"/>
              <w:bidi w:val="1"/>
              <w:spacing w:before="0" w:after="0" w:line="240" w:lineRule="auto"/>
              <w:mirrorIndents w:val="1"/>
            </w:pPr>
          </w:p>
        </w:tc>
      </w:tr>
      <w:tr w:rsidR="00A564F2" w14:paraId="246931B2" w14:textId="77777777" w:rsidTr="009D38E5">
        <w:trPr>
          <w:cantSplit w:val="true"/>
          <w:trHeight w:hRule="atLeast"/>
        </w:trPr>
        <w:tc>
          <w:tcPr>
            <w:tcW w:w="1200" w:type="dxa"/>
            <w:vAlign w:val="center"/>
            <w:tcMar>
              <w:top w:w="75" w:type="dxa"/>
              <w:bottom w:w="75" w:type="dxa"/>
              <w:left w:w="70" w:type="dxa"/>
              <w:right w:w="70" w:type="dxa"/>
              <w:start w:w="75" w:type="dxa"/>
              <w:end w:w="75" w:type="dxa"/>
            </w:tcMar>
          </w:tcPr>
          <w:p w14:paraId="08853AD4" w14:textId="77777777" w:rsidR="00A564F2" w:rsidRDefault="00A564F2" w:rsidP="009D38E5">
            <w:pPr>
              <w:spacing w:before="0" w:after="0" w:line="240" w:lineRule="auto"/>
              <w:jc w:val="center"/>
              <w:bidi w:val="1"/>
              <w:mirrorIndents w:val="1"/>
            </w:pPr>
            <w:r>
              <w:rPr>
                <w:rFonts w:ascii="Arial" w:hAnsi="Arial" w:cs="Arial" w:eastAsia="Arial"/>
                <w:b w:val="0"/>
                <w:sz w:val="16"/>
                <w:rtl w:val="1"/>
                <w:szCs w:val="15"/>
              </w:rPr>
              <w:t>الإدارة التنفيذية</w:t>
            </w:r>
          </w:p>
        </w:tc>
        <w:tc>
          <w:tcPr>
            <w:tcW w:w="1550" w:type="dxa"/>
            <w:vAlign w:val="center"/>
            <w:tcMar>
              <w:top w:w="75" w:type="dxa"/>
              <w:bottom w:w="75" w:type="dxa"/>
              <w:left w:w="70" w:type="dxa"/>
              <w:right w:w="70" w:type="dxa"/>
              <w:start w:w="75" w:type="dxa"/>
              <w:end w:w="75" w:type="dxa"/>
            </w:tcMar>
          </w:tcPr>
          <w:p w14:paraId="7A2E86AB" w14:textId="77777777" w:rsidR="00A564F2" w:rsidRDefault="00A564F2" w:rsidP="009D38E5">
            <w:pPr>
              <w:spacing w:before="0" w:after="0" w:line="240" w:lineRule="auto"/>
              <w:jc w:val="center"/>
              <w:bidi w:val="1"/>
              <w:mirrorIndents w:val="1"/>
            </w:pPr>
            <w:r>
              <w:rPr>
                <w:rFonts w:ascii="Arial" w:hAnsi="Arial" w:cs="Arial" w:eastAsia="Arial"/>
                <w:b w:val="0"/>
                <w:sz w:val="16"/>
                <w:rtl w:val="1"/>
                <w:szCs w:val="15"/>
              </w:rPr>
              <w:t xml:space="preserve">اعتماد </w:t>
            </w:r>
            <w:proofErr w:type="spellStart"/>
            <w:r>
              <w:rPr>
                <w:rFonts w:ascii="Arial" w:hAnsi="Arial" w:cs="Arial" w:eastAsia="Arial"/>
                <w:b w:val="0"/>
                <w:sz w:val="16"/>
                <w:rtl w:val="1"/>
                <w:szCs w:val="15"/>
              </w:rPr>
              <w:t>الخطة</w:t>
            </w:r>
            <w:proofErr w:type="spellEnd"/>
            <w:r>
              <w:rPr>
                <w:rFonts w:ascii="Arial" w:hAnsi="Arial" w:cs="Arial" w:eastAsia="Arial"/>
                <w:b w:val="0"/>
                <w:sz w:val="16"/>
                <w:rtl w:val="1"/>
                <w:szCs w:val="15"/>
              </w:rPr>
              <w:t xml:space="preserve"> التنفيذية</w:t>
            </w:r>
          </w:p>
        </w:tc>
        <w:tc>
          <w:tcPr>
            <w:tcW w:w="1050" w:type="dxa"/>
            <w:vAlign w:val="center"/>
            <w:tcMar>
              <w:top w:w="75" w:type="dxa"/>
              <w:bottom w:w="75" w:type="dxa"/>
              <w:left w:w="70" w:type="dxa"/>
              <w:right w:w="70" w:type="dxa"/>
              <w:start w:w="75" w:type="dxa"/>
              <w:end w:w="75" w:type="dxa"/>
            </w:tcMar>
          </w:tcPr>
          <w:p w14:paraId="65F13C0A" w14:textId="77777777" w:rsidR="00A564F2" w:rsidRDefault="00A564F2" w:rsidP="009D38E5">
            <w:pPr>
              <w:spacing w:before="0" w:after="0" w:line="240" w:lineRule="auto"/>
              <w:jc w:val="center"/>
              <w:bidi w:val="1"/>
              <w:mirrorIndents w:val="1"/>
            </w:pPr>
          </w:p>
        </w:tc>
        <w:tc>
          <w:tcPr>
            <w:tcW w:w="1050" w:type="dxa"/>
            <w:vAlign w:val="center"/>
            <w:tcMar>
              <w:top w:w="75" w:type="dxa"/>
              <w:bottom w:w="75" w:type="dxa"/>
              <w:left w:w="70" w:type="dxa"/>
              <w:right w:w="70" w:type="dxa"/>
              <w:start w:w="75" w:type="dxa"/>
              <w:end w:w="75" w:type="dxa"/>
            </w:tcMar>
          </w:tcPr>
          <w:p w14:paraId="72993774" w14:textId="77777777" w:rsidR="00A564F2" w:rsidRDefault="00A564F2" w:rsidP="009D38E5">
            <w:pPr>
              <w:spacing w:before="0" w:after="0" w:line="240" w:lineRule="auto"/>
              <w:jc w:val="center"/>
              <w:bidi w:val="1"/>
              <w:mirrorIndents w:val="1"/>
            </w:pPr>
          </w:p>
        </w:tc>
        <w:tc>
          <w:tcPr>
            <w:tcW w:w="1150" w:type="dxa"/>
            <w:vAlign w:val="center"/>
            <w:tcMar>
              <w:top w:w="75" w:type="dxa"/>
              <w:bottom w:w="75" w:type="dxa"/>
              <w:left w:w="70" w:type="dxa"/>
              <w:right w:w="70" w:type="dxa"/>
              <w:start w:w="75" w:type="dxa"/>
              <w:end w:w="75" w:type="dxa"/>
            </w:tcMar>
          </w:tcPr>
          <w:p w14:paraId="150793CA" w14:textId="77777777" w:rsidR="00A564F2" w:rsidRDefault="00A564F2" w:rsidP="009D38E5">
            <w:pPr>
              <w:spacing w:before="0" w:after="0" w:line="240" w:lineRule="auto"/>
              <w:jc w:val="center"/>
              <w:bidi w:val="1"/>
              <w:mirrorIndents w:val="1"/>
            </w:pPr>
            <w:r>
              <w:rPr>
                <w:rFonts w:ascii="Arial" w:hAnsi="Arial" w:cs="Arial" w:eastAsia="Arial"/>
                <w:b/>
                <w:sz w:val="16"/>
                <w:rtl w:val="1"/>
                <w:szCs w:val="16"/>
              </w:rPr>
              <w:t>A</w:t>
            </w:r>
          </w:p>
        </w:tc>
        <w:tc>
          <w:tcPr>
            <w:tcW w:w="1250" w:type="dxa"/>
            <w:vAlign w:val="center"/>
            <w:tcMar>
              <w:top w:w="75" w:type="dxa"/>
              <w:bottom w:w="75" w:type="dxa"/>
              <w:left w:w="70" w:type="dxa"/>
              <w:right w:w="70" w:type="dxa"/>
              <w:start w:w="75" w:type="dxa"/>
              <w:end w:w="75" w:type="dxa"/>
            </w:tcMar>
          </w:tcPr>
          <w:p>
            <w:pPr>
              <w:spacing w:before="0" w:after="0" w:line="240" w:lineRule="auto"/>
              <w:jc w:val="center"/>
              <w:bidi w:val="1"/>
              <w:mirrorIndents w:val="1"/>
            </w:pPr>
            <w:r>
              <w:rPr>
                <w:rFonts w:ascii="Arial" w:hAnsi="Arial" w:eastAsia="Arial" w:cs="Arial"/>
                <w:b w:val="0"/>
                <w:sz w:val="16"/>
                <w:rtl w:val="1"/>
                <w:szCs w:val="15"/>
              </w:rPr>
            </w:r>
          </w:p>
        </w:tc>
        <w:tc>
          <w:tcPr>
            <w:tcW w:type="dxa" w:w="1300"/>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6"/>
                <w:rtl w:val="1"/>
                <w:szCs w:val="15"/>
              </w:rPr>
            </w:r>
          </w:p>
        </w:tc>
        <w:tc>
          <w:tcPr>
            <w:tcW w:type="dxa" w:w="1500"/>
            <w:vAlign w:val="center"/>
            <w:tcMar>
              <w:top w:w="75" w:type="dxa"/>
              <w:start w:w="75" w:type="dxa"/>
              <w:bottom w:w="75" w:type="dxa"/>
              <w:end w:w="75" w:type="dxa"/>
            </w:tcMar>
          </w:tcPr>
          <w:p>
            <w:pPr>
              <w:jc w:val="center"/>
              <w:bidi w:val="1"/>
              <w:spacing w:before="0" w:after="0" w:line="240" w:lineRule="auto"/>
              <w:mirrorIndents w:val="1"/>
            </w:pPr>
          </w:p>
        </w:tc>
      </w:tr>
      <w:tr w:rsidR="00A564F2" w14:paraId="71D14FDF" w14:textId="77777777" w:rsidTr="009D38E5">
        <w:trPr>
          <w:cantSplit w:val="true"/>
          <w:trHeight w:hRule="atLeast"/>
        </w:trPr>
        <w:tc>
          <w:tcPr>
            <w:tcW w:w="1200" w:type="dxa"/>
            <w:vAlign w:val="center"/>
            <w:tcMar>
              <w:top w:w="75" w:type="dxa"/>
              <w:bottom w:w="75" w:type="dxa"/>
              <w:left w:w="70" w:type="dxa"/>
              <w:right w:w="70" w:type="dxa"/>
              <w:start w:w="75" w:type="dxa"/>
              <w:end w:w="75" w:type="dxa"/>
            </w:tcMar>
          </w:tcPr>
          <w:p w14:paraId="72A445DD" w14:textId="77777777" w:rsidR="00A564F2" w:rsidRDefault="00A564F2" w:rsidP="009D38E5">
            <w:pPr>
              <w:spacing w:before="0" w:after="0" w:line="240" w:lineRule="auto"/>
              <w:jc w:val="center"/>
              <w:bidi w:val="1"/>
              <w:mirrorIndents w:val="1"/>
            </w:pPr>
            <w:r>
              <w:rPr>
                <w:rFonts w:ascii="Arial" w:hAnsi="Arial" w:cs="Arial" w:eastAsia="Arial"/>
                <w:b w:val="0"/>
                <w:sz w:val="16"/>
                <w:rtl w:val="1"/>
                <w:szCs w:val="15"/>
              </w:rPr>
              <w:t>الإدارة التنفيذية</w:t>
            </w:r>
          </w:p>
        </w:tc>
        <w:tc>
          <w:tcPr>
            <w:tcW w:w="1550" w:type="dxa"/>
            <w:vAlign w:val="center"/>
            <w:tcMar>
              <w:top w:w="75" w:type="dxa"/>
              <w:bottom w:w="75" w:type="dxa"/>
              <w:left w:w="70" w:type="dxa"/>
              <w:right w:w="70" w:type="dxa"/>
              <w:start w:w="75" w:type="dxa"/>
              <w:end w:w="75" w:type="dxa"/>
            </w:tcMar>
          </w:tcPr>
          <w:p w14:paraId="23192513" w14:textId="77777777" w:rsidR="00A564F2" w:rsidRDefault="00A564F2" w:rsidP="009D38E5">
            <w:pPr>
              <w:spacing w:before="0" w:after="0" w:line="240" w:lineRule="auto"/>
              <w:jc w:val="center"/>
              <w:bidi w:val="1"/>
              <w:mirrorIndents w:val="1"/>
            </w:pPr>
            <w:r>
              <w:rPr>
                <w:rFonts w:ascii="Arial" w:hAnsi="Arial" w:cs="Arial" w:eastAsia="Arial"/>
                <w:b w:val="0"/>
                <w:sz w:val="16"/>
                <w:rtl w:val="1"/>
                <w:szCs w:val="15"/>
              </w:rPr>
              <w:t xml:space="preserve">اعتماد </w:t>
            </w:r>
            <w:proofErr w:type="spellStart"/>
            <w:r>
              <w:rPr>
                <w:rFonts w:ascii="Arial" w:hAnsi="Arial" w:cs="Arial" w:eastAsia="Arial"/>
                <w:b w:val="0"/>
                <w:sz w:val="16"/>
                <w:rtl w:val="1"/>
                <w:szCs w:val="15"/>
              </w:rPr>
              <w:t>التقارير</w:t>
            </w:r>
            <w:proofErr w:type="spellEnd"/>
            <w:r>
              <w:rPr>
                <w:rFonts w:ascii="Arial" w:hAnsi="Arial" w:cs="Arial" w:eastAsia="Arial"/>
                <w:b w:val="0"/>
                <w:sz w:val="16"/>
                <w:rtl w:val="1"/>
                <w:szCs w:val="15"/>
              </w:rPr>
              <w:t xml:space="preserve"> </w:t>
            </w:r>
            <w:proofErr w:type="spellStart"/>
            <w:r>
              <w:rPr>
                <w:rFonts w:ascii="Arial" w:hAnsi="Arial" w:cs="Arial" w:eastAsia="Arial"/>
                <w:b w:val="0"/>
                <w:sz w:val="16"/>
                <w:rtl w:val="1"/>
                <w:szCs w:val="15"/>
              </w:rPr>
              <w:t>الدورية</w:t>
            </w:r>
            <w:proofErr w:type="spellEnd"/>
          </w:p>
        </w:tc>
        <w:tc>
          <w:tcPr>
            <w:tcW w:w="1050" w:type="dxa"/>
            <w:vAlign w:val="center"/>
            <w:tcMar>
              <w:top w:w="75" w:type="dxa"/>
              <w:bottom w:w="75" w:type="dxa"/>
              <w:left w:w="70" w:type="dxa"/>
              <w:right w:w="70" w:type="dxa"/>
              <w:start w:w="75" w:type="dxa"/>
              <w:end w:w="75" w:type="dxa"/>
            </w:tcMar>
          </w:tcPr>
          <w:p w14:paraId="16B01210" w14:textId="77777777" w:rsidR="00A564F2" w:rsidRDefault="00A564F2" w:rsidP="009D38E5">
            <w:pPr>
              <w:spacing w:before="0" w:after="0" w:line="240" w:lineRule="auto"/>
              <w:jc w:val="center"/>
              <w:bidi w:val="1"/>
              <w:mirrorIndents w:val="1"/>
            </w:pPr>
          </w:p>
        </w:tc>
        <w:tc>
          <w:tcPr>
            <w:tcW w:w="1050" w:type="dxa"/>
            <w:vAlign w:val="center"/>
            <w:tcMar>
              <w:top w:w="75" w:type="dxa"/>
              <w:bottom w:w="75" w:type="dxa"/>
              <w:left w:w="70" w:type="dxa"/>
              <w:right w:w="70" w:type="dxa"/>
              <w:start w:w="75" w:type="dxa"/>
              <w:end w:w="75" w:type="dxa"/>
            </w:tcMar>
          </w:tcPr>
          <w:p w14:paraId="7BB1A036" w14:textId="77777777" w:rsidR="00A564F2" w:rsidRDefault="00A564F2" w:rsidP="009D38E5">
            <w:pPr>
              <w:spacing w:before="0" w:after="0" w:line="240" w:lineRule="auto"/>
              <w:jc w:val="center"/>
              <w:bidi w:val="1"/>
              <w:mirrorIndents w:val="1"/>
            </w:pPr>
          </w:p>
        </w:tc>
        <w:tc>
          <w:tcPr>
            <w:tcW w:w="1150" w:type="dxa"/>
            <w:vAlign w:val="center"/>
            <w:tcMar>
              <w:top w:w="75" w:type="dxa"/>
              <w:bottom w:w="75" w:type="dxa"/>
              <w:left w:w="70" w:type="dxa"/>
              <w:right w:w="70" w:type="dxa"/>
              <w:start w:w="75" w:type="dxa"/>
              <w:end w:w="75" w:type="dxa"/>
            </w:tcMar>
          </w:tcPr>
          <w:p w14:paraId="36CA6E89" w14:textId="77777777" w:rsidR="00A564F2" w:rsidRDefault="00A564F2" w:rsidP="009D38E5">
            <w:pPr>
              <w:spacing w:before="0" w:after="0" w:line="240" w:lineRule="auto"/>
              <w:jc w:val="center"/>
              <w:bidi w:val="1"/>
              <w:mirrorIndents w:val="1"/>
            </w:pPr>
            <w:r>
              <w:rPr>
                <w:rFonts w:ascii="Arial" w:hAnsi="Arial" w:cs="Arial" w:eastAsia="Arial"/>
                <w:b/>
                <w:sz w:val="16"/>
                <w:rtl w:val="1"/>
                <w:szCs w:val="16"/>
              </w:rPr>
              <w:t>A</w:t>
            </w:r>
          </w:p>
        </w:tc>
        <w:tc>
          <w:tcPr>
            <w:tcW w:w="1250" w:type="dxa"/>
            <w:vAlign w:val="center"/>
            <w:tcMar>
              <w:top w:w="75" w:type="dxa"/>
              <w:bottom w:w="75" w:type="dxa"/>
              <w:left w:w="70" w:type="dxa"/>
              <w:right w:w="70" w:type="dxa"/>
              <w:start w:w="75" w:type="dxa"/>
              <w:end w:w="75" w:type="dxa"/>
            </w:tcMar>
          </w:tcPr>
          <w:p>
            <w:pPr>
              <w:spacing w:before="0" w:after="0" w:line="240" w:lineRule="auto"/>
              <w:jc w:val="center"/>
              <w:bidi w:val="1"/>
              <w:mirrorIndents w:val="1"/>
            </w:pPr>
            <w:r>
              <w:rPr>
                <w:rFonts w:ascii="Arial" w:hAnsi="Arial" w:eastAsia="Arial" w:cs="Arial"/>
                <w:b w:val="0"/>
                <w:sz w:val="16"/>
                <w:rtl w:val="1"/>
                <w:szCs w:val="15"/>
              </w:rPr>
            </w:r>
          </w:p>
        </w:tc>
        <w:tc>
          <w:tcPr>
            <w:tcW w:type="dxa" w:w="1300"/>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6"/>
                <w:rtl w:val="1"/>
                <w:szCs w:val="15"/>
              </w:rPr>
            </w:r>
          </w:p>
        </w:tc>
        <w:tc>
          <w:tcPr>
            <w:tcW w:type="dxa" w:w="1500"/>
            <w:vAlign w:val="center"/>
            <w:tcMar>
              <w:top w:w="75" w:type="dxa"/>
              <w:start w:w="75" w:type="dxa"/>
              <w:bottom w:w="75" w:type="dxa"/>
              <w:end w:w="75" w:type="dxa"/>
            </w:tcMar>
          </w:tcPr>
          <w:p>
            <w:pPr>
              <w:jc w:val="center"/>
              <w:bidi w:val="1"/>
              <w:spacing w:before="0" w:after="0" w:line="240" w:lineRule="auto"/>
              <w:mirrorIndents w:val="1"/>
            </w:pPr>
          </w:p>
        </w:tc>
      </w:tr>
      <w:tr w:rsidR="00A564F2" w14:paraId="616FF95F" w14:textId="77777777" w:rsidTr="009D38E5">
        <w:trPr>
          <w:cantSplit w:val="true"/>
          <w:trHeight w:hRule="atLeast"/>
        </w:trPr>
        <w:tc>
          <w:tcPr>
            <w:tcW w:w="1200" w:type="dxa"/>
            <w:vAlign w:val="center"/>
            <w:tcMar>
              <w:top w:w="75" w:type="dxa"/>
              <w:bottom w:w="75" w:type="dxa"/>
              <w:left w:w="70" w:type="dxa"/>
              <w:right w:w="70" w:type="dxa"/>
              <w:start w:w="75" w:type="dxa"/>
              <w:end w:w="75" w:type="dxa"/>
            </w:tcMar>
          </w:tcPr>
          <w:p w14:paraId="05F2118E" w14:textId="77777777" w:rsidR="00A564F2" w:rsidRDefault="00A564F2" w:rsidP="009D38E5">
            <w:pPr>
              <w:spacing w:before="0" w:after="0" w:line="240" w:lineRule="auto"/>
              <w:jc w:val="center"/>
              <w:bidi w:val="1"/>
              <w:mirrorIndents w:val="1"/>
            </w:pPr>
            <w:r>
              <w:rPr>
                <w:rFonts w:ascii="Arial" w:hAnsi="Arial" w:cs="Arial" w:eastAsia="Arial"/>
                <w:b w:val="0"/>
                <w:sz w:val="16"/>
                <w:rtl w:val="1"/>
                <w:szCs w:val="15"/>
              </w:rPr>
              <w:lastRenderedPageBreak/>
              <w:t>الإدارة التنفيذية</w:t>
            </w:r>
          </w:p>
        </w:tc>
        <w:tc>
          <w:tcPr>
            <w:tcW w:w="1550" w:type="dxa"/>
            <w:vAlign w:val="center"/>
            <w:tcMar>
              <w:top w:w="75" w:type="dxa"/>
              <w:bottom w:w="75" w:type="dxa"/>
              <w:left w:w="70" w:type="dxa"/>
              <w:right w:w="70" w:type="dxa"/>
              <w:start w:w="75" w:type="dxa"/>
              <w:end w:w="75" w:type="dxa"/>
            </w:tcMar>
          </w:tcPr>
          <w:p w14:paraId="32982BA9" w14:textId="77777777" w:rsidR="00A564F2" w:rsidRDefault="00A564F2" w:rsidP="009D38E5">
            <w:pPr>
              <w:spacing w:before="0" w:after="0" w:line="240" w:lineRule="auto"/>
              <w:jc w:val="center"/>
              <w:bidi w:val="1"/>
              <w:mirrorIndents w:val="1"/>
            </w:pPr>
            <w:r>
              <w:rPr>
                <w:rFonts w:ascii="Arial" w:hAnsi="Arial" w:cs="Arial" w:eastAsia="Arial"/>
                <w:b w:val="0"/>
                <w:sz w:val="16"/>
                <w:rtl w:val="1"/>
                <w:szCs w:val="15"/>
              </w:rPr>
              <w:t xml:space="preserve">اعتماد </w:t>
            </w:r>
            <w:proofErr w:type="spellStart"/>
            <w:r>
              <w:rPr>
                <w:rFonts w:ascii="Arial" w:hAnsi="Arial" w:cs="Arial" w:eastAsia="Arial"/>
                <w:b w:val="0"/>
                <w:sz w:val="16"/>
                <w:rtl w:val="1"/>
                <w:szCs w:val="15"/>
              </w:rPr>
              <w:t>المبادرات</w:t>
            </w:r>
            <w:proofErr w:type="spellEnd"/>
          </w:p>
        </w:tc>
        <w:tc>
          <w:tcPr>
            <w:tcW w:w="1050" w:type="dxa"/>
            <w:vAlign w:val="center"/>
            <w:tcMar>
              <w:top w:w="75" w:type="dxa"/>
              <w:bottom w:w="75" w:type="dxa"/>
              <w:left w:w="70" w:type="dxa"/>
              <w:right w:w="70" w:type="dxa"/>
              <w:start w:w="75" w:type="dxa"/>
              <w:end w:w="75" w:type="dxa"/>
            </w:tcMar>
          </w:tcPr>
          <w:p w14:paraId="12CFB948" w14:textId="77777777" w:rsidR="00A564F2" w:rsidRDefault="00A564F2" w:rsidP="009D38E5">
            <w:pPr>
              <w:spacing w:before="0" w:after="0" w:line="240" w:lineRule="auto"/>
              <w:jc w:val="center"/>
              <w:bidi w:val="1"/>
              <w:mirrorIndents w:val="1"/>
            </w:pPr>
          </w:p>
        </w:tc>
        <w:tc>
          <w:tcPr>
            <w:tcW w:w="1050" w:type="dxa"/>
            <w:vAlign w:val="center"/>
            <w:tcMar>
              <w:top w:w="75" w:type="dxa"/>
              <w:bottom w:w="75" w:type="dxa"/>
              <w:left w:w="70" w:type="dxa"/>
              <w:right w:w="70" w:type="dxa"/>
              <w:start w:w="75" w:type="dxa"/>
              <w:end w:w="75" w:type="dxa"/>
            </w:tcMar>
          </w:tcPr>
          <w:p w14:paraId="4603AC30" w14:textId="77777777" w:rsidR="00A564F2" w:rsidRDefault="00A564F2" w:rsidP="009D38E5">
            <w:pPr>
              <w:spacing w:before="0" w:after="0" w:line="240" w:lineRule="auto"/>
              <w:jc w:val="center"/>
              <w:bidi w:val="1"/>
              <w:mirrorIndents w:val="1"/>
            </w:pPr>
          </w:p>
        </w:tc>
        <w:tc>
          <w:tcPr>
            <w:tcW w:w="1150" w:type="dxa"/>
            <w:vAlign w:val="center"/>
            <w:tcMar>
              <w:top w:w="75" w:type="dxa"/>
              <w:bottom w:w="75" w:type="dxa"/>
              <w:left w:w="70" w:type="dxa"/>
              <w:right w:w="70" w:type="dxa"/>
              <w:start w:w="75" w:type="dxa"/>
              <w:end w:w="75" w:type="dxa"/>
            </w:tcMar>
          </w:tcPr>
          <w:p w14:paraId="6ED3D578" w14:textId="77777777" w:rsidR="00A564F2" w:rsidRDefault="00A564F2" w:rsidP="009D38E5">
            <w:pPr>
              <w:spacing w:before="0" w:after="0" w:line="240" w:lineRule="auto"/>
              <w:jc w:val="center"/>
              <w:bidi w:val="1"/>
              <w:mirrorIndents w:val="1"/>
            </w:pPr>
            <w:r>
              <w:rPr>
                <w:rFonts w:ascii="Arial" w:hAnsi="Arial" w:cs="Arial" w:eastAsia="Arial"/>
                <w:b/>
                <w:sz w:val="16"/>
                <w:rtl w:val="1"/>
                <w:szCs w:val="16"/>
              </w:rPr>
              <w:t>A</w:t>
            </w:r>
          </w:p>
        </w:tc>
        <w:tc>
          <w:tcPr>
            <w:tcW w:w="1250" w:type="dxa"/>
            <w:vAlign w:val="center"/>
            <w:tcMar>
              <w:top w:w="75" w:type="dxa"/>
              <w:bottom w:w="75" w:type="dxa"/>
              <w:left w:w="70" w:type="dxa"/>
              <w:right w:w="70" w:type="dxa"/>
              <w:start w:w="75" w:type="dxa"/>
              <w:end w:w="75" w:type="dxa"/>
            </w:tcMar>
          </w:tcPr>
          <w:p>
            <w:pPr>
              <w:spacing w:before="0" w:after="0" w:line="240" w:lineRule="auto"/>
              <w:jc w:val="center"/>
              <w:bidi w:val="1"/>
              <w:mirrorIndents w:val="1"/>
            </w:pPr>
            <w:r>
              <w:rPr>
                <w:rFonts w:ascii="Arial" w:hAnsi="Arial" w:eastAsia="Arial" w:cs="Arial"/>
                <w:b w:val="0"/>
                <w:sz w:val="16"/>
                <w:rtl w:val="1"/>
                <w:szCs w:val="15"/>
              </w:rPr>
            </w:r>
          </w:p>
        </w:tc>
        <w:tc>
          <w:tcPr>
            <w:tcW w:type="dxa" w:w="1300"/>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6"/>
                <w:rtl w:val="1"/>
                <w:szCs w:val="15"/>
              </w:rPr>
            </w:r>
          </w:p>
        </w:tc>
        <w:tc>
          <w:tcPr>
            <w:tcW w:type="dxa" w:w="1500"/>
            <w:vAlign w:val="center"/>
            <w:tcMar>
              <w:top w:w="75" w:type="dxa"/>
              <w:start w:w="75" w:type="dxa"/>
              <w:bottom w:w="75" w:type="dxa"/>
              <w:end w:w="75" w:type="dxa"/>
            </w:tcMar>
          </w:tcPr>
          <w:p>
            <w:pPr>
              <w:jc w:val="center"/>
              <w:bidi w:val="1"/>
              <w:spacing w:before="0" w:after="0" w:line="240" w:lineRule="auto"/>
              <w:mirrorIndents w:val="1"/>
            </w:pPr>
          </w:p>
        </w:tc>
      </w:tr>
      <w:tr w:rsidR="00A564F2" w14:paraId="5FA2412D" w14:textId="77777777" w:rsidTr="009D38E5">
        <w:trPr>
          <w:cantSplit w:val="true"/>
          <w:trHeight w:hRule="atLeast"/>
        </w:trPr>
        <w:tc>
          <w:tcPr>
            <w:tcW w:w="1200" w:type="dxa"/>
            <w:vAlign w:val="center"/>
            <w:tcMar>
              <w:top w:w="75" w:type="dxa"/>
              <w:bottom w:w="75" w:type="dxa"/>
              <w:left w:w="70" w:type="dxa"/>
              <w:right w:w="70" w:type="dxa"/>
              <w:start w:w="75" w:type="dxa"/>
              <w:end w:w="75" w:type="dxa"/>
            </w:tcMar>
          </w:tcPr>
          <w:p w14:paraId="1FBE92C5" w14:textId="77777777" w:rsidR="00A564F2" w:rsidRDefault="00A564F2" w:rsidP="009D38E5">
            <w:pPr>
              <w:spacing w:before="0" w:after="0" w:line="240" w:lineRule="auto"/>
              <w:jc w:val="center"/>
              <w:bidi w:val="1"/>
              <w:mirrorIndents w:val="1"/>
            </w:pPr>
            <w:r>
              <w:rPr>
                <w:rFonts w:ascii="Arial" w:hAnsi="Arial" w:cs="Arial" w:eastAsia="Arial"/>
                <w:b w:val="0"/>
                <w:sz w:val="16"/>
                <w:rtl w:val="1"/>
                <w:szCs w:val="15"/>
              </w:rPr>
              <w:t>الإدارة التنفيذية</w:t>
            </w:r>
          </w:p>
        </w:tc>
        <w:tc>
          <w:tcPr>
            <w:tcW w:w="1550" w:type="dxa"/>
            <w:vAlign w:val="center"/>
            <w:tcMar>
              <w:top w:w="75" w:type="dxa"/>
              <w:bottom w:w="75" w:type="dxa"/>
              <w:left w:w="70" w:type="dxa"/>
              <w:right w:w="70" w:type="dxa"/>
              <w:start w:w="75" w:type="dxa"/>
              <w:end w:w="75" w:type="dxa"/>
            </w:tcMar>
          </w:tcPr>
          <w:p w14:paraId="6D116090" w14:textId="77777777" w:rsidR="00A564F2" w:rsidRDefault="00A564F2" w:rsidP="009D38E5">
            <w:pPr>
              <w:spacing w:before="0" w:after="0" w:line="240" w:lineRule="auto"/>
              <w:jc w:val="center"/>
              <w:bidi w:val="1"/>
              <w:mirrorIndents w:val="1"/>
            </w:pPr>
            <w:r>
              <w:rPr>
                <w:rFonts w:ascii="Arial" w:hAnsi="Arial" w:cs="Arial" w:eastAsia="Arial"/>
                <w:b w:val="0"/>
                <w:sz w:val="16"/>
                <w:rtl w:val="1"/>
                <w:szCs w:val="15"/>
              </w:rPr>
              <w:t xml:space="preserve">اعتماد </w:t>
            </w:r>
            <w:proofErr w:type="spellStart"/>
            <w:r>
              <w:rPr>
                <w:rFonts w:ascii="Arial" w:hAnsi="Arial" w:cs="Arial" w:eastAsia="Arial"/>
                <w:b w:val="0"/>
                <w:sz w:val="16"/>
                <w:rtl w:val="1"/>
                <w:szCs w:val="15"/>
              </w:rPr>
              <w:t>المشاريع</w:t>
            </w:r>
            <w:proofErr w:type="spellEnd"/>
          </w:p>
        </w:tc>
        <w:tc>
          <w:tcPr>
            <w:tcW w:w="1050" w:type="dxa"/>
            <w:vAlign w:val="center"/>
            <w:tcMar>
              <w:top w:w="75" w:type="dxa"/>
              <w:bottom w:w="75" w:type="dxa"/>
              <w:left w:w="70" w:type="dxa"/>
              <w:right w:w="70" w:type="dxa"/>
              <w:start w:w="75" w:type="dxa"/>
              <w:end w:w="75" w:type="dxa"/>
            </w:tcMar>
          </w:tcPr>
          <w:p w14:paraId="4EB25BB7" w14:textId="77777777" w:rsidR="00A564F2" w:rsidRDefault="00A564F2" w:rsidP="009D38E5">
            <w:pPr>
              <w:spacing w:before="0" w:after="0" w:line="240" w:lineRule="auto"/>
              <w:jc w:val="center"/>
              <w:bidi w:val="1"/>
              <w:mirrorIndents w:val="1"/>
            </w:pPr>
          </w:p>
        </w:tc>
        <w:tc>
          <w:tcPr>
            <w:tcW w:w="1050" w:type="dxa"/>
            <w:vAlign w:val="center"/>
            <w:tcMar>
              <w:top w:w="75" w:type="dxa"/>
              <w:bottom w:w="75" w:type="dxa"/>
              <w:left w:w="70" w:type="dxa"/>
              <w:right w:w="70" w:type="dxa"/>
              <w:start w:w="75" w:type="dxa"/>
              <w:end w:w="75" w:type="dxa"/>
            </w:tcMar>
          </w:tcPr>
          <w:p w14:paraId="2B75486F" w14:textId="77777777" w:rsidR="00A564F2" w:rsidRDefault="00A564F2" w:rsidP="009D38E5">
            <w:pPr>
              <w:spacing w:before="0" w:after="0" w:line="240" w:lineRule="auto"/>
              <w:jc w:val="center"/>
              <w:bidi w:val="1"/>
              <w:mirrorIndents w:val="1"/>
            </w:pPr>
          </w:p>
        </w:tc>
        <w:tc>
          <w:tcPr>
            <w:tcW w:w="1150" w:type="dxa"/>
            <w:vAlign w:val="center"/>
            <w:tcMar>
              <w:top w:w="75" w:type="dxa"/>
              <w:bottom w:w="75" w:type="dxa"/>
              <w:left w:w="70" w:type="dxa"/>
              <w:right w:w="70" w:type="dxa"/>
              <w:start w:w="75" w:type="dxa"/>
              <w:end w:w="75" w:type="dxa"/>
            </w:tcMar>
          </w:tcPr>
          <w:p w14:paraId="3FD0EF10" w14:textId="77777777" w:rsidR="00A564F2" w:rsidRDefault="00A564F2" w:rsidP="009D38E5">
            <w:pPr>
              <w:spacing w:before="0" w:after="0" w:line="240" w:lineRule="auto"/>
              <w:jc w:val="center"/>
              <w:bidi w:val="1"/>
              <w:mirrorIndents w:val="1"/>
            </w:pPr>
            <w:r>
              <w:rPr>
                <w:rFonts w:ascii="Arial" w:hAnsi="Arial" w:cs="Arial" w:eastAsia="Arial"/>
                <w:b/>
                <w:sz w:val="16"/>
                <w:rtl w:val="1"/>
                <w:szCs w:val="16"/>
              </w:rPr>
              <w:t>A</w:t>
            </w:r>
          </w:p>
        </w:tc>
        <w:tc>
          <w:tcPr>
            <w:tcW w:w="1250" w:type="dxa"/>
            <w:vAlign w:val="center"/>
            <w:tcMar>
              <w:top w:w="75" w:type="dxa"/>
              <w:bottom w:w="75" w:type="dxa"/>
              <w:left w:w="70" w:type="dxa"/>
              <w:right w:w="70" w:type="dxa"/>
              <w:start w:w="75" w:type="dxa"/>
              <w:end w:w="75" w:type="dxa"/>
            </w:tcMar>
          </w:tcPr>
          <w:p>
            <w:pPr>
              <w:spacing w:before="0" w:after="0" w:line="240" w:lineRule="auto"/>
              <w:jc w:val="center"/>
              <w:bidi w:val="1"/>
              <w:mirrorIndents w:val="1"/>
            </w:pPr>
            <w:r>
              <w:rPr>
                <w:rFonts w:ascii="Arial" w:hAnsi="Arial" w:eastAsia="Arial" w:cs="Arial"/>
                <w:b w:val="0"/>
                <w:sz w:val="16"/>
                <w:rtl w:val="1"/>
                <w:szCs w:val="15"/>
              </w:rPr>
            </w:r>
          </w:p>
        </w:tc>
        <w:tc>
          <w:tcPr>
            <w:tcW w:type="dxa" w:w="1300"/>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6"/>
                <w:rtl w:val="1"/>
                <w:szCs w:val="15"/>
              </w:rPr>
            </w:r>
          </w:p>
        </w:tc>
        <w:tc>
          <w:tcPr>
            <w:tcW w:type="dxa" w:w="1500"/>
            <w:vAlign w:val="center"/>
            <w:tcMar>
              <w:top w:w="75" w:type="dxa"/>
              <w:start w:w="75" w:type="dxa"/>
              <w:bottom w:w="75" w:type="dxa"/>
              <w:end w:w="75" w:type="dxa"/>
            </w:tcMar>
          </w:tcPr>
          <w:p>
            <w:pPr>
              <w:jc w:val="center"/>
              <w:bidi w:val="1"/>
              <w:spacing w:before="0" w:after="0" w:line="240" w:lineRule="auto"/>
              <w:mirrorIndents w:val="1"/>
            </w:pPr>
          </w:p>
        </w:tc>
      </w:tr>
      <w:tr w:rsidR="00A564F2" w14:paraId="7BBE754B" w14:textId="77777777" w:rsidTr="009D38E5">
        <w:trPr>
          <w:cantSplit w:val="true"/>
          <w:trHeight w:hRule="atLeast"/>
        </w:trPr>
        <w:tc>
          <w:tcPr>
            <w:tcW w:w="1200" w:type="dxa"/>
            <w:vAlign w:val="center"/>
            <w:tcMar>
              <w:top w:w="75" w:type="dxa"/>
              <w:bottom w:w="75" w:type="dxa"/>
              <w:left w:w="70" w:type="dxa"/>
              <w:right w:w="70" w:type="dxa"/>
              <w:start w:w="75" w:type="dxa"/>
              <w:end w:w="75" w:type="dxa"/>
            </w:tcMar>
          </w:tcPr>
          <w:p w14:paraId="6EAB3602" w14:textId="77777777" w:rsidR="00A564F2" w:rsidRDefault="00A564F2" w:rsidP="009D38E5">
            <w:pPr>
              <w:spacing w:before="0" w:after="0" w:line="240" w:lineRule="auto"/>
              <w:jc w:val="center"/>
              <w:bidi w:val="1"/>
              <w:mirrorIndents w:val="1"/>
            </w:pPr>
            <w:r>
              <w:rPr>
                <w:rFonts w:ascii="Arial" w:hAnsi="Arial" w:cs="Arial" w:eastAsia="Arial"/>
                <w:b w:val="0"/>
                <w:sz w:val="16"/>
                <w:rtl w:val="1"/>
                <w:szCs w:val="15"/>
              </w:rPr>
              <w:t>الإدارة التنفيذية</w:t>
            </w:r>
          </w:p>
        </w:tc>
        <w:tc>
          <w:tcPr>
            <w:tcW w:w="1550" w:type="dxa"/>
            <w:vAlign w:val="center"/>
            <w:tcMar>
              <w:top w:w="75" w:type="dxa"/>
              <w:bottom w:w="75" w:type="dxa"/>
              <w:left w:w="70" w:type="dxa"/>
              <w:right w:w="70" w:type="dxa"/>
              <w:start w:w="75" w:type="dxa"/>
              <w:end w:w="75" w:type="dxa"/>
            </w:tcMar>
          </w:tcPr>
          <w:p w14:paraId="3943E2B0" w14:textId="77777777" w:rsidR="00A564F2" w:rsidRDefault="00A564F2" w:rsidP="009D38E5">
            <w:pPr>
              <w:spacing w:before="0" w:after="0" w:line="240" w:lineRule="auto"/>
              <w:jc w:val="center"/>
              <w:bidi w:val="1"/>
              <w:mirrorIndents w:val="1"/>
            </w:pPr>
            <w:r>
              <w:rPr>
                <w:rFonts w:ascii="Arial" w:hAnsi="Arial" w:cs="Arial" w:eastAsia="Arial"/>
                <w:b w:val="0"/>
                <w:sz w:val="16"/>
                <w:rtl w:val="1"/>
                <w:szCs w:val="15"/>
              </w:rPr>
              <w:t xml:space="preserve">اعتماد </w:t>
            </w:r>
            <w:proofErr w:type="spellStart"/>
            <w:r>
              <w:rPr>
                <w:rFonts w:ascii="Arial" w:hAnsi="Arial" w:cs="Arial" w:eastAsia="Arial"/>
                <w:b w:val="0"/>
                <w:sz w:val="16"/>
                <w:rtl w:val="1"/>
                <w:szCs w:val="15"/>
              </w:rPr>
              <w:t>تشكيل</w:t>
            </w:r>
            <w:proofErr w:type="spellEnd"/>
            <w:r>
              <w:rPr>
                <w:rFonts w:ascii="Arial" w:hAnsi="Arial" w:cs="Arial" w:eastAsia="Arial"/>
                <w:b w:val="0"/>
                <w:sz w:val="16"/>
                <w:rtl w:val="1"/>
                <w:szCs w:val="15"/>
              </w:rPr>
              <w:t xml:space="preserve"> </w:t>
            </w:r>
            <w:proofErr w:type="spellStart"/>
            <w:r>
              <w:rPr>
                <w:rFonts w:ascii="Arial" w:hAnsi="Arial" w:cs="Arial" w:eastAsia="Arial"/>
                <w:b w:val="0"/>
                <w:sz w:val="16"/>
                <w:rtl w:val="1"/>
                <w:szCs w:val="15"/>
              </w:rPr>
              <w:t>فرق</w:t>
            </w:r>
            <w:proofErr w:type="spellEnd"/>
            <w:r>
              <w:rPr>
                <w:rFonts w:ascii="Arial" w:hAnsi="Arial" w:cs="Arial" w:eastAsia="Arial"/>
                <w:b w:val="0"/>
                <w:sz w:val="16"/>
                <w:rtl w:val="1"/>
                <w:szCs w:val="15"/>
              </w:rPr>
              <w:t xml:space="preserve"> </w:t>
            </w:r>
            <w:proofErr w:type="spellStart"/>
            <w:r>
              <w:rPr>
                <w:rFonts w:ascii="Arial" w:hAnsi="Arial" w:cs="Arial" w:eastAsia="Arial"/>
                <w:b w:val="0"/>
                <w:sz w:val="16"/>
                <w:rtl w:val="1"/>
                <w:szCs w:val="15"/>
              </w:rPr>
              <w:t>العمل</w:t>
            </w:r>
            <w:proofErr w:type="spellEnd"/>
          </w:p>
        </w:tc>
        <w:tc>
          <w:tcPr>
            <w:tcW w:w="1050" w:type="dxa"/>
            <w:vAlign w:val="center"/>
            <w:tcMar>
              <w:top w:w="75" w:type="dxa"/>
              <w:bottom w:w="75" w:type="dxa"/>
              <w:left w:w="70" w:type="dxa"/>
              <w:right w:w="70" w:type="dxa"/>
              <w:start w:w="75" w:type="dxa"/>
              <w:end w:w="75" w:type="dxa"/>
            </w:tcMar>
          </w:tcPr>
          <w:p w14:paraId="7C5C4C6E" w14:textId="77777777" w:rsidR="00A564F2" w:rsidRDefault="00A564F2" w:rsidP="009D38E5">
            <w:pPr>
              <w:spacing w:before="0" w:after="0" w:line="240" w:lineRule="auto"/>
              <w:jc w:val="center"/>
              <w:bidi w:val="1"/>
              <w:mirrorIndents w:val="1"/>
            </w:pPr>
          </w:p>
        </w:tc>
        <w:tc>
          <w:tcPr>
            <w:tcW w:w="1050" w:type="dxa"/>
            <w:vAlign w:val="center"/>
            <w:tcMar>
              <w:top w:w="75" w:type="dxa"/>
              <w:bottom w:w="75" w:type="dxa"/>
              <w:left w:w="70" w:type="dxa"/>
              <w:right w:w="70" w:type="dxa"/>
              <w:start w:w="75" w:type="dxa"/>
              <w:end w:w="75" w:type="dxa"/>
            </w:tcMar>
          </w:tcPr>
          <w:p w14:paraId="7BED17A3" w14:textId="77777777" w:rsidR="00A564F2" w:rsidRDefault="00A564F2" w:rsidP="009D38E5">
            <w:pPr>
              <w:spacing w:before="0" w:after="0" w:line="240" w:lineRule="auto"/>
              <w:jc w:val="center"/>
              <w:bidi w:val="1"/>
              <w:mirrorIndents w:val="1"/>
            </w:pPr>
          </w:p>
        </w:tc>
        <w:tc>
          <w:tcPr>
            <w:tcW w:w="1150" w:type="dxa"/>
            <w:vAlign w:val="center"/>
            <w:tcMar>
              <w:top w:w="75" w:type="dxa"/>
              <w:bottom w:w="75" w:type="dxa"/>
              <w:left w:w="70" w:type="dxa"/>
              <w:right w:w="70" w:type="dxa"/>
              <w:start w:w="75" w:type="dxa"/>
              <w:end w:w="75" w:type="dxa"/>
            </w:tcMar>
          </w:tcPr>
          <w:p w14:paraId="033CA2B2" w14:textId="77777777" w:rsidR="00A564F2" w:rsidRDefault="00A564F2" w:rsidP="009D38E5">
            <w:pPr>
              <w:spacing w:before="0" w:after="0" w:line="240" w:lineRule="auto"/>
              <w:jc w:val="center"/>
              <w:bidi w:val="1"/>
              <w:mirrorIndents w:val="1"/>
            </w:pPr>
            <w:r>
              <w:rPr>
                <w:rFonts w:ascii="Arial" w:hAnsi="Arial" w:cs="Arial" w:eastAsia="Arial"/>
                <w:b/>
                <w:sz w:val="16"/>
                <w:rtl w:val="1"/>
                <w:szCs w:val="16"/>
              </w:rPr>
              <w:t>A</w:t>
            </w:r>
          </w:p>
        </w:tc>
        <w:tc>
          <w:tcPr>
            <w:tcW w:w="1250" w:type="dxa"/>
            <w:vAlign w:val="center"/>
            <w:tcMar>
              <w:top w:w="75" w:type="dxa"/>
              <w:bottom w:w="75" w:type="dxa"/>
              <w:left w:w="70" w:type="dxa"/>
              <w:right w:w="70" w:type="dxa"/>
              <w:start w:w="75" w:type="dxa"/>
              <w:end w:w="75" w:type="dxa"/>
            </w:tcMar>
          </w:tcPr>
          <w:p>
            <w:pPr>
              <w:spacing w:before="0" w:after="0" w:line="240" w:lineRule="auto"/>
              <w:jc w:val="center"/>
              <w:bidi w:val="1"/>
              <w:mirrorIndents w:val="1"/>
            </w:pPr>
            <w:r>
              <w:rPr>
                <w:rFonts w:ascii="Arial" w:hAnsi="Arial" w:eastAsia="Arial" w:cs="Arial"/>
                <w:b w:val="0"/>
                <w:sz w:val="16"/>
                <w:rtl w:val="1"/>
                <w:szCs w:val="15"/>
              </w:rPr>
            </w:r>
          </w:p>
        </w:tc>
        <w:tc>
          <w:tcPr>
            <w:tcW w:type="dxa" w:w="1300"/>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6"/>
                <w:rtl w:val="1"/>
                <w:szCs w:val="15"/>
              </w:rPr>
            </w:r>
          </w:p>
        </w:tc>
        <w:tc>
          <w:tcPr>
            <w:tcW w:type="dxa" w:w="1500"/>
            <w:vAlign w:val="center"/>
            <w:tcMar>
              <w:top w:w="75" w:type="dxa"/>
              <w:start w:w="75" w:type="dxa"/>
              <w:bottom w:w="75" w:type="dxa"/>
              <w:end w:w="75" w:type="dxa"/>
            </w:tcMar>
          </w:tcPr>
          <w:p>
            <w:pPr>
              <w:jc w:val="center"/>
              <w:bidi w:val="1"/>
              <w:spacing w:before="0" w:after="0" w:line="240" w:lineRule="auto"/>
              <w:mirrorIndents w:val="1"/>
            </w:pPr>
          </w:p>
        </w:tc>
      </w:tr>
      <w:tr w:rsidR="00A564F2" w14:paraId="0F830DF8" w14:textId="77777777" w:rsidTr="009D38E5">
        <w:trPr>
          <w:cantSplit w:val="true"/>
          <w:trHeight w:hRule="atLeast"/>
        </w:trPr>
        <w:tc>
          <w:tcPr>
            <w:tcW w:w="1200" w:type="dxa"/>
            <w:vAlign w:val="center"/>
            <w:tcMar>
              <w:top w:w="75" w:type="dxa"/>
              <w:bottom w:w="75" w:type="dxa"/>
              <w:left w:w="70" w:type="dxa"/>
              <w:right w:w="70" w:type="dxa"/>
              <w:start w:w="75" w:type="dxa"/>
              <w:end w:w="75" w:type="dxa"/>
            </w:tcMar>
          </w:tcPr>
          <w:p w14:paraId="54A6BEBF" w14:textId="77777777" w:rsidR="00A564F2" w:rsidRDefault="00A564F2" w:rsidP="009D38E5">
            <w:pPr>
              <w:spacing w:before="0" w:after="0" w:line="240" w:lineRule="auto"/>
              <w:jc w:val="center"/>
              <w:bidi w:val="1"/>
              <w:mirrorIndents w:val="1"/>
            </w:pPr>
            <w:r>
              <w:rPr>
                <w:rFonts w:ascii="Arial" w:hAnsi="Arial" w:cs="Arial" w:eastAsia="Arial"/>
                <w:b w:val="0"/>
                <w:sz w:val="16"/>
                <w:rtl w:val="1"/>
                <w:szCs w:val="15"/>
              </w:rPr>
              <w:t>الإدارة التنفيذية</w:t>
            </w:r>
          </w:p>
        </w:tc>
        <w:tc>
          <w:tcPr>
            <w:tcW w:w="1550" w:type="dxa"/>
            <w:vAlign w:val="center"/>
            <w:tcMar>
              <w:top w:w="75" w:type="dxa"/>
              <w:bottom w:w="75" w:type="dxa"/>
              <w:left w:w="70" w:type="dxa"/>
              <w:right w:w="70" w:type="dxa"/>
              <w:start w:w="75" w:type="dxa"/>
              <w:end w:w="75" w:type="dxa"/>
            </w:tcMar>
          </w:tcPr>
          <w:p w14:paraId="1BF09302" w14:textId="77777777" w:rsidR="00A564F2" w:rsidRDefault="00A564F2" w:rsidP="009D38E5">
            <w:pPr>
              <w:spacing w:before="0" w:after="0" w:line="240" w:lineRule="auto"/>
              <w:jc w:val="center"/>
              <w:bidi w:val="1"/>
              <w:mirrorIndents w:val="1"/>
            </w:pPr>
            <w:r>
              <w:rPr>
                <w:rFonts w:ascii="Arial" w:hAnsi="Arial" w:cs="Arial" w:eastAsia="Arial"/>
                <w:b w:val="0"/>
                <w:sz w:val="16"/>
                <w:rtl w:val="1"/>
                <w:szCs w:val="15"/>
              </w:rPr>
              <w:t xml:space="preserve">اعتماد </w:t>
            </w:r>
            <w:proofErr w:type="spellStart"/>
            <w:r>
              <w:rPr>
                <w:rFonts w:ascii="Arial" w:hAnsi="Arial" w:cs="Arial" w:eastAsia="Arial"/>
                <w:b w:val="0"/>
                <w:sz w:val="16"/>
                <w:rtl w:val="1"/>
                <w:szCs w:val="15"/>
              </w:rPr>
              <w:t>التعاميم</w:t>
            </w:r>
            <w:proofErr w:type="spellEnd"/>
          </w:p>
        </w:tc>
        <w:tc>
          <w:tcPr>
            <w:tcW w:w="1050" w:type="dxa"/>
            <w:vAlign w:val="center"/>
            <w:tcMar>
              <w:top w:w="75" w:type="dxa"/>
              <w:bottom w:w="75" w:type="dxa"/>
              <w:left w:w="70" w:type="dxa"/>
              <w:right w:w="70" w:type="dxa"/>
              <w:start w:w="75" w:type="dxa"/>
              <w:end w:w="75" w:type="dxa"/>
            </w:tcMar>
          </w:tcPr>
          <w:p w14:paraId="77448399" w14:textId="77777777" w:rsidR="00A564F2" w:rsidRDefault="00A564F2" w:rsidP="009D38E5">
            <w:pPr>
              <w:spacing w:before="0" w:after="0" w:line="240" w:lineRule="auto"/>
              <w:jc w:val="center"/>
              <w:bidi w:val="1"/>
              <w:mirrorIndents w:val="1"/>
            </w:pPr>
          </w:p>
        </w:tc>
        <w:tc>
          <w:tcPr>
            <w:tcW w:w="1050" w:type="dxa"/>
            <w:vAlign w:val="center"/>
            <w:tcMar>
              <w:top w:w="75" w:type="dxa"/>
              <w:bottom w:w="75" w:type="dxa"/>
              <w:left w:w="70" w:type="dxa"/>
              <w:right w:w="70" w:type="dxa"/>
              <w:start w:w="75" w:type="dxa"/>
              <w:end w:w="75" w:type="dxa"/>
            </w:tcMar>
          </w:tcPr>
          <w:p w14:paraId="1A79768D" w14:textId="77777777" w:rsidR="00A564F2" w:rsidRDefault="00A564F2" w:rsidP="009D38E5">
            <w:pPr>
              <w:spacing w:before="0" w:after="0" w:line="240" w:lineRule="auto"/>
              <w:jc w:val="center"/>
              <w:bidi w:val="1"/>
              <w:mirrorIndents w:val="1"/>
            </w:pPr>
          </w:p>
        </w:tc>
        <w:tc>
          <w:tcPr>
            <w:tcW w:w="1150" w:type="dxa"/>
            <w:vAlign w:val="center"/>
            <w:tcMar>
              <w:top w:w="75" w:type="dxa"/>
              <w:bottom w:w="75" w:type="dxa"/>
              <w:left w:w="70" w:type="dxa"/>
              <w:right w:w="70" w:type="dxa"/>
              <w:start w:w="75" w:type="dxa"/>
              <w:end w:w="75" w:type="dxa"/>
            </w:tcMar>
          </w:tcPr>
          <w:p w14:paraId="7CFD7C55" w14:textId="77777777" w:rsidR="00A564F2" w:rsidRDefault="00A564F2" w:rsidP="009D38E5">
            <w:pPr>
              <w:spacing w:before="0" w:after="0" w:line="240" w:lineRule="auto"/>
              <w:jc w:val="center"/>
              <w:bidi w:val="1"/>
              <w:mirrorIndents w:val="1"/>
            </w:pPr>
            <w:r>
              <w:rPr>
                <w:rFonts w:ascii="Arial" w:hAnsi="Arial" w:cs="Arial" w:eastAsia="Arial"/>
                <w:b/>
                <w:sz w:val="16"/>
                <w:rtl w:val="1"/>
                <w:szCs w:val="16"/>
              </w:rPr>
              <w:t>A</w:t>
            </w:r>
          </w:p>
        </w:tc>
        <w:tc>
          <w:tcPr>
            <w:tcW w:w="1250" w:type="dxa"/>
            <w:vAlign w:val="center"/>
            <w:tcMar>
              <w:top w:w="75" w:type="dxa"/>
              <w:bottom w:w="75" w:type="dxa"/>
              <w:left w:w="70" w:type="dxa"/>
              <w:right w:w="70" w:type="dxa"/>
              <w:start w:w="75" w:type="dxa"/>
              <w:end w:w="75" w:type="dxa"/>
            </w:tcMar>
          </w:tcPr>
          <w:p>
            <w:pPr>
              <w:spacing w:before="0" w:after="0" w:line="240" w:lineRule="auto"/>
              <w:jc w:val="center"/>
              <w:bidi w:val="1"/>
              <w:mirrorIndents w:val="1"/>
            </w:pPr>
            <w:r>
              <w:rPr>
                <w:rFonts w:ascii="Arial" w:hAnsi="Arial" w:eastAsia="Arial" w:cs="Arial"/>
                <w:b w:val="0"/>
                <w:sz w:val="16"/>
                <w:rtl w:val="1"/>
                <w:szCs w:val="15"/>
              </w:rPr>
            </w:r>
          </w:p>
        </w:tc>
        <w:tc>
          <w:tcPr>
            <w:tcW w:type="dxa" w:w="1300"/>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sz w:val="16"/>
                <w:rtl w:val="1"/>
                <w:szCs w:val="16"/>
              </w:rPr>
              <w:t>E</w:t>
            </w:r>
          </w:p>
        </w:tc>
        <w:tc>
          <w:tcPr>
            <w:tcW w:type="dxa" w:w="1500"/>
            <w:vAlign w:val="center"/>
            <w:tcMar>
              <w:top w:w="75" w:type="dxa"/>
              <w:start w:w="75" w:type="dxa"/>
              <w:bottom w:w="75" w:type="dxa"/>
              <w:end w:w="75" w:type="dxa"/>
            </w:tcMar>
          </w:tcPr>
          <w:p>
            <w:pPr>
              <w:jc w:val="center"/>
              <w:bidi w:val="1"/>
              <w:spacing w:before="0" w:after="0" w:line="240" w:lineRule="auto"/>
              <w:mirrorIndents w:val="1"/>
            </w:pPr>
          </w:p>
        </w:tc>
      </w:tr>
      <w:tr w:rsidR="00A564F2" w14:paraId="4F636F52" w14:textId="77777777" w:rsidTr="009D38E5">
        <w:trPr>
          <w:cantSplit w:val="true"/>
          <w:trHeight w:hRule="atLeast"/>
        </w:trPr>
        <w:tc>
          <w:tcPr>
            <w:tcW w:w="1200" w:type="dxa"/>
            <w:vAlign w:val="center"/>
            <w:tcMar>
              <w:top w:w="75" w:type="dxa"/>
              <w:bottom w:w="75" w:type="dxa"/>
              <w:left w:w="70" w:type="dxa"/>
              <w:right w:w="70" w:type="dxa"/>
              <w:start w:w="75" w:type="dxa"/>
              <w:end w:w="75" w:type="dxa"/>
            </w:tcMar>
          </w:tcPr>
          <w:p w14:paraId="31BB8E1B" w14:textId="77777777" w:rsidR="00A564F2" w:rsidRDefault="00A564F2" w:rsidP="009D38E5">
            <w:pPr>
              <w:spacing w:before="0" w:after="0" w:line="240" w:lineRule="auto"/>
              <w:jc w:val="center"/>
              <w:bidi w:val="1"/>
              <w:mirrorIndents w:val="1"/>
            </w:pPr>
            <w:r>
              <w:rPr>
                <w:rFonts w:ascii="Arial" w:hAnsi="Arial" w:cs="Arial" w:eastAsia="Arial"/>
                <w:b w:val="0"/>
                <w:sz w:val="16"/>
                <w:rtl w:val="1"/>
                <w:szCs w:val="15"/>
              </w:rPr>
              <w:t>الإدارة التنفيذية</w:t>
            </w:r>
          </w:p>
        </w:tc>
        <w:tc>
          <w:tcPr>
            <w:tcW w:w="1550" w:type="dxa"/>
            <w:vAlign w:val="center"/>
            <w:tcMar>
              <w:top w:w="75" w:type="dxa"/>
              <w:bottom w:w="75" w:type="dxa"/>
              <w:left w:w="70" w:type="dxa"/>
              <w:right w:w="70" w:type="dxa"/>
              <w:start w:w="75" w:type="dxa"/>
              <w:end w:w="75" w:type="dxa"/>
            </w:tcMar>
          </w:tcPr>
          <w:p w14:paraId="03475F54" w14:textId="77777777" w:rsidR="00A564F2" w:rsidRDefault="00A564F2" w:rsidP="009D38E5">
            <w:pPr>
              <w:spacing w:before="0" w:after="0" w:line="240" w:lineRule="auto"/>
              <w:jc w:val="center"/>
              <w:bidi w:val="1"/>
              <w:mirrorIndents w:val="1"/>
            </w:pPr>
            <w:proofErr w:type="spellStart"/>
            <w:r>
              <w:rPr>
                <w:rFonts w:ascii="Arial" w:hAnsi="Arial" w:cs="Arial" w:eastAsia="Arial"/>
                <w:b w:val="0"/>
                <w:sz w:val="16"/>
                <w:rtl w:val="1"/>
                <w:szCs w:val="15"/>
              </w:rPr>
              <w:t>متابعة</w:t>
            </w:r>
            <w:proofErr w:type="spellEnd"/>
            <w:r>
              <w:rPr>
                <w:rFonts w:ascii="Arial" w:hAnsi="Arial" w:cs="Arial" w:eastAsia="Arial"/>
                <w:b w:val="0"/>
                <w:sz w:val="16"/>
                <w:rtl w:val="1"/>
                <w:szCs w:val="15"/>
              </w:rPr>
              <w:t xml:space="preserve"> تنفيذ </w:t>
            </w:r>
            <w:proofErr w:type="spellStart"/>
            <w:r>
              <w:rPr>
                <w:rFonts w:ascii="Arial" w:hAnsi="Arial" w:cs="Arial" w:eastAsia="Arial"/>
                <w:b w:val="0"/>
                <w:sz w:val="16"/>
                <w:rtl w:val="1"/>
                <w:szCs w:val="15"/>
              </w:rPr>
              <w:t>قرارات</w:t>
            </w:r>
            <w:proofErr w:type="spellEnd"/>
            <w:r>
              <w:rPr>
                <w:rFonts w:ascii="Arial" w:hAnsi="Arial" w:cs="Arial" w:eastAsia="Arial"/>
                <w:b w:val="0"/>
                <w:sz w:val="16"/>
                <w:rtl w:val="1"/>
                <w:szCs w:val="15"/>
              </w:rPr>
              <w:t xml:space="preserve"> </w:t>
            </w:r>
            <w:proofErr w:type="spellStart"/>
            <w:r>
              <w:rPr>
                <w:rFonts w:ascii="Arial" w:hAnsi="Arial" w:cs="Arial" w:eastAsia="Arial"/>
                <w:b w:val="0"/>
                <w:sz w:val="16"/>
                <w:rtl w:val="1"/>
                <w:szCs w:val="15"/>
              </w:rPr>
              <w:t>المجلس</w:t>
            </w:r>
            <w:proofErr w:type="spellEnd"/>
          </w:p>
        </w:tc>
        <w:tc>
          <w:tcPr>
            <w:tcW w:w="1050" w:type="dxa"/>
            <w:vAlign w:val="center"/>
            <w:tcMar>
              <w:top w:w="75" w:type="dxa"/>
              <w:bottom w:w="75" w:type="dxa"/>
              <w:left w:w="70" w:type="dxa"/>
              <w:right w:w="70" w:type="dxa"/>
              <w:start w:w="75" w:type="dxa"/>
              <w:end w:w="75" w:type="dxa"/>
            </w:tcMar>
          </w:tcPr>
          <w:p w14:paraId="6420D1DC" w14:textId="77777777" w:rsidR="00A564F2" w:rsidRDefault="00A564F2" w:rsidP="009D38E5">
            <w:pPr>
              <w:spacing w:before="0" w:after="0" w:line="240" w:lineRule="auto"/>
              <w:jc w:val="center"/>
              <w:bidi w:val="1"/>
              <w:mirrorIndents w:val="1"/>
            </w:pPr>
            <w:r>
              <w:rPr>
                <w:rFonts w:ascii="Arial" w:hAnsi="Arial" w:cs="Arial" w:eastAsia="Arial"/>
                <w:b/>
                <w:sz w:val="16"/>
                <w:rtl w:val="1"/>
                <w:szCs w:val="16"/>
              </w:rPr>
              <w:t>I</w:t>
            </w:r>
          </w:p>
        </w:tc>
        <w:tc>
          <w:tcPr>
            <w:tcW w:w="1050" w:type="dxa"/>
            <w:vAlign w:val="center"/>
            <w:tcMar>
              <w:top w:w="75" w:type="dxa"/>
              <w:bottom w:w="75" w:type="dxa"/>
              <w:left w:w="70" w:type="dxa"/>
              <w:right w:w="70" w:type="dxa"/>
              <w:start w:w="75" w:type="dxa"/>
              <w:end w:w="75" w:type="dxa"/>
            </w:tcMar>
          </w:tcPr>
          <w:p w14:paraId="5A1FD58A" w14:textId="77777777" w:rsidR="00A564F2" w:rsidRDefault="00A564F2" w:rsidP="009D38E5">
            <w:pPr>
              <w:spacing w:before="0" w:after="0" w:line="240" w:lineRule="auto"/>
              <w:jc w:val="center"/>
              <w:bidi w:val="1"/>
              <w:mirrorIndents w:val="1"/>
            </w:pPr>
            <w:r>
              <w:rPr>
                <w:rFonts w:ascii="Arial" w:hAnsi="Arial" w:cs="Arial" w:eastAsia="Arial"/>
                <w:b/>
                <w:sz w:val="16"/>
                <w:rtl w:val="1"/>
                <w:szCs w:val="16"/>
              </w:rPr>
              <w:t>R</w:t>
            </w:r>
          </w:p>
        </w:tc>
        <w:tc>
          <w:tcPr>
            <w:tcW w:w="1150" w:type="dxa"/>
            <w:vAlign w:val="center"/>
            <w:tcMar>
              <w:top w:w="75" w:type="dxa"/>
              <w:bottom w:w="75" w:type="dxa"/>
              <w:left w:w="70" w:type="dxa"/>
              <w:right w:w="70" w:type="dxa"/>
              <w:start w:w="75" w:type="dxa"/>
              <w:end w:w="75" w:type="dxa"/>
            </w:tcMar>
          </w:tcPr>
          <w:p w14:paraId="2224820A" w14:textId="77777777" w:rsidR="00A564F2" w:rsidRDefault="00A564F2" w:rsidP="009D38E5">
            <w:pPr>
              <w:spacing w:before="0" w:after="0" w:line="240" w:lineRule="auto"/>
              <w:jc w:val="center"/>
              <w:bidi w:val="1"/>
              <w:mirrorIndents w:val="1"/>
            </w:pPr>
            <w:r>
              <w:rPr>
                <w:rFonts w:ascii="Arial" w:hAnsi="Arial" w:cs="Arial" w:eastAsia="Arial"/>
                <w:b/>
                <w:sz w:val="16"/>
                <w:rtl w:val="1"/>
                <w:szCs w:val="16"/>
              </w:rPr>
              <w:t>A</w:t>
            </w:r>
          </w:p>
        </w:tc>
        <w:tc>
          <w:tcPr>
            <w:tcW w:w="1250" w:type="dxa"/>
            <w:vAlign w:val="center"/>
            <w:tcMar>
              <w:top w:w="75" w:type="dxa"/>
              <w:bottom w:w="75" w:type="dxa"/>
              <w:left w:w="70" w:type="dxa"/>
              <w:right w:w="70" w:type="dxa"/>
              <w:start w:w="75" w:type="dxa"/>
              <w:end w:w="75" w:type="dxa"/>
            </w:tcMar>
          </w:tcPr>
          <w:p>
            <w:pPr>
              <w:spacing w:before="0" w:after="0" w:line="240" w:lineRule="auto"/>
              <w:jc w:val="center"/>
              <w:bidi w:val="1"/>
              <w:mirrorIndents w:val="1"/>
            </w:pPr>
            <w:r>
              <w:rPr>
                <w:rFonts w:ascii="Arial" w:hAnsi="Arial" w:eastAsia="Arial" w:cs="Arial"/>
                <w:b w:val="0"/>
                <w:sz w:val="16"/>
                <w:rtl w:val="1"/>
                <w:szCs w:val="15"/>
              </w:rPr>
            </w:r>
          </w:p>
        </w:tc>
        <w:tc>
          <w:tcPr>
            <w:tcW w:type="dxa" w:w="1300"/>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sz w:val="16"/>
                <w:rtl w:val="1"/>
                <w:szCs w:val="16"/>
              </w:rPr>
              <w:t>E</w:t>
            </w:r>
          </w:p>
        </w:tc>
        <w:tc>
          <w:tcPr>
            <w:tcW w:type="dxa" w:w="1500"/>
            <w:vAlign w:val="center"/>
            <w:tcMar>
              <w:top w:w="75" w:type="dxa"/>
              <w:start w:w="75" w:type="dxa"/>
              <w:bottom w:w="75" w:type="dxa"/>
              <w:end w:w="75" w:type="dxa"/>
            </w:tcMar>
          </w:tcPr>
          <w:p>
            <w:pPr>
              <w:jc w:val="center"/>
              <w:bidi w:val="1"/>
              <w:spacing w:before="0" w:after="0" w:line="240" w:lineRule="auto"/>
              <w:mirrorIndents w:val="1"/>
            </w:pPr>
          </w:p>
        </w:tc>
      </w:tr>
      <w:tr w:rsidR="00A564F2" w14:paraId="5251BC8A" w14:textId="77777777" w:rsidTr="009D38E5">
        <w:trPr>
          <w:cantSplit w:val="true"/>
          <w:trHeight w:hRule="atLeast"/>
        </w:trPr>
        <w:tc>
          <w:tcPr>
            <w:tcW w:w="1200" w:type="dxa"/>
            <w:vAlign w:val="center"/>
            <w:tcMar>
              <w:top w:w="75" w:type="dxa"/>
              <w:bottom w:w="75" w:type="dxa"/>
              <w:left w:w="70" w:type="dxa"/>
              <w:right w:w="70" w:type="dxa"/>
              <w:start w:w="75" w:type="dxa"/>
              <w:end w:w="75" w:type="dxa"/>
            </w:tcMar>
          </w:tcPr>
          <w:p w14:paraId="34B27D86" w14:textId="77777777" w:rsidR="00A564F2" w:rsidRDefault="00A564F2" w:rsidP="009D38E5">
            <w:pPr>
              <w:spacing w:before="0" w:after="0" w:line="240" w:lineRule="auto"/>
              <w:jc w:val="center"/>
              <w:bidi w:val="1"/>
              <w:mirrorIndents w:val="1"/>
            </w:pPr>
            <w:r>
              <w:rPr>
                <w:rFonts w:ascii="Arial" w:hAnsi="Arial" w:cs="Arial" w:eastAsia="Arial"/>
                <w:b w:val="0"/>
                <w:sz w:val="16"/>
                <w:rtl w:val="1"/>
                <w:szCs w:val="15"/>
              </w:rPr>
              <w:t>الإدارة التنفيذية</w:t>
            </w:r>
          </w:p>
        </w:tc>
        <w:tc>
          <w:tcPr>
            <w:tcW w:w="1550" w:type="dxa"/>
            <w:vAlign w:val="center"/>
            <w:tcMar>
              <w:top w:w="75" w:type="dxa"/>
              <w:bottom w:w="75" w:type="dxa"/>
              <w:left w:w="70" w:type="dxa"/>
              <w:right w:w="70" w:type="dxa"/>
              <w:start w:w="75" w:type="dxa"/>
              <w:end w:w="75" w:type="dxa"/>
            </w:tcMar>
          </w:tcPr>
          <w:p w14:paraId="3E864443" w14:textId="77777777" w:rsidR="00A564F2" w:rsidRDefault="00A564F2" w:rsidP="009D38E5">
            <w:pPr>
              <w:spacing w:before="0" w:after="0" w:line="240" w:lineRule="auto"/>
              <w:jc w:val="center"/>
              <w:bidi w:val="1"/>
              <w:mirrorIndents w:val="1"/>
            </w:pPr>
            <w:r>
              <w:rPr>
                <w:rFonts w:ascii="Arial" w:hAnsi="Arial" w:cs="Arial" w:eastAsia="Arial"/>
                <w:b w:val="0"/>
                <w:sz w:val="16"/>
                <w:rtl w:val="1"/>
                <w:szCs w:val="15"/>
              </w:rPr>
              <w:t xml:space="preserve">رفع </w:t>
            </w:r>
            <w:proofErr w:type="spellStart"/>
            <w:r>
              <w:rPr>
                <w:rFonts w:ascii="Arial" w:hAnsi="Arial" w:cs="Arial" w:eastAsia="Arial"/>
                <w:b w:val="0"/>
                <w:sz w:val="16"/>
                <w:rtl w:val="1"/>
                <w:szCs w:val="15"/>
              </w:rPr>
              <w:t>التقارير</w:t>
            </w:r>
            <w:proofErr w:type="spellEnd"/>
            <w:r>
              <w:rPr>
                <w:rFonts w:ascii="Arial" w:hAnsi="Arial" w:cs="Arial" w:eastAsia="Arial"/>
                <w:b w:val="0"/>
                <w:sz w:val="16"/>
                <w:rtl w:val="1"/>
                <w:szCs w:val="15"/>
              </w:rPr>
              <w:t xml:space="preserve"> </w:t>
            </w:r>
            <w:proofErr w:type="spellStart"/>
            <w:r>
              <w:rPr>
                <w:rFonts w:ascii="Arial" w:hAnsi="Arial" w:cs="Arial" w:eastAsia="Arial"/>
                <w:b w:val="0"/>
                <w:sz w:val="16"/>
                <w:rtl w:val="1"/>
                <w:szCs w:val="15"/>
              </w:rPr>
              <w:t>لمجلس</w:t>
            </w:r>
            <w:proofErr w:type="spellEnd"/>
            <w:r>
              <w:rPr>
                <w:rFonts w:ascii="Arial" w:hAnsi="Arial" w:cs="Arial" w:eastAsia="Arial"/>
                <w:b w:val="0"/>
                <w:sz w:val="16"/>
                <w:rtl w:val="1"/>
                <w:szCs w:val="15"/>
              </w:rPr>
              <w:t xml:space="preserve"> الإدارة</w:t>
            </w:r>
          </w:p>
        </w:tc>
        <w:tc>
          <w:tcPr>
            <w:tcW w:w="1050" w:type="dxa"/>
            <w:vAlign w:val="center"/>
            <w:tcMar>
              <w:top w:w="75" w:type="dxa"/>
              <w:bottom w:w="75" w:type="dxa"/>
              <w:left w:w="70" w:type="dxa"/>
              <w:right w:w="70" w:type="dxa"/>
              <w:start w:w="75" w:type="dxa"/>
              <w:end w:w="75" w:type="dxa"/>
            </w:tcMar>
          </w:tcPr>
          <w:p w14:paraId="3FF59C3A" w14:textId="77777777" w:rsidR="00A564F2" w:rsidRDefault="00A564F2" w:rsidP="009D38E5">
            <w:pPr>
              <w:spacing w:before="0" w:after="0" w:line="240" w:lineRule="auto"/>
              <w:jc w:val="center"/>
              <w:bidi w:val="1"/>
              <w:mirrorIndents w:val="1"/>
            </w:pPr>
            <w:r>
              <w:rPr>
                <w:rFonts w:ascii="Arial" w:hAnsi="Arial" w:cs="Arial" w:eastAsia="Arial"/>
                <w:b/>
                <w:sz w:val="16"/>
                <w:rtl w:val="1"/>
                <w:szCs w:val="16"/>
              </w:rPr>
              <w:t>I</w:t>
            </w:r>
          </w:p>
        </w:tc>
        <w:tc>
          <w:tcPr>
            <w:tcW w:w="1050" w:type="dxa"/>
            <w:vAlign w:val="center"/>
            <w:tcMar>
              <w:top w:w="75" w:type="dxa"/>
              <w:bottom w:w="75" w:type="dxa"/>
              <w:left w:w="70" w:type="dxa"/>
              <w:right w:w="70" w:type="dxa"/>
              <w:start w:w="75" w:type="dxa"/>
              <w:end w:w="75" w:type="dxa"/>
            </w:tcMar>
          </w:tcPr>
          <w:p w14:paraId="4C772766" w14:textId="77777777" w:rsidR="00A564F2" w:rsidRDefault="00A564F2" w:rsidP="009D38E5">
            <w:pPr>
              <w:spacing w:before="0" w:after="0" w:line="240" w:lineRule="auto"/>
              <w:jc w:val="center"/>
              <w:bidi w:val="1"/>
              <w:mirrorIndents w:val="1"/>
            </w:pPr>
            <w:r>
              <w:rPr>
                <w:rFonts w:ascii="Arial" w:hAnsi="Arial" w:cs="Arial" w:eastAsia="Arial"/>
                <w:b/>
                <w:sz w:val="16"/>
                <w:rtl w:val="1"/>
                <w:szCs w:val="16"/>
              </w:rPr>
              <w:t>R</w:t>
            </w:r>
          </w:p>
        </w:tc>
        <w:tc>
          <w:tcPr>
            <w:tcW w:w="1150" w:type="dxa"/>
            <w:vAlign w:val="center"/>
            <w:tcMar>
              <w:top w:w="75" w:type="dxa"/>
              <w:bottom w:w="75" w:type="dxa"/>
              <w:left w:w="70" w:type="dxa"/>
              <w:right w:w="70" w:type="dxa"/>
              <w:start w:w="75" w:type="dxa"/>
              <w:end w:w="75" w:type="dxa"/>
            </w:tcMar>
          </w:tcPr>
          <w:p w14:paraId="3CE00F73" w14:textId="77777777" w:rsidR="00A564F2" w:rsidRDefault="00A564F2" w:rsidP="009D38E5">
            <w:pPr>
              <w:spacing w:before="0" w:after="0" w:line="240" w:lineRule="auto"/>
              <w:jc w:val="center"/>
              <w:bidi w:val="1"/>
              <w:mirrorIndents w:val="1"/>
            </w:pPr>
            <w:r>
              <w:rPr>
                <w:rFonts w:ascii="Arial" w:hAnsi="Arial" w:cs="Arial" w:eastAsia="Arial"/>
                <w:b/>
                <w:sz w:val="16"/>
                <w:rtl w:val="1"/>
                <w:szCs w:val="16"/>
              </w:rPr>
              <w:t>A</w:t>
            </w:r>
          </w:p>
        </w:tc>
        <w:tc>
          <w:tcPr>
            <w:tcW w:w="1250" w:type="dxa"/>
            <w:vAlign w:val="center"/>
            <w:tcMar>
              <w:top w:w="75" w:type="dxa"/>
              <w:bottom w:w="75" w:type="dxa"/>
              <w:left w:w="70" w:type="dxa"/>
              <w:right w:w="70" w:type="dxa"/>
              <w:start w:w="75" w:type="dxa"/>
              <w:end w:w="75" w:type="dxa"/>
            </w:tcMar>
          </w:tcPr>
          <w:p>
            <w:pPr>
              <w:spacing w:before="0" w:after="0" w:line="240" w:lineRule="auto"/>
              <w:jc w:val="center"/>
              <w:bidi w:val="1"/>
              <w:mirrorIndents w:val="1"/>
            </w:pPr>
            <w:r>
              <w:rPr>
                <w:rFonts w:ascii="Arial" w:hAnsi="Arial" w:eastAsia="Arial" w:cs="Arial"/>
                <w:b w:val="0"/>
                <w:sz w:val="16"/>
                <w:rtl w:val="1"/>
                <w:szCs w:val="15"/>
              </w:rPr>
            </w:r>
          </w:p>
        </w:tc>
        <w:tc>
          <w:tcPr>
            <w:tcW w:type="dxa" w:w="1300"/>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sz w:val="16"/>
                <w:rtl w:val="1"/>
                <w:szCs w:val="16"/>
              </w:rPr>
              <w:t>E</w:t>
            </w:r>
          </w:p>
        </w:tc>
        <w:tc>
          <w:tcPr>
            <w:tcW w:type="dxa" w:w="1500"/>
            <w:vAlign w:val="center"/>
            <w:tcMar>
              <w:top w:w="75" w:type="dxa"/>
              <w:start w:w="75" w:type="dxa"/>
              <w:bottom w:w="75" w:type="dxa"/>
              <w:end w:w="75" w:type="dxa"/>
            </w:tcMar>
          </w:tcPr>
          <w:p>
            <w:pPr>
              <w:jc w:val="center"/>
              <w:bidi w:val="1"/>
              <w:spacing w:before="0" w:after="0" w:line="240" w:lineRule="auto"/>
              <w:mirrorIndents w:val="1"/>
            </w:pPr>
          </w:p>
        </w:tc>
      </w:tr>
      <w:tr w:rsidR="00A564F2" w14:paraId="688B42E7" w14:textId="77777777" w:rsidTr="009D38E5">
        <w:trPr>
          <w:cantSplit w:val="true"/>
          <w:trHeight w:hRule="atLeast"/>
        </w:trPr>
        <w:tc>
          <w:tcPr>
            <w:tcW w:w="1200" w:type="dxa"/>
            <w:vAlign w:val="center"/>
            <w:tcMar>
              <w:top w:w="75" w:type="dxa"/>
              <w:bottom w:w="75" w:type="dxa"/>
              <w:left w:w="70" w:type="dxa"/>
              <w:right w:w="70" w:type="dxa"/>
              <w:start w:w="75" w:type="dxa"/>
              <w:end w:w="75" w:type="dxa"/>
            </w:tcMar>
          </w:tcPr>
          <w:p w14:paraId="24BACD15" w14:textId="77777777" w:rsidR="00A564F2" w:rsidRDefault="00A564F2" w:rsidP="009D38E5">
            <w:pPr>
              <w:spacing w:before="0" w:after="0" w:line="240" w:lineRule="auto"/>
              <w:jc w:val="center"/>
              <w:bidi w:val="1"/>
              <w:mirrorIndents w:val="1"/>
            </w:pPr>
            <w:r>
              <w:rPr>
                <w:rFonts w:ascii="Arial" w:hAnsi="Arial" w:cs="Arial" w:eastAsia="Arial"/>
                <w:b w:val="0"/>
                <w:sz w:val="16"/>
                <w:rtl w:val="1"/>
                <w:szCs w:val="15"/>
              </w:rPr>
              <w:t>الإدارة التنفيذية</w:t>
            </w:r>
          </w:p>
        </w:tc>
        <w:tc>
          <w:tcPr>
            <w:tcW w:w="1550" w:type="dxa"/>
            <w:vAlign w:val="center"/>
            <w:tcMar>
              <w:top w:w="75" w:type="dxa"/>
              <w:bottom w:w="75" w:type="dxa"/>
              <w:left w:w="70" w:type="dxa"/>
              <w:right w:w="70" w:type="dxa"/>
              <w:start w:w="75" w:type="dxa"/>
              <w:end w:w="75" w:type="dxa"/>
            </w:tcMar>
          </w:tcPr>
          <w:p w14:paraId="2D5A5507" w14:textId="77777777" w:rsidR="00A564F2" w:rsidRDefault="00A564F2" w:rsidP="009D38E5">
            <w:pPr>
              <w:spacing w:before="0" w:after="0" w:line="240" w:lineRule="auto"/>
              <w:jc w:val="center"/>
              <w:bidi w:val="1"/>
              <w:mirrorIndents w:val="1"/>
            </w:pPr>
            <w:r>
              <w:rPr>
                <w:rFonts w:ascii="Arial" w:hAnsi="Arial" w:cs="Arial" w:eastAsia="Arial"/>
                <w:b w:val="0"/>
                <w:sz w:val="16"/>
                <w:rtl w:val="1"/>
                <w:szCs w:val="15"/>
              </w:rPr>
              <w:t xml:space="preserve">اعتماد </w:t>
            </w:r>
            <w:proofErr w:type="spellStart"/>
            <w:r>
              <w:rPr>
                <w:rFonts w:ascii="Arial" w:hAnsi="Arial" w:cs="Arial" w:eastAsia="Arial"/>
                <w:b w:val="0"/>
                <w:sz w:val="16"/>
                <w:rtl w:val="1"/>
                <w:szCs w:val="15"/>
              </w:rPr>
              <w:t>الإجراءات</w:t>
            </w:r>
            <w:proofErr w:type="spellEnd"/>
            <w:r>
              <w:rPr>
                <w:rFonts w:ascii="Arial" w:hAnsi="Arial" w:cs="Arial" w:eastAsia="Arial"/>
                <w:b w:val="0"/>
                <w:sz w:val="16"/>
                <w:rtl w:val="1"/>
                <w:szCs w:val="15"/>
              </w:rPr>
              <w:t xml:space="preserve"> </w:t>
            </w:r>
            <w:proofErr w:type="spellStart"/>
            <w:r>
              <w:rPr>
                <w:rFonts w:ascii="Arial" w:hAnsi="Arial" w:cs="Arial" w:eastAsia="Arial"/>
                <w:b w:val="0"/>
                <w:sz w:val="16"/>
                <w:rtl w:val="1"/>
                <w:szCs w:val="15"/>
              </w:rPr>
              <w:t>التشغيلية</w:t>
            </w:r>
            <w:proofErr w:type="spellEnd"/>
          </w:p>
        </w:tc>
        <w:tc>
          <w:tcPr>
            <w:tcW w:w="1050" w:type="dxa"/>
            <w:vAlign w:val="center"/>
            <w:tcMar>
              <w:top w:w="75" w:type="dxa"/>
              <w:bottom w:w="75" w:type="dxa"/>
              <w:left w:w="70" w:type="dxa"/>
              <w:right w:w="70" w:type="dxa"/>
              <w:start w:w="75" w:type="dxa"/>
              <w:end w:w="75" w:type="dxa"/>
            </w:tcMar>
          </w:tcPr>
          <w:p w14:paraId="7D7CC26F" w14:textId="77777777" w:rsidR="00A564F2" w:rsidRDefault="00A564F2" w:rsidP="009D38E5">
            <w:pPr>
              <w:spacing w:before="0" w:after="0" w:line="240" w:lineRule="auto"/>
              <w:jc w:val="center"/>
              <w:bidi w:val="1"/>
              <w:mirrorIndents w:val="1"/>
            </w:pPr>
          </w:p>
        </w:tc>
        <w:tc>
          <w:tcPr>
            <w:tcW w:w="1050" w:type="dxa"/>
            <w:vAlign w:val="center"/>
            <w:tcMar>
              <w:top w:w="75" w:type="dxa"/>
              <w:bottom w:w="75" w:type="dxa"/>
              <w:left w:w="70" w:type="dxa"/>
              <w:right w:w="70" w:type="dxa"/>
              <w:start w:w="75" w:type="dxa"/>
              <w:end w:w="75" w:type="dxa"/>
            </w:tcMar>
          </w:tcPr>
          <w:p w14:paraId="363C14CF" w14:textId="77777777" w:rsidR="00A564F2" w:rsidRDefault="00A564F2" w:rsidP="009D38E5">
            <w:pPr>
              <w:spacing w:before="0" w:after="0" w:line="240" w:lineRule="auto"/>
              <w:jc w:val="center"/>
              <w:bidi w:val="1"/>
              <w:mirrorIndents w:val="1"/>
            </w:pPr>
          </w:p>
        </w:tc>
        <w:tc>
          <w:tcPr>
            <w:tcW w:w="1150" w:type="dxa"/>
            <w:vAlign w:val="center"/>
            <w:tcMar>
              <w:top w:w="75" w:type="dxa"/>
              <w:bottom w:w="75" w:type="dxa"/>
              <w:left w:w="70" w:type="dxa"/>
              <w:right w:w="70" w:type="dxa"/>
              <w:start w:w="75" w:type="dxa"/>
              <w:end w:w="75" w:type="dxa"/>
            </w:tcMar>
          </w:tcPr>
          <w:p w14:paraId="597B0321" w14:textId="77777777" w:rsidR="00A564F2" w:rsidRDefault="00A564F2" w:rsidP="009D38E5">
            <w:pPr>
              <w:spacing w:before="0" w:after="0" w:line="240" w:lineRule="auto"/>
              <w:jc w:val="center"/>
              <w:bidi w:val="1"/>
              <w:mirrorIndents w:val="1"/>
            </w:pPr>
            <w:r>
              <w:rPr>
                <w:rFonts w:ascii="Arial" w:hAnsi="Arial" w:cs="Arial" w:eastAsia="Arial"/>
                <w:b/>
                <w:sz w:val="16"/>
                <w:rtl w:val="1"/>
                <w:szCs w:val="16"/>
              </w:rPr>
              <w:t>A</w:t>
            </w:r>
          </w:p>
        </w:tc>
        <w:tc>
          <w:tcPr>
            <w:tcW w:w="1250" w:type="dxa"/>
            <w:vAlign w:val="center"/>
            <w:tcMar>
              <w:top w:w="75" w:type="dxa"/>
              <w:bottom w:w="75" w:type="dxa"/>
              <w:left w:w="70" w:type="dxa"/>
              <w:right w:w="70" w:type="dxa"/>
              <w:start w:w="75" w:type="dxa"/>
              <w:end w:w="75" w:type="dxa"/>
            </w:tcMar>
          </w:tcPr>
          <w:p>
            <w:pPr>
              <w:spacing w:before="0" w:after="0" w:line="240" w:lineRule="auto"/>
              <w:jc w:val="center"/>
              <w:bidi w:val="1"/>
              <w:mirrorIndents w:val="1"/>
            </w:pPr>
            <w:r>
              <w:rPr>
                <w:rFonts w:ascii="Arial" w:hAnsi="Arial" w:eastAsia="Arial" w:cs="Arial"/>
                <w:b w:val="0"/>
                <w:sz w:val="16"/>
                <w:rtl w:val="1"/>
                <w:szCs w:val="15"/>
              </w:rPr>
            </w:r>
          </w:p>
        </w:tc>
        <w:tc>
          <w:tcPr>
            <w:tcW w:type="dxa" w:w="1300"/>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6"/>
                <w:rtl w:val="1"/>
                <w:szCs w:val="15"/>
              </w:rPr>
            </w:r>
          </w:p>
        </w:tc>
        <w:tc>
          <w:tcPr>
            <w:tcW w:type="dxa" w:w="1500"/>
            <w:vAlign w:val="center"/>
            <w:tcMar>
              <w:top w:w="75" w:type="dxa"/>
              <w:start w:w="75" w:type="dxa"/>
              <w:bottom w:w="75" w:type="dxa"/>
              <w:end w:w="75" w:type="dxa"/>
            </w:tcMar>
          </w:tcPr>
          <w:p>
            <w:pPr>
              <w:jc w:val="center"/>
              <w:bidi w:val="1"/>
              <w:spacing w:before="0" w:after="0" w:line="240" w:lineRule="auto"/>
              <w:mirrorIndents w:val="1"/>
            </w:pPr>
          </w:p>
        </w:tc>
      </w:tr>
      <w:tr w:rsidR="00A564F2" w14:paraId="212EB67D" w14:textId="77777777" w:rsidTr="009D38E5">
        <w:trPr>
          <w:cantSplit w:val="true"/>
          <w:trHeight w:hRule="atLeast"/>
        </w:trPr>
        <w:tc>
          <w:tcPr>
            <w:tcW w:w="1200" w:type="dxa"/>
            <w:vAlign w:val="center"/>
            <w:tcMar>
              <w:top w:w="75" w:type="dxa"/>
              <w:bottom w:w="75" w:type="dxa"/>
              <w:left w:w="70" w:type="dxa"/>
              <w:right w:w="70" w:type="dxa"/>
              <w:start w:w="75" w:type="dxa"/>
              <w:end w:w="75" w:type="dxa"/>
            </w:tcMar>
          </w:tcPr>
          <w:p w14:paraId="4192969F" w14:textId="77777777" w:rsidR="00A564F2" w:rsidRDefault="00A564F2" w:rsidP="009D38E5">
            <w:pPr>
              <w:spacing w:before="0" w:after="0" w:line="240" w:lineRule="auto"/>
              <w:jc w:val="center"/>
              <w:bidi w:val="1"/>
              <w:mirrorIndents w:val="1"/>
            </w:pPr>
            <w:r>
              <w:rPr>
                <w:rFonts w:ascii="Arial" w:hAnsi="Arial" w:cs="Arial" w:eastAsia="Arial"/>
                <w:b w:val="0"/>
                <w:sz w:val="16"/>
                <w:rtl w:val="1"/>
                <w:szCs w:val="15"/>
              </w:rPr>
              <w:t>الإدارة التنفيذية</w:t>
            </w:r>
          </w:p>
        </w:tc>
        <w:tc>
          <w:tcPr>
            <w:tcW w:w="1550" w:type="dxa"/>
            <w:vAlign w:val="center"/>
            <w:tcMar>
              <w:top w:w="75" w:type="dxa"/>
              <w:bottom w:w="75" w:type="dxa"/>
              <w:left w:w="70" w:type="dxa"/>
              <w:right w:w="70" w:type="dxa"/>
              <w:start w:w="75" w:type="dxa"/>
              <w:end w:w="75" w:type="dxa"/>
            </w:tcMar>
          </w:tcPr>
          <w:p w14:paraId="2FA93185" w14:textId="77777777" w:rsidR="00A564F2" w:rsidRDefault="00A564F2" w:rsidP="009D38E5">
            <w:pPr>
              <w:spacing w:before="0" w:after="0" w:line="240" w:lineRule="auto"/>
              <w:jc w:val="center"/>
              <w:bidi w:val="1"/>
              <w:mirrorIndents w:val="1"/>
            </w:pPr>
            <w:r>
              <w:rPr>
                <w:rFonts w:ascii="Arial" w:hAnsi="Arial" w:cs="Arial" w:eastAsia="Arial"/>
                <w:b w:val="0"/>
                <w:sz w:val="16"/>
                <w:rtl w:val="1"/>
                <w:szCs w:val="15"/>
              </w:rPr>
              <w:t xml:space="preserve">اعتماد </w:t>
            </w:r>
            <w:proofErr w:type="spellStart"/>
            <w:r>
              <w:rPr>
                <w:rFonts w:ascii="Arial" w:hAnsi="Arial" w:cs="Arial" w:eastAsia="Arial"/>
                <w:b w:val="0"/>
                <w:sz w:val="16"/>
                <w:rtl w:val="1"/>
                <w:szCs w:val="15"/>
              </w:rPr>
              <w:t>الاجتماعات</w:t>
            </w:r>
            <w:proofErr w:type="spellEnd"/>
            <w:r>
              <w:rPr>
                <w:rFonts w:ascii="Arial" w:hAnsi="Arial" w:cs="Arial" w:eastAsia="Arial"/>
                <w:b w:val="0"/>
                <w:sz w:val="16"/>
                <w:rtl w:val="1"/>
                <w:szCs w:val="15"/>
              </w:rPr>
              <w:t xml:space="preserve"> </w:t>
            </w:r>
            <w:proofErr w:type="spellStart"/>
            <w:r>
              <w:rPr>
                <w:rFonts w:ascii="Arial" w:hAnsi="Arial" w:cs="Arial" w:eastAsia="Arial"/>
                <w:b w:val="0"/>
                <w:sz w:val="16"/>
                <w:rtl w:val="1"/>
                <w:szCs w:val="15"/>
              </w:rPr>
              <w:t>الدورية</w:t>
            </w:r>
            <w:proofErr w:type="spellEnd"/>
          </w:p>
        </w:tc>
        <w:tc>
          <w:tcPr>
            <w:tcW w:w="1050" w:type="dxa"/>
            <w:vAlign w:val="center"/>
            <w:tcMar>
              <w:top w:w="75" w:type="dxa"/>
              <w:bottom w:w="75" w:type="dxa"/>
              <w:left w:w="70" w:type="dxa"/>
              <w:right w:w="70" w:type="dxa"/>
              <w:start w:w="75" w:type="dxa"/>
              <w:end w:w="75" w:type="dxa"/>
            </w:tcMar>
          </w:tcPr>
          <w:p w14:paraId="08DD9A67" w14:textId="77777777" w:rsidR="00A564F2" w:rsidRDefault="00A564F2" w:rsidP="009D38E5">
            <w:pPr>
              <w:spacing w:before="0" w:after="0" w:line="240" w:lineRule="auto"/>
              <w:jc w:val="center"/>
              <w:bidi w:val="1"/>
              <w:mirrorIndents w:val="1"/>
            </w:pPr>
          </w:p>
        </w:tc>
        <w:tc>
          <w:tcPr>
            <w:tcW w:w="1050" w:type="dxa"/>
            <w:vAlign w:val="center"/>
            <w:tcMar>
              <w:top w:w="75" w:type="dxa"/>
              <w:bottom w:w="75" w:type="dxa"/>
              <w:left w:w="70" w:type="dxa"/>
              <w:right w:w="70" w:type="dxa"/>
              <w:start w:w="75" w:type="dxa"/>
              <w:end w:w="75" w:type="dxa"/>
            </w:tcMar>
          </w:tcPr>
          <w:p w14:paraId="38792827" w14:textId="77777777" w:rsidR="00A564F2" w:rsidRDefault="00A564F2" w:rsidP="009D38E5">
            <w:pPr>
              <w:spacing w:before="0" w:after="0" w:line="240" w:lineRule="auto"/>
              <w:jc w:val="center"/>
              <w:bidi w:val="1"/>
              <w:mirrorIndents w:val="1"/>
            </w:pPr>
          </w:p>
        </w:tc>
        <w:tc>
          <w:tcPr>
            <w:tcW w:w="1150" w:type="dxa"/>
            <w:vAlign w:val="center"/>
            <w:tcMar>
              <w:top w:w="75" w:type="dxa"/>
              <w:bottom w:w="75" w:type="dxa"/>
              <w:left w:w="70" w:type="dxa"/>
              <w:right w:w="70" w:type="dxa"/>
              <w:start w:w="75" w:type="dxa"/>
              <w:end w:w="75" w:type="dxa"/>
            </w:tcMar>
          </w:tcPr>
          <w:p w14:paraId="55DE5393" w14:textId="77777777" w:rsidR="00A564F2" w:rsidRDefault="00A564F2" w:rsidP="009D38E5">
            <w:pPr>
              <w:spacing w:before="0" w:after="0" w:line="240" w:lineRule="auto"/>
              <w:jc w:val="center"/>
              <w:bidi w:val="1"/>
              <w:mirrorIndents w:val="1"/>
            </w:pPr>
            <w:r>
              <w:rPr>
                <w:rFonts w:ascii="Arial" w:hAnsi="Arial" w:cs="Arial" w:eastAsia="Arial"/>
                <w:b/>
                <w:sz w:val="16"/>
                <w:rtl w:val="1"/>
                <w:szCs w:val="16"/>
              </w:rPr>
              <w:t>A</w:t>
            </w:r>
          </w:p>
        </w:tc>
        <w:tc>
          <w:tcPr>
            <w:tcW w:w="1250" w:type="dxa"/>
            <w:vAlign w:val="center"/>
            <w:tcMar>
              <w:top w:w="75" w:type="dxa"/>
              <w:bottom w:w="75" w:type="dxa"/>
              <w:left w:w="70" w:type="dxa"/>
              <w:right w:w="70" w:type="dxa"/>
              <w:start w:w="75" w:type="dxa"/>
              <w:end w:w="75" w:type="dxa"/>
            </w:tcMar>
          </w:tcPr>
          <w:p>
            <w:pPr>
              <w:spacing w:before="0" w:after="0" w:line="240" w:lineRule="auto"/>
              <w:jc w:val="center"/>
              <w:bidi w:val="1"/>
              <w:mirrorIndents w:val="1"/>
            </w:pPr>
            <w:r>
              <w:rPr>
                <w:rFonts w:ascii="Arial" w:hAnsi="Arial" w:eastAsia="Arial" w:cs="Arial"/>
                <w:b w:val="0"/>
                <w:sz w:val="16"/>
                <w:rtl w:val="1"/>
                <w:szCs w:val="15"/>
              </w:rPr>
            </w:r>
          </w:p>
        </w:tc>
        <w:tc>
          <w:tcPr>
            <w:tcW w:type="dxa" w:w="1300"/>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sz w:val="16"/>
                <w:rtl w:val="1"/>
                <w:szCs w:val="16"/>
              </w:rPr>
              <w:t>E</w:t>
            </w:r>
          </w:p>
        </w:tc>
        <w:tc>
          <w:tcPr>
            <w:tcW w:type="dxa" w:w="1500"/>
            <w:vAlign w:val="center"/>
            <w:tcMar>
              <w:top w:w="75" w:type="dxa"/>
              <w:start w:w="75" w:type="dxa"/>
              <w:bottom w:w="75" w:type="dxa"/>
              <w:end w:w="75" w:type="dxa"/>
            </w:tcMar>
          </w:tcPr>
          <w:p>
            <w:pPr>
              <w:jc w:val="center"/>
              <w:bidi w:val="1"/>
              <w:spacing w:before="0" w:after="0" w:line="240" w:lineRule="auto"/>
              <w:mirrorIndents w:val="1"/>
            </w:pPr>
          </w:p>
        </w:tc>
      </w:tr>
      <w:tr w:rsidR="00A564F2" w14:paraId="76A9ACB5" w14:textId="77777777" w:rsidTr="009D38E5">
        <w:trPr>
          <w:cantSplit w:val="true"/>
          <w:trHeight w:hRule="atLeast"/>
        </w:trPr>
        <w:tc>
          <w:tcPr>
            <w:tcW w:w="1200" w:type="dxa"/>
            <w:vAlign w:val="center"/>
            <w:tcMar>
              <w:top w:w="75" w:type="dxa"/>
              <w:bottom w:w="75" w:type="dxa"/>
              <w:left w:w="70" w:type="dxa"/>
              <w:right w:w="70" w:type="dxa"/>
              <w:start w:w="75" w:type="dxa"/>
              <w:end w:w="75" w:type="dxa"/>
            </w:tcMar>
          </w:tcPr>
          <w:p w14:paraId="181BA3F7" w14:textId="77777777" w:rsidR="00A564F2" w:rsidRDefault="00A564F2" w:rsidP="009D38E5">
            <w:pPr>
              <w:spacing w:before="0" w:after="0" w:line="240" w:lineRule="auto"/>
              <w:jc w:val="center"/>
              <w:bidi w:val="1"/>
              <w:mirrorIndents w:val="1"/>
            </w:pPr>
            <w:r>
              <w:rPr>
                <w:rFonts w:ascii="Arial" w:hAnsi="Arial" w:cs="Arial" w:eastAsia="Arial"/>
                <w:b w:val="0"/>
                <w:sz w:val="16"/>
                <w:rtl w:val="1"/>
                <w:szCs w:val="15"/>
              </w:rPr>
              <w:t>الإدارة التنفيذية</w:t>
            </w:r>
          </w:p>
        </w:tc>
        <w:tc>
          <w:tcPr>
            <w:tcW w:w="1550" w:type="dxa"/>
            <w:vAlign w:val="center"/>
            <w:tcMar>
              <w:top w:w="75" w:type="dxa"/>
              <w:bottom w:w="75" w:type="dxa"/>
              <w:left w:w="70" w:type="dxa"/>
              <w:right w:w="70" w:type="dxa"/>
              <w:start w:w="75" w:type="dxa"/>
              <w:end w:w="75" w:type="dxa"/>
            </w:tcMar>
          </w:tcPr>
          <w:p w14:paraId="776E0A4D" w14:textId="77777777" w:rsidR="00A564F2" w:rsidRDefault="00A564F2" w:rsidP="009D38E5">
            <w:pPr>
              <w:spacing w:before="0" w:after="0" w:line="240" w:lineRule="auto"/>
              <w:jc w:val="center"/>
              <w:bidi w:val="1"/>
              <w:mirrorIndents w:val="1"/>
            </w:pPr>
            <w:r>
              <w:rPr>
                <w:rFonts w:ascii="Arial" w:hAnsi="Arial" w:cs="Arial" w:eastAsia="Arial"/>
                <w:b w:val="0"/>
                <w:sz w:val="16"/>
                <w:rtl w:val="1"/>
                <w:szCs w:val="15"/>
              </w:rPr>
              <w:t xml:space="preserve">اعتماد </w:t>
            </w:r>
            <w:proofErr w:type="spellStart"/>
            <w:r>
              <w:rPr>
                <w:rFonts w:ascii="Arial" w:hAnsi="Arial" w:cs="Arial" w:eastAsia="Arial"/>
                <w:b w:val="0"/>
                <w:sz w:val="16"/>
                <w:rtl w:val="1"/>
                <w:szCs w:val="15"/>
              </w:rPr>
              <w:t>الشراكات</w:t>
            </w:r>
            <w:proofErr w:type="spellEnd"/>
            <w:r>
              <w:rPr>
                <w:rFonts w:ascii="Arial" w:hAnsi="Arial" w:cs="Arial" w:eastAsia="Arial"/>
                <w:b w:val="0"/>
                <w:sz w:val="16"/>
                <w:rtl w:val="1"/>
                <w:szCs w:val="15"/>
              </w:rPr>
              <w:t xml:space="preserve"> </w:t>
            </w:r>
            <w:proofErr w:type="spellStart"/>
            <w:r>
              <w:rPr>
                <w:rFonts w:ascii="Arial" w:hAnsi="Arial" w:cs="Arial" w:eastAsia="Arial"/>
                <w:b w:val="0"/>
                <w:sz w:val="16"/>
                <w:rtl w:val="1"/>
                <w:szCs w:val="15"/>
              </w:rPr>
              <w:t>التشغيلية</w:t>
            </w:r>
            <w:proofErr w:type="spellEnd"/>
          </w:p>
        </w:tc>
        <w:tc>
          <w:tcPr>
            <w:tcW w:w="1050" w:type="dxa"/>
            <w:vAlign w:val="center"/>
            <w:tcMar>
              <w:top w:w="75" w:type="dxa"/>
              <w:bottom w:w="75" w:type="dxa"/>
              <w:left w:w="70" w:type="dxa"/>
              <w:right w:w="70" w:type="dxa"/>
              <w:start w:w="75" w:type="dxa"/>
              <w:end w:w="75" w:type="dxa"/>
            </w:tcMar>
          </w:tcPr>
          <w:p w14:paraId="538E286D" w14:textId="77777777" w:rsidR="00A564F2" w:rsidRDefault="00A564F2" w:rsidP="009D38E5">
            <w:pPr>
              <w:spacing w:before="0" w:after="0" w:line="240" w:lineRule="auto"/>
              <w:jc w:val="center"/>
              <w:bidi w:val="1"/>
              <w:mirrorIndents w:val="1"/>
            </w:pPr>
          </w:p>
        </w:tc>
        <w:tc>
          <w:tcPr>
            <w:tcW w:w="1050" w:type="dxa"/>
            <w:vAlign w:val="center"/>
            <w:tcMar>
              <w:top w:w="75" w:type="dxa"/>
              <w:bottom w:w="75" w:type="dxa"/>
              <w:left w:w="70" w:type="dxa"/>
              <w:right w:w="70" w:type="dxa"/>
              <w:start w:w="75" w:type="dxa"/>
              <w:end w:w="75" w:type="dxa"/>
            </w:tcMar>
          </w:tcPr>
          <w:p w14:paraId="0FB1D290" w14:textId="77777777" w:rsidR="00A564F2" w:rsidRDefault="00A564F2" w:rsidP="009D38E5">
            <w:pPr>
              <w:spacing w:before="0" w:after="0" w:line="240" w:lineRule="auto"/>
              <w:jc w:val="center"/>
              <w:bidi w:val="1"/>
              <w:mirrorIndents w:val="1"/>
            </w:pPr>
          </w:p>
        </w:tc>
        <w:tc>
          <w:tcPr>
            <w:tcW w:w="1150" w:type="dxa"/>
            <w:vAlign w:val="center"/>
            <w:tcMar>
              <w:top w:w="75" w:type="dxa"/>
              <w:bottom w:w="75" w:type="dxa"/>
              <w:left w:w="70" w:type="dxa"/>
              <w:right w:w="70" w:type="dxa"/>
              <w:start w:w="75" w:type="dxa"/>
              <w:end w:w="75" w:type="dxa"/>
            </w:tcMar>
          </w:tcPr>
          <w:p w14:paraId="58ED003B" w14:textId="77777777" w:rsidR="00A564F2" w:rsidRDefault="00A564F2" w:rsidP="009D38E5">
            <w:pPr>
              <w:spacing w:before="0" w:after="0" w:line="240" w:lineRule="auto"/>
              <w:jc w:val="center"/>
              <w:bidi w:val="1"/>
              <w:mirrorIndents w:val="1"/>
            </w:pPr>
            <w:r>
              <w:rPr>
                <w:rFonts w:ascii="Arial" w:hAnsi="Arial" w:cs="Arial" w:eastAsia="Arial"/>
                <w:b/>
                <w:sz w:val="16"/>
                <w:rtl w:val="1"/>
                <w:szCs w:val="16"/>
              </w:rPr>
              <w:t>A</w:t>
            </w:r>
          </w:p>
        </w:tc>
        <w:tc>
          <w:tcPr>
            <w:tcW w:w="1250" w:type="dxa"/>
            <w:vAlign w:val="center"/>
            <w:tcMar>
              <w:top w:w="75" w:type="dxa"/>
              <w:bottom w:w="75" w:type="dxa"/>
              <w:left w:w="70" w:type="dxa"/>
              <w:right w:w="70" w:type="dxa"/>
              <w:start w:w="75" w:type="dxa"/>
              <w:end w:w="75" w:type="dxa"/>
            </w:tcMar>
          </w:tcPr>
          <w:p>
            <w:pPr>
              <w:spacing w:before="0" w:after="0" w:line="240" w:lineRule="auto"/>
              <w:jc w:val="center"/>
              <w:bidi w:val="1"/>
              <w:mirrorIndents w:val="1"/>
            </w:pPr>
            <w:r>
              <w:rPr>
                <w:rFonts w:ascii="Arial" w:hAnsi="Arial" w:eastAsia="Arial" w:cs="Arial"/>
                <w:b w:val="0"/>
                <w:sz w:val="16"/>
                <w:rtl w:val="1"/>
                <w:szCs w:val="15"/>
              </w:rPr>
            </w:r>
          </w:p>
        </w:tc>
        <w:tc>
          <w:tcPr>
            <w:tcW w:type="dxa" w:w="1300"/>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6"/>
                <w:rtl w:val="1"/>
                <w:szCs w:val="15"/>
              </w:rPr>
            </w:r>
          </w:p>
        </w:tc>
        <w:tc>
          <w:tcPr>
            <w:tcW w:type="dxa" w:w="1500"/>
            <w:vAlign w:val="center"/>
            <w:tcMar>
              <w:top w:w="75" w:type="dxa"/>
              <w:start w:w="75" w:type="dxa"/>
              <w:bottom w:w="75" w:type="dxa"/>
              <w:end w:w="75" w:type="dxa"/>
            </w:tcMar>
          </w:tcPr>
          <w:p>
            <w:pPr>
              <w:jc w:val="center"/>
              <w:bidi w:val="1"/>
              <w:spacing w:before="0" w:after="0" w:line="240" w:lineRule="auto"/>
              <w:mirrorIndents w:val="1"/>
            </w:pPr>
          </w:p>
        </w:tc>
      </w:tr>
      <w:tr w:rsidR="00A564F2" w14:paraId="0CDD604E" w14:textId="77777777" w:rsidTr="009D38E5">
        <w:trPr>
          <w:cantSplit w:val="true"/>
          <w:trHeight w:hRule="atLeast"/>
        </w:trPr>
        <w:tc>
          <w:tcPr>
            <w:tcW w:w="1200" w:type="dxa"/>
            <w:vAlign w:val="center"/>
            <w:tcMar>
              <w:top w:w="75" w:type="dxa"/>
              <w:bottom w:w="75" w:type="dxa"/>
              <w:left w:w="70" w:type="dxa"/>
              <w:right w:w="70" w:type="dxa"/>
              <w:start w:w="75" w:type="dxa"/>
              <w:end w:w="75" w:type="dxa"/>
            </w:tcMar>
          </w:tcPr>
          <w:p w14:paraId="6653A3D2" w14:textId="77777777" w:rsidR="00A564F2" w:rsidRDefault="00A564F2" w:rsidP="009D38E5">
            <w:pPr>
              <w:spacing w:before="0" w:after="0" w:line="240" w:lineRule="auto"/>
              <w:jc w:val="center"/>
              <w:bidi w:val="1"/>
              <w:mirrorIndents w:val="1"/>
            </w:pPr>
            <w:r>
              <w:rPr>
                <w:rFonts w:ascii="Arial" w:hAnsi="Arial" w:cs="Arial" w:eastAsia="Arial"/>
                <w:b w:val="0"/>
                <w:sz w:val="16"/>
                <w:rtl w:val="1"/>
                <w:szCs w:val="15"/>
              </w:rPr>
              <w:t>الإدارة التنفيذية</w:t>
            </w:r>
          </w:p>
        </w:tc>
        <w:tc>
          <w:tcPr>
            <w:tcW w:w="1550" w:type="dxa"/>
            <w:vAlign w:val="center"/>
            <w:tcMar>
              <w:top w:w="75" w:type="dxa"/>
              <w:bottom w:w="75" w:type="dxa"/>
              <w:left w:w="70" w:type="dxa"/>
              <w:right w:w="70" w:type="dxa"/>
              <w:start w:w="75" w:type="dxa"/>
              <w:end w:w="75" w:type="dxa"/>
            </w:tcMar>
          </w:tcPr>
          <w:p w14:paraId="31C0AA19" w14:textId="77777777" w:rsidR="00A564F2" w:rsidRDefault="00A564F2" w:rsidP="009D38E5">
            <w:pPr>
              <w:spacing w:before="0" w:after="0" w:line="240" w:lineRule="auto"/>
              <w:jc w:val="center"/>
              <w:bidi w:val="1"/>
              <w:mirrorIndents w:val="1"/>
            </w:pPr>
            <w:r>
              <w:rPr>
                <w:rFonts w:ascii="Arial" w:hAnsi="Arial" w:cs="Arial" w:eastAsia="Arial"/>
                <w:b w:val="0"/>
                <w:sz w:val="16"/>
                <w:rtl w:val="1"/>
                <w:szCs w:val="15"/>
              </w:rPr>
              <w:t xml:space="preserve">اعتماد </w:t>
            </w:r>
            <w:proofErr w:type="spellStart"/>
            <w:r>
              <w:rPr>
                <w:rFonts w:ascii="Arial" w:hAnsi="Arial" w:cs="Arial" w:eastAsia="Arial"/>
                <w:b w:val="0"/>
                <w:sz w:val="16"/>
                <w:rtl w:val="1"/>
                <w:szCs w:val="15"/>
              </w:rPr>
              <w:t>خطة</w:t>
            </w:r>
            <w:proofErr w:type="spellEnd"/>
            <w:r>
              <w:rPr>
                <w:rFonts w:ascii="Arial" w:hAnsi="Arial" w:cs="Arial" w:eastAsia="Arial"/>
                <w:b w:val="0"/>
                <w:sz w:val="16"/>
                <w:rtl w:val="1"/>
                <w:szCs w:val="15"/>
              </w:rPr>
              <w:t xml:space="preserve"> </w:t>
            </w:r>
            <w:proofErr w:type="spellStart"/>
            <w:r>
              <w:rPr>
                <w:rFonts w:ascii="Arial" w:hAnsi="Arial" w:cs="Arial" w:eastAsia="Arial"/>
                <w:b w:val="0"/>
                <w:sz w:val="16"/>
                <w:rtl w:val="1"/>
                <w:szCs w:val="15"/>
              </w:rPr>
              <w:t>الاتصال</w:t>
            </w:r>
            <w:proofErr w:type="spellEnd"/>
          </w:p>
        </w:tc>
        <w:tc>
          <w:tcPr>
            <w:tcW w:w="1050" w:type="dxa"/>
            <w:vAlign w:val="center"/>
            <w:tcMar>
              <w:top w:w="75" w:type="dxa"/>
              <w:bottom w:w="75" w:type="dxa"/>
              <w:left w:w="70" w:type="dxa"/>
              <w:right w:w="70" w:type="dxa"/>
              <w:start w:w="75" w:type="dxa"/>
              <w:end w:w="75" w:type="dxa"/>
            </w:tcMar>
          </w:tcPr>
          <w:p w14:paraId="474A4FC2" w14:textId="77777777" w:rsidR="00A564F2" w:rsidRDefault="00A564F2" w:rsidP="009D38E5">
            <w:pPr>
              <w:spacing w:before="0" w:after="0" w:line="240" w:lineRule="auto"/>
              <w:jc w:val="center"/>
              <w:bidi w:val="1"/>
              <w:mirrorIndents w:val="1"/>
            </w:pPr>
          </w:p>
        </w:tc>
        <w:tc>
          <w:tcPr>
            <w:tcW w:w="1050" w:type="dxa"/>
            <w:vAlign w:val="center"/>
            <w:tcMar>
              <w:top w:w="75" w:type="dxa"/>
              <w:bottom w:w="75" w:type="dxa"/>
              <w:left w:w="70" w:type="dxa"/>
              <w:right w:w="70" w:type="dxa"/>
              <w:start w:w="75" w:type="dxa"/>
              <w:end w:w="75" w:type="dxa"/>
            </w:tcMar>
          </w:tcPr>
          <w:p w14:paraId="08E294AE" w14:textId="77777777" w:rsidR="00A564F2" w:rsidRDefault="00A564F2" w:rsidP="009D38E5">
            <w:pPr>
              <w:spacing w:before="0" w:after="0" w:line="240" w:lineRule="auto"/>
              <w:jc w:val="center"/>
              <w:bidi w:val="1"/>
              <w:mirrorIndents w:val="1"/>
            </w:pPr>
          </w:p>
        </w:tc>
        <w:tc>
          <w:tcPr>
            <w:tcW w:w="1150" w:type="dxa"/>
            <w:vAlign w:val="center"/>
            <w:tcMar>
              <w:top w:w="75" w:type="dxa"/>
              <w:bottom w:w="75" w:type="dxa"/>
              <w:left w:w="70" w:type="dxa"/>
              <w:right w:w="70" w:type="dxa"/>
              <w:start w:w="75" w:type="dxa"/>
              <w:end w:w="75" w:type="dxa"/>
            </w:tcMar>
          </w:tcPr>
          <w:p w14:paraId="66C2B3FF" w14:textId="77777777" w:rsidR="00A564F2" w:rsidRDefault="00A564F2" w:rsidP="009D38E5">
            <w:pPr>
              <w:spacing w:before="0" w:after="0" w:line="240" w:lineRule="auto"/>
              <w:jc w:val="center"/>
              <w:bidi w:val="1"/>
              <w:mirrorIndents w:val="1"/>
            </w:pPr>
            <w:r>
              <w:rPr>
                <w:rFonts w:ascii="Arial" w:hAnsi="Arial" w:cs="Arial" w:eastAsia="Arial"/>
                <w:b/>
                <w:sz w:val="16"/>
                <w:rtl w:val="1"/>
                <w:szCs w:val="16"/>
              </w:rPr>
              <w:t>A</w:t>
            </w:r>
          </w:p>
        </w:tc>
        <w:tc>
          <w:tcPr>
            <w:tcW w:w="1250" w:type="dxa"/>
            <w:vAlign w:val="center"/>
            <w:tcMar>
              <w:top w:w="75" w:type="dxa"/>
              <w:bottom w:w="75" w:type="dxa"/>
              <w:left w:w="70" w:type="dxa"/>
              <w:right w:w="70" w:type="dxa"/>
              <w:start w:w="75" w:type="dxa"/>
              <w:end w:w="75" w:type="dxa"/>
            </w:tcMar>
          </w:tcPr>
          <w:p>
            <w:pPr>
              <w:spacing w:before="0" w:after="0" w:line="240" w:lineRule="auto"/>
              <w:jc w:val="center"/>
              <w:bidi w:val="1"/>
              <w:mirrorIndents w:val="1"/>
            </w:pPr>
            <w:r>
              <w:rPr>
                <w:rFonts w:ascii="Arial" w:hAnsi="Arial" w:eastAsia="Arial" w:cs="Arial"/>
                <w:b w:val="0"/>
                <w:sz w:val="16"/>
                <w:rtl w:val="1"/>
                <w:szCs w:val="15"/>
              </w:rPr>
            </w:r>
          </w:p>
        </w:tc>
        <w:tc>
          <w:tcPr>
            <w:tcW w:type="dxa" w:w="1300"/>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6"/>
                <w:rtl w:val="1"/>
                <w:szCs w:val="15"/>
              </w:rPr>
            </w:r>
          </w:p>
        </w:tc>
        <w:tc>
          <w:tcPr>
            <w:tcW w:type="dxa" w:w="1500"/>
            <w:vAlign w:val="center"/>
            <w:tcMar>
              <w:top w:w="75" w:type="dxa"/>
              <w:start w:w="75" w:type="dxa"/>
              <w:bottom w:w="75" w:type="dxa"/>
              <w:end w:w="75" w:type="dxa"/>
            </w:tcMar>
          </w:tcPr>
          <w:p>
            <w:pPr>
              <w:jc w:val="center"/>
              <w:bidi w:val="1"/>
              <w:spacing w:before="0" w:after="0" w:line="240" w:lineRule="auto"/>
              <w:mirrorIndents w:val="1"/>
            </w:pPr>
          </w:p>
        </w:tc>
      </w:tr>
      <w:tr w:rsidR="00A564F2" w14:paraId="29B80750" w14:textId="77777777" w:rsidTr="009D38E5">
        <w:trPr>
          <w:cantSplit w:val="true"/>
          <w:trHeight w:hRule="atLeast"/>
        </w:trPr>
        <w:tc>
          <w:tcPr>
            <w:tcW w:w="1200" w:type="dxa"/>
            <w:vAlign w:val="center"/>
            <w:tcMar>
              <w:top w:w="75" w:type="dxa"/>
              <w:bottom w:w="75" w:type="dxa"/>
              <w:left w:w="70" w:type="dxa"/>
              <w:right w:w="70" w:type="dxa"/>
              <w:start w:w="75" w:type="dxa"/>
              <w:end w:w="75" w:type="dxa"/>
            </w:tcMar>
          </w:tcPr>
          <w:p w14:paraId="23C43C2C" w14:textId="77777777" w:rsidR="00A564F2" w:rsidRDefault="00A564F2" w:rsidP="009D38E5">
            <w:pPr>
              <w:spacing w:before="0" w:after="0" w:line="240" w:lineRule="auto"/>
              <w:jc w:val="center"/>
              <w:bidi w:val="1"/>
              <w:mirrorIndents w:val="1"/>
            </w:pPr>
            <w:r>
              <w:rPr>
                <w:rFonts w:ascii="Arial" w:hAnsi="Arial" w:cs="Arial" w:eastAsia="Arial"/>
                <w:b w:val="0"/>
                <w:sz w:val="16"/>
                <w:rtl w:val="1"/>
                <w:szCs w:val="15"/>
              </w:rPr>
              <w:t>الإدارة التنفيذية</w:t>
            </w:r>
          </w:p>
        </w:tc>
        <w:tc>
          <w:tcPr>
            <w:tcW w:w="1550" w:type="dxa"/>
            <w:vAlign w:val="center"/>
            <w:tcMar>
              <w:top w:w="75" w:type="dxa"/>
              <w:bottom w:w="75" w:type="dxa"/>
              <w:left w:w="70" w:type="dxa"/>
              <w:right w:w="70" w:type="dxa"/>
              <w:start w:w="75" w:type="dxa"/>
              <w:end w:w="75" w:type="dxa"/>
            </w:tcMar>
          </w:tcPr>
          <w:p w14:paraId="3A45216D" w14:textId="77777777" w:rsidR="00A564F2" w:rsidRDefault="00A564F2" w:rsidP="009D38E5">
            <w:pPr>
              <w:spacing w:before="0" w:after="0" w:line="240" w:lineRule="auto"/>
              <w:jc w:val="center"/>
              <w:bidi w:val="1"/>
              <w:mirrorIndents w:val="1"/>
            </w:pPr>
            <w:r>
              <w:rPr>
                <w:rFonts w:ascii="Arial" w:hAnsi="Arial" w:cs="Arial" w:eastAsia="Arial"/>
                <w:b w:val="0"/>
                <w:sz w:val="16"/>
                <w:rtl w:val="1"/>
                <w:szCs w:val="15"/>
              </w:rPr>
              <w:t xml:space="preserve">اعتماد </w:t>
            </w:r>
            <w:proofErr w:type="spellStart"/>
            <w:r>
              <w:rPr>
                <w:rFonts w:ascii="Arial" w:hAnsi="Arial" w:cs="Arial" w:eastAsia="Arial"/>
                <w:b w:val="0"/>
                <w:sz w:val="16"/>
                <w:rtl w:val="1"/>
                <w:szCs w:val="15"/>
              </w:rPr>
              <w:t>مؤشرات</w:t>
            </w:r>
            <w:proofErr w:type="spellEnd"/>
            <w:r>
              <w:rPr>
                <w:rFonts w:ascii="Arial" w:hAnsi="Arial" w:cs="Arial" w:eastAsia="Arial"/>
                <w:b w:val="0"/>
                <w:sz w:val="16"/>
                <w:rtl w:val="1"/>
                <w:szCs w:val="15"/>
              </w:rPr>
              <w:t xml:space="preserve"> الإدارات</w:t>
            </w:r>
          </w:p>
        </w:tc>
        <w:tc>
          <w:tcPr>
            <w:tcW w:w="1050" w:type="dxa"/>
            <w:vAlign w:val="center"/>
            <w:tcMar>
              <w:top w:w="75" w:type="dxa"/>
              <w:bottom w:w="75" w:type="dxa"/>
              <w:left w:w="70" w:type="dxa"/>
              <w:right w:w="70" w:type="dxa"/>
              <w:start w:w="75" w:type="dxa"/>
              <w:end w:w="75" w:type="dxa"/>
            </w:tcMar>
          </w:tcPr>
          <w:p w14:paraId="09202A58" w14:textId="77777777" w:rsidR="00A564F2" w:rsidRDefault="00A564F2" w:rsidP="009D38E5">
            <w:pPr>
              <w:spacing w:before="0" w:after="0" w:line="240" w:lineRule="auto"/>
              <w:jc w:val="center"/>
              <w:bidi w:val="1"/>
              <w:mirrorIndents w:val="1"/>
            </w:pPr>
          </w:p>
        </w:tc>
        <w:tc>
          <w:tcPr>
            <w:tcW w:w="1050" w:type="dxa"/>
            <w:vAlign w:val="center"/>
            <w:tcMar>
              <w:top w:w="75" w:type="dxa"/>
              <w:bottom w:w="75" w:type="dxa"/>
              <w:left w:w="70" w:type="dxa"/>
              <w:right w:w="70" w:type="dxa"/>
              <w:start w:w="75" w:type="dxa"/>
              <w:end w:w="75" w:type="dxa"/>
            </w:tcMar>
          </w:tcPr>
          <w:p w14:paraId="320519FB" w14:textId="77777777" w:rsidR="00A564F2" w:rsidRDefault="00A564F2" w:rsidP="009D38E5">
            <w:pPr>
              <w:spacing w:before="0" w:after="0" w:line="240" w:lineRule="auto"/>
              <w:jc w:val="center"/>
              <w:bidi w:val="1"/>
              <w:mirrorIndents w:val="1"/>
            </w:pPr>
          </w:p>
        </w:tc>
        <w:tc>
          <w:tcPr>
            <w:tcW w:w="1150" w:type="dxa"/>
            <w:vAlign w:val="center"/>
            <w:tcMar>
              <w:top w:w="75" w:type="dxa"/>
              <w:bottom w:w="75" w:type="dxa"/>
              <w:left w:w="70" w:type="dxa"/>
              <w:right w:w="70" w:type="dxa"/>
              <w:start w:w="75" w:type="dxa"/>
              <w:end w:w="75" w:type="dxa"/>
            </w:tcMar>
          </w:tcPr>
          <w:p w14:paraId="2A7CD41D" w14:textId="77777777" w:rsidR="00A564F2" w:rsidRDefault="00A564F2" w:rsidP="009D38E5">
            <w:pPr>
              <w:spacing w:before="0" w:after="0" w:line="240" w:lineRule="auto"/>
              <w:jc w:val="center"/>
              <w:bidi w:val="1"/>
              <w:mirrorIndents w:val="1"/>
            </w:pPr>
            <w:r>
              <w:rPr>
                <w:rFonts w:ascii="Arial" w:hAnsi="Arial" w:cs="Arial" w:eastAsia="Arial"/>
                <w:b/>
                <w:sz w:val="16"/>
                <w:rtl w:val="1"/>
                <w:szCs w:val="16"/>
              </w:rPr>
              <w:t>A</w:t>
            </w:r>
          </w:p>
        </w:tc>
        <w:tc>
          <w:tcPr>
            <w:tcW w:w="1250" w:type="dxa"/>
            <w:vAlign w:val="center"/>
            <w:tcMar>
              <w:top w:w="75" w:type="dxa"/>
              <w:bottom w:w="75" w:type="dxa"/>
              <w:left w:w="70" w:type="dxa"/>
              <w:right w:w="70" w:type="dxa"/>
              <w:start w:w="75" w:type="dxa"/>
              <w:end w:w="75" w:type="dxa"/>
            </w:tcMar>
          </w:tcPr>
          <w:p>
            <w:pPr>
              <w:spacing w:before="0" w:after="0" w:line="240" w:lineRule="auto"/>
              <w:jc w:val="center"/>
              <w:bidi w:val="1"/>
              <w:mirrorIndents w:val="1"/>
            </w:pPr>
            <w:r>
              <w:rPr>
                <w:rFonts w:ascii="Arial" w:hAnsi="Arial" w:eastAsia="Arial" w:cs="Arial"/>
                <w:b w:val="0"/>
                <w:sz w:val="16"/>
                <w:rtl w:val="1"/>
                <w:szCs w:val="15"/>
              </w:rPr>
            </w:r>
          </w:p>
        </w:tc>
        <w:tc>
          <w:tcPr>
            <w:tcW w:type="dxa" w:w="1300"/>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6"/>
                <w:rtl w:val="1"/>
                <w:szCs w:val="15"/>
              </w:rPr>
            </w:r>
          </w:p>
        </w:tc>
        <w:tc>
          <w:tcPr>
            <w:tcW w:type="dxa" w:w="1500"/>
            <w:vAlign w:val="center"/>
            <w:tcMar>
              <w:top w:w="75" w:type="dxa"/>
              <w:start w:w="75" w:type="dxa"/>
              <w:bottom w:w="75" w:type="dxa"/>
              <w:end w:w="75" w:type="dxa"/>
            </w:tcMar>
          </w:tcPr>
          <w:p>
            <w:pPr>
              <w:jc w:val="center"/>
              <w:bidi w:val="1"/>
              <w:spacing w:before="0" w:after="0" w:line="240" w:lineRule="auto"/>
              <w:mirrorIndents w:val="1"/>
            </w:pPr>
          </w:p>
        </w:tc>
      </w:tr>
      <w:tr w:rsidR="00A564F2" w14:paraId="74DBAAE1" w14:textId="77777777" w:rsidTr="009D38E5">
        <w:trPr>
          <w:cantSplit w:val="true"/>
          <w:trHeight w:hRule="atLeast"/>
        </w:trPr>
        <w:tc>
          <w:tcPr>
            <w:tcW w:w="1200" w:type="dxa"/>
            <w:vAlign w:val="center"/>
            <w:tcMar>
              <w:top w:w="75" w:type="dxa"/>
              <w:bottom w:w="75" w:type="dxa"/>
              <w:left w:w="70" w:type="dxa"/>
              <w:right w:w="70" w:type="dxa"/>
              <w:start w:w="75" w:type="dxa"/>
              <w:end w:w="75" w:type="dxa"/>
            </w:tcMar>
          </w:tcPr>
          <w:p w14:paraId="13FD5ADC" w14:textId="77777777" w:rsidR="00A564F2" w:rsidRDefault="00A564F2" w:rsidP="009D38E5">
            <w:pPr>
              <w:spacing w:before="0" w:after="0" w:line="240" w:lineRule="auto"/>
              <w:jc w:val="center"/>
              <w:bidi w:val="1"/>
              <w:mirrorIndents w:val="1"/>
            </w:pPr>
            <w:r>
              <w:rPr>
                <w:rFonts w:ascii="Arial" w:hAnsi="Arial" w:cs="Arial" w:eastAsia="Arial"/>
                <w:b w:val="0"/>
                <w:sz w:val="16"/>
                <w:rtl w:val="1"/>
                <w:szCs w:val="15"/>
              </w:rPr>
              <w:t>الإدارة التنفيذية</w:t>
            </w:r>
          </w:p>
        </w:tc>
        <w:tc>
          <w:tcPr>
            <w:tcW w:w="1550" w:type="dxa"/>
            <w:vAlign w:val="center"/>
            <w:tcMar>
              <w:top w:w="75" w:type="dxa"/>
              <w:bottom w:w="75" w:type="dxa"/>
              <w:left w:w="70" w:type="dxa"/>
              <w:right w:w="70" w:type="dxa"/>
              <w:start w:w="75" w:type="dxa"/>
              <w:end w:w="75" w:type="dxa"/>
            </w:tcMar>
          </w:tcPr>
          <w:p w14:paraId="799378BE" w14:textId="77777777" w:rsidR="00A564F2" w:rsidRDefault="00A564F2" w:rsidP="009D38E5">
            <w:pPr>
              <w:spacing w:before="0" w:after="0" w:line="240" w:lineRule="auto"/>
              <w:jc w:val="center"/>
              <w:bidi w:val="1"/>
              <w:mirrorIndents w:val="1"/>
            </w:pPr>
            <w:proofErr w:type="spellStart"/>
            <w:r>
              <w:rPr>
                <w:rFonts w:ascii="Arial" w:hAnsi="Arial" w:cs="Arial" w:eastAsia="Arial"/>
                <w:b w:val="0"/>
                <w:sz w:val="16"/>
                <w:rtl w:val="1"/>
                <w:szCs w:val="15"/>
              </w:rPr>
              <w:t>متابعة</w:t>
            </w:r>
            <w:proofErr w:type="spellEnd"/>
            <w:r>
              <w:rPr>
                <w:rFonts w:ascii="Arial" w:hAnsi="Arial" w:cs="Arial" w:eastAsia="Arial"/>
                <w:b w:val="0"/>
                <w:sz w:val="16"/>
                <w:rtl w:val="1"/>
                <w:szCs w:val="15"/>
              </w:rPr>
              <w:t xml:space="preserve"> تنفيذ </w:t>
            </w:r>
            <w:proofErr w:type="spellStart"/>
            <w:r>
              <w:rPr>
                <w:rFonts w:ascii="Arial" w:hAnsi="Arial" w:cs="Arial" w:eastAsia="Arial"/>
                <w:b w:val="0"/>
                <w:sz w:val="16"/>
                <w:rtl w:val="1"/>
                <w:szCs w:val="15"/>
              </w:rPr>
              <w:t>الخطة</w:t>
            </w:r>
            <w:proofErr w:type="spellEnd"/>
            <w:r>
              <w:rPr>
                <w:rFonts w:ascii="Arial" w:hAnsi="Arial" w:cs="Arial" w:eastAsia="Arial"/>
                <w:b w:val="0"/>
                <w:sz w:val="16"/>
                <w:rtl w:val="1"/>
                <w:szCs w:val="15"/>
              </w:rPr>
              <w:t xml:space="preserve"> </w:t>
            </w:r>
            <w:proofErr w:type="spellStart"/>
            <w:r>
              <w:rPr>
                <w:rFonts w:ascii="Arial" w:hAnsi="Arial" w:cs="Arial" w:eastAsia="Arial"/>
                <w:b w:val="0"/>
                <w:sz w:val="16"/>
                <w:rtl w:val="1"/>
                <w:szCs w:val="15"/>
              </w:rPr>
              <w:t>الاستراتيجية</w:t>
            </w:r>
            <w:proofErr w:type="spellEnd"/>
          </w:p>
        </w:tc>
        <w:tc>
          <w:tcPr>
            <w:tcW w:w="1050" w:type="dxa"/>
            <w:vAlign w:val="center"/>
            <w:tcMar>
              <w:top w:w="75" w:type="dxa"/>
              <w:bottom w:w="75" w:type="dxa"/>
              <w:left w:w="70" w:type="dxa"/>
              <w:right w:w="70" w:type="dxa"/>
              <w:start w:w="75" w:type="dxa"/>
              <w:end w:w="75" w:type="dxa"/>
            </w:tcMar>
          </w:tcPr>
          <w:p w14:paraId="298C1486" w14:textId="77777777" w:rsidR="00A564F2" w:rsidRDefault="00A564F2" w:rsidP="009D38E5">
            <w:pPr>
              <w:spacing w:before="0" w:after="0" w:line="240" w:lineRule="auto"/>
              <w:jc w:val="center"/>
              <w:bidi w:val="1"/>
              <w:mirrorIndents w:val="1"/>
            </w:pPr>
            <w:r>
              <w:rPr>
                <w:rFonts w:ascii="Arial" w:hAnsi="Arial" w:cs="Arial" w:eastAsia="Arial"/>
                <w:b/>
                <w:sz w:val="16"/>
                <w:rtl w:val="1"/>
                <w:szCs w:val="16"/>
              </w:rPr>
              <w:t>I</w:t>
            </w:r>
          </w:p>
        </w:tc>
        <w:tc>
          <w:tcPr>
            <w:tcW w:w="1050" w:type="dxa"/>
            <w:vAlign w:val="center"/>
            <w:tcMar>
              <w:top w:w="75" w:type="dxa"/>
              <w:bottom w:w="75" w:type="dxa"/>
              <w:left w:w="70" w:type="dxa"/>
              <w:right w:w="70" w:type="dxa"/>
              <w:start w:w="75" w:type="dxa"/>
              <w:end w:w="75" w:type="dxa"/>
            </w:tcMar>
          </w:tcPr>
          <w:p w14:paraId="7DFC2A20" w14:textId="77777777" w:rsidR="00A564F2" w:rsidRDefault="00A564F2" w:rsidP="009D38E5">
            <w:pPr>
              <w:spacing w:before="0" w:after="0" w:line="240" w:lineRule="auto"/>
              <w:jc w:val="center"/>
              <w:bidi w:val="1"/>
              <w:mirrorIndents w:val="1"/>
            </w:pPr>
          </w:p>
        </w:tc>
        <w:tc>
          <w:tcPr>
            <w:tcW w:w="1150" w:type="dxa"/>
            <w:vAlign w:val="center"/>
            <w:tcMar>
              <w:top w:w="75" w:type="dxa"/>
              <w:bottom w:w="75" w:type="dxa"/>
              <w:left w:w="70" w:type="dxa"/>
              <w:right w:w="70" w:type="dxa"/>
              <w:start w:w="75" w:type="dxa"/>
              <w:end w:w="75" w:type="dxa"/>
            </w:tcMar>
          </w:tcPr>
          <w:p w14:paraId="7D9114B1" w14:textId="77777777" w:rsidR="00A564F2" w:rsidRDefault="00A564F2" w:rsidP="009D38E5">
            <w:pPr>
              <w:spacing w:before="0" w:after="0" w:line="240" w:lineRule="auto"/>
              <w:jc w:val="center"/>
              <w:bidi w:val="1"/>
              <w:mirrorIndents w:val="1"/>
            </w:pPr>
            <w:r>
              <w:rPr>
                <w:rFonts w:ascii="Arial" w:hAnsi="Arial" w:cs="Arial" w:eastAsia="Arial"/>
                <w:b/>
                <w:sz w:val="16"/>
                <w:rtl w:val="1"/>
                <w:szCs w:val="16"/>
              </w:rPr>
              <w:t>A</w:t>
            </w:r>
          </w:p>
        </w:tc>
        <w:tc>
          <w:tcPr>
            <w:tcW w:w="1250" w:type="dxa"/>
            <w:vAlign w:val="center"/>
            <w:tcMar>
              <w:top w:w="75" w:type="dxa"/>
              <w:bottom w:w="75" w:type="dxa"/>
              <w:left w:w="70" w:type="dxa"/>
              <w:right w:w="70" w:type="dxa"/>
              <w:start w:w="75" w:type="dxa"/>
              <w:end w:w="75" w:type="dxa"/>
            </w:tcMar>
          </w:tcPr>
          <w:p>
            <w:pPr>
              <w:spacing w:before="0" w:after="0" w:line="240" w:lineRule="auto"/>
              <w:jc w:val="center"/>
              <w:bidi w:val="1"/>
              <w:mirrorIndents w:val="1"/>
            </w:pPr>
            <w:r>
              <w:rPr>
                <w:rFonts w:ascii="Arial" w:hAnsi="Arial" w:eastAsia="Arial" w:cs="Arial"/>
                <w:b w:val="0"/>
                <w:sz w:val="16"/>
                <w:rtl w:val="1"/>
                <w:szCs w:val="15"/>
              </w:rPr>
            </w:r>
          </w:p>
        </w:tc>
        <w:tc>
          <w:tcPr>
            <w:tcW w:type="dxa" w:w="1300"/>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6"/>
                <w:rtl w:val="1"/>
                <w:szCs w:val="15"/>
              </w:rPr>
            </w:r>
          </w:p>
        </w:tc>
        <w:tc>
          <w:tcPr>
            <w:tcW w:type="dxa" w:w="1500"/>
            <w:vAlign w:val="center"/>
            <w:tcMar>
              <w:top w:w="75" w:type="dxa"/>
              <w:start w:w="75" w:type="dxa"/>
              <w:bottom w:w="75" w:type="dxa"/>
              <w:end w:w="75" w:type="dxa"/>
            </w:tcMar>
          </w:tcPr>
          <w:p>
            <w:pPr>
              <w:jc w:val="center"/>
              <w:bidi w:val="1"/>
              <w:spacing w:before="0" w:after="0" w:line="240" w:lineRule="auto"/>
              <w:mirrorIndents w:val="1"/>
            </w:pPr>
          </w:p>
        </w:tc>
      </w:tr>
    </w:tbl>
    <w:p w14:paraId="2A3780C3" w14:textId="77777777" w:rsidR="00A564F2" w:rsidRDefault="00A564F2" w:rsidP="00A564F2">
      <w:pPr>
        <w:bidi/>
      </w:pPr>
    </w:p>
    <w:p w14:paraId="2E53789B" w14:textId="77777777" w:rsidR="00A564F2" w:rsidRDefault="00A564F2" w:rsidP="00A564F2">
      <w:pPr>
        <w:pStyle w:val="Heading2"/>
        <w:bidi w:val="1"/>
        <w:jc w:val="right"/>
      </w:pPr>
      <w:proofErr w:type="spellStart"/>
      <w:r>
        <w:rPr>
          <w:b/>
          <w:sz w:val="25"/>
          <w:rtl w:val="1"/>
          <w:rFonts w:ascii="Arial" w:hAnsi="Arial" w:cs="Arial" w:eastAsia="Arial"/>
          <w:szCs w:val="25"/>
        </w:rPr>
        <w:t>الرموز</w:t>
      </w:r>
      <w:proofErr w:type="spellEnd"/>
    </w:p>
    <w:tbl>
      <w:tblPr>
        <w:tblStyle w:val="TableGrid"/>
        <w:tblW w:w="0" w:type="auto"/>
        <w:tblLook w:val="04A0" w:firstRow="1" w:lastRow="0" w:firstColumn="1" w:lastColumn="0" w:noHBand="0" w:noVBand="1"/>
        <w:bidiVisual w:val="1"/>
        <w:jc w:val="center"/>
        <w:tblLayout w:type="fixed"/>
      </w:tblPr>
      <w:tblGrid>
        <w:gridCol w:w="4986"/>
        <w:gridCol w:w="4986"/>
      </w:tblGrid>
      <w:tr w:rsidR="00A564F2" w14:paraId="1A140270" w14:textId="77777777" w:rsidTr="009D38E5">
        <w:trPr>
          <w:trHeight w:hRule="atLeast"/>
          <w:tblHeader w:val="true"/>
          <w:cantSplit w:val="true"/>
        </w:trPr>
        <w:tc>
          <w:tcPr>
            <w:tcW w:w="4986" w:type="dxa"/>
            <w:shd w:val="clear" w:color="auto" w:fill="D9EAD3"/>
            <w:vAlign w:val="center"/>
            <w:tcMar>
              <w:top w:w="75" w:type="dxa"/>
              <w:start w:w="75" w:type="dxa"/>
              <w:bottom w:w="75" w:type="dxa"/>
              <w:end w:w="75" w:type="dxa"/>
            </w:tcMar>
          </w:tcPr>
          <w:p w14:paraId="53469BE3" w14:textId="77777777" w:rsidR="00A564F2" w:rsidRDefault="00A564F2" w:rsidP="009D38E5">
            <w:pPr>
              <w:spacing w:before="0" w:after="0" w:line="240" w:lineRule="auto"/>
              <w:jc w:val="center"/>
              <w:bidi w:val="1"/>
              <w:mirrorIndents w:val="1"/>
            </w:pPr>
            <w:proofErr w:type="spellStart"/>
            <w:r>
              <w:rPr>
                <w:rFonts w:ascii="Arial" w:hAnsi="Arial" w:cs="Arial" w:eastAsia="Arial"/>
                <w:b/>
                <w:sz w:val="16"/>
                <w:rtl w:val="1"/>
                <w:szCs w:val="17"/>
              </w:rPr>
              <w:t>الرمز</w:t>
            </w:r>
            <w:proofErr w:type="spellEnd"/>
          </w:p>
        </w:tc>
        <w:tc>
          <w:tcPr>
            <w:tcW w:w="4986" w:type="dxa"/>
            <w:shd w:val="clear" w:color="auto" w:fill="D9EAD3"/>
            <w:vAlign w:val="center"/>
            <w:tcMar>
              <w:top w:w="75" w:type="dxa"/>
              <w:start w:w="75" w:type="dxa"/>
              <w:bottom w:w="75" w:type="dxa"/>
              <w:end w:w="75" w:type="dxa"/>
            </w:tcMar>
          </w:tcPr>
          <w:p w14:paraId="56D73B8A" w14:textId="77777777" w:rsidR="00A564F2" w:rsidRDefault="00A564F2" w:rsidP="009D38E5">
            <w:pPr>
              <w:spacing w:before="0" w:after="0" w:line="240" w:lineRule="auto"/>
              <w:jc w:val="center"/>
              <w:bidi w:val="1"/>
              <w:mirrorIndents w:val="1"/>
            </w:pPr>
            <w:proofErr w:type="spellStart"/>
            <w:r>
              <w:rPr>
                <w:rFonts w:ascii="Arial" w:hAnsi="Arial" w:cs="Arial" w:eastAsia="Arial"/>
                <w:b/>
                <w:sz w:val="16"/>
                <w:rtl w:val="1"/>
                <w:szCs w:val="17"/>
              </w:rPr>
              <w:t>المعنى</w:t>
            </w:r>
            <w:proofErr w:type="spellEnd"/>
          </w:p>
        </w:tc>
      </w:tr>
      <w:tr w:rsidR="00A564F2" w14:paraId="255A857D" w14:textId="77777777" w:rsidTr="009D38E5">
        <w:trPr>
          <w:cantSplit w:val="true"/>
          <w:trHeight w:hRule="atLeast"/>
        </w:trPr>
        <w:tc>
          <w:tcPr>
            <w:tcW w:w="4986" w:type="dxa"/>
            <w:vAlign w:val="center"/>
            <w:tcMar>
              <w:top w:w="75" w:type="dxa"/>
              <w:start w:w="75" w:type="dxa"/>
              <w:bottom w:w="75" w:type="dxa"/>
              <w:end w:w="75" w:type="dxa"/>
            </w:tcMar>
          </w:tcPr>
          <w:p w14:paraId="0CAE4C58" w14:textId="77777777" w:rsidR="00A564F2" w:rsidRDefault="00A564F2" w:rsidP="009D38E5">
            <w:pPr>
              <w:spacing w:before="0" w:after="0" w:line="240" w:lineRule="auto"/>
              <w:jc w:val="center"/>
              <w:bidi w:val="1"/>
              <w:mirrorIndents w:val="1"/>
            </w:pPr>
            <w:r>
              <w:rPr>
                <w:rFonts w:ascii="Arial" w:hAnsi="Arial" w:cs="Arial" w:eastAsia="Arial"/>
                <w:b/>
                <w:sz w:val="16"/>
                <w:rtl w:val="1"/>
                <w:szCs w:val="16"/>
              </w:rPr>
              <w:t>A</w:t>
            </w:r>
          </w:p>
        </w:tc>
        <w:tc>
          <w:tcPr>
            <w:tcW w:w="4986" w:type="dxa"/>
            <w:vAlign w:val="center"/>
            <w:tcMar>
              <w:top w:w="75" w:type="dxa"/>
              <w:start w:w="75" w:type="dxa"/>
              <w:bottom w:w="75" w:type="dxa"/>
              <w:end w:w="75" w:type="dxa"/>
            </w:tcMar>
          </w:tcPr>
          <w:p w14:paraId="15B394A7" w14:textId="77777777" w:rsidR="00A564F2" w:rsidRDefault="00A564F2" w:rsidP="009D38E5">
            <w:pPr>
              <w:spacing w:before="0" w:after="0" w:line="240" w:lineRule="auto"/>
              <w:jc w:val="center"/>
              <w:bidi w:val="1"/>
              <w:mirrorIndents w:val="1"/>
            </w:pPr>
            <w:r>
              <w:rPr>
                <w:rFonts w:ascii="Arial" w:hAnsi="Arial" w:cs="Arial" w:eastAsia="Arial"/>
                <w:b w:val="0"/>
                <w:sz w:val="16"/>
                <w:rtl w:val="1"/>
                <w:szCs w:val="17"/>
              </w:rPr>
              <w:t>اعتماد نهائي</w:t>
            </w:r>
          </w:p>
        </w:tc>
      </w:tr>
      <w:tr w:rsidR="00A564F2" w14:paraId="3B344E32" w14:textId="77777777" w:rsidTr="009D38E5">
        <w:trPr>
          <w:cantSplit w:val="true"/>
          <w:trHeight w:hRule="atLeast"/>
        </w:trPr>
        <w:tc>
          <w:tcPr>
            <w:tcW w:w="4986" w:type="dxa"/>
            <w:vAlign w:val="center"/>
            <w:tcMar>
              <w:top w:w="75" w:type="dxa"/>
              <w:start w:w="75" w:type="dxa"/>
              <w:bottom w:w="75" w:type="dxa"/>
              <w:end w:w="75" w:type="dxa"/>
            </w:tcMar>
          </w:tcPr>
          <w:p w14:paraId="1CBFD671" w14:textId="77777777" w:rsidR="00A564F2" w:rsidRDefault="00A564F2" w:rsidP="009D38E5">
            <w:pPr>
              <w:spacing w:before="0" w:after="0" w:line="240" w:lineRule="auto"/>
              <w:jc w:val="center"/>
              <w:bidi w:val="1"/>
              <w:mirrorIndents w:val="1"/>
            </w:pPr>
            <w:r>
              <w:rPr>
                <w:rFonts w:ascii="Arial" w:hAnsi="Arial" w:cs="Arial" w:eastAsia="Arial"/>
                <w:b/>
                <w:sz w:val="16"/>
                <w:rtl w:val="1"/>
                <w:szCs w:val="16"/>
              </w:rPr>
              <w:t>R</w:t>
            </w:r>
          </w:p>
        </w:tc>
        <w:tc>
          <w:tcPr>
            <w:tcW w:w="4986" w:type="dxa"/>
            <w:vAlign w:val="center"/>
            <w:tcMar>
              <w:top w:w="75" w:type="dxa"/>
              <w:start w:w="75" w:type="dxa"/>
              <w:bottom w:w="75" w:type="dxa"/>
              <w:end w:w="75" w:type="dxa"/>
            </w:tcMar>
          </w:tcPr>
          <w:p w14:paraId="06927237" w14:textId="77777777" w:rsidR="00A564F2" w:rsidRDefault="00A564F2" w:rsidP="009D38E5">
            <w:pPr>
              <w:spacing w:before="0" w:after="0" w:line="240" w:lineRule="auto"/>
              <w:jc w:val="center"/>
              <w:bidi w:val="1"/>
              <w:mirrorIndents w:val="1"/>
            </w:pPr>
            <w:r>
              <w:rPr>
                <w:rFonts w:ascii="Arial" w:hAnsi="Arial" w:cs="Arial" w:eastAsia="Arial"/>
                <w:b w:val="0"/>
                <w:sz w:val="16"/>
                <w:rtl w:val="1"/>
                <w:szCs w:val="17"/>
              </w:rPr>
              <w:t>توصية</w:t>
            </w:r>
          </w:p>
        </w:tc>
      </w:tr>
      <w:tr w:rsidR="00A564F2" w14:paraId="7B51F8FE" w14:textId="77777777" w:rsidTr="009D38E5">
        <w:trPr>
          <w:cantSplit w:val="true"/>
          <w:trHeight w:hRule="atLeast"/>
        </w:trPr>
        <w:tc>
          <w:tcPr>
            <w:tcW w:w="4986" w:type="dxa"/>
            <w:vAlign w:val="center"/>
            <w:tcMar>
              <w:top w:w="75" w:type="dxa"/>
              <w:start w:w="75" w:type="dxa"/>
              <w:bottom w:w="75" w:type="dxa"/>
              <w:end w:w="75" w:type="dxa"/>
            </w:tcMar>
          </w:tcPr>
          <w:p w14:paraId="60A8A011" w14:textId="77777777" w:rsidR="00A564F2" w:rsidRDefault="00A564F2" w:rsidP="009D38E5">
            <w:pPr>
              <w:spacing w:before="0" w:after="0" w:line="240" w:lineRule="auto"/>
              <w:jc w:val="center"/>
              <w:bidi w:val="1"/>
              <w:mirrorIndents w:val="1"/>
            </w:pPr>
            <w:r>
              <w:rPr>
                <w:rFonts w:ascii="Arial" w:hAnsi="Arial" w:cs="Arial" w:eastAsia="Arial"/>
                <w:b/>
                <w:sz w:val="16"/>
                <w:rtl w:val="1"/>
                <w:szCs w:val="16"/>
              </w:rPr>
              <w:t>V</w:t>
            </w:r>
          </w:p>
        </w:tc>
        <w:tc>
          <w:tcPr>
            <w:tcW w:w="4986" w:type="dxa"/>
            <w:vAlign w:val="center"/>
            <w:tcMar>
              <w:top w:w="75" w:type="dxa"/>
              <w:start w:w="75" w:type="dxa"/>
              <w:bottom w:w="75" w:type="dxa"/>
              <w:end w:w="75" w:type="dxa"/>
            </w:tcMar>
          </w:tcPr>
          <w:p w14:paraId="40118617" w14:textId="77777777" w:rsidR="00A564F2" w:rsidRDefault="00A564F2" w:rsidP="009D38E5">
            <w:pPr>
              <w:spacing w:before="0" w:after="0" w:line="240" w:lineRule="auto"/>
              <w:jc w:val="center"/>
              <w:bidi w:val="1"/>
              <w:mirrorIndents w:val="1"/>
            </w:pPr>
            <w:r>
              <w:rPr>
                <w:rFonts w:ascii="Arial" w:hAnsi="Arial" w:cs="Arial" w:eastAsia="Arial"/>
                <w:b w:val="0"/>
                <w:sz w:val="16"/>
                <w:rtl w:val="1"/>
                <w:szCs w:val="17"/>
              </w:rPr>
              <w:t>مراجعة</w:t>
            </w:r>
          </w:p>
        </w:tc>
      </w:tr>
      <w:tr w:rsidR="00A564F2" w14:paraId="24B4EB13" w14:textId="77777777" w:rsidTr="009D38E5">
        <w:trPr>
          <w:cantSplit w:val="true"/>
          <w:trHeight w:hRule="atLeast"/>
        </w:trPr>
        <w:tc>
          <w:tcPr>
            <w:tcW w:w="4986" w:type="dxa"/>
            <w:vAlign w:val="center"/>
            <w:tcMar>
              <w:top w:w="75" w:type="dxa"/>
              <w:start w:w="75" w:type="dxa"/>
              <w:bottom w:w="75" w:type="dxa"/>
              <w:end w:w="75" w:type="dxa"/>
            </w:tcMar>
          </w:tcPr>
          <w:p w14:paraId="12CA23E9" w14:textId="77777777" w:rsidR="00A564F2" w:rsidRDefault="00A564F2" w:rsidP="009D38E5">
            <w:pPr>
              <w:spacing w:before="0" w:after="0" w:line="240" w:lineRule="auto"/>
              <w:jc w:val="center"/>
              <w:bidi w:val="1"/>
              <w:mirrorIndents w:val="1"/>
            </w:pPr>
            <w:r>
              <w:rPr>
                <w:rFonts w:ascii="Arial" w:hAnsi="Arial" w:cs="Arial" w:eastAsia="Arial"/>
                <w:b/>
                <w:sz w:val="16"/>
                <w:rtl w:val="1"/>
                <w:szCs w:val="16"/>
              </w:rPr>
              <w:t>I</w:t>
            </w:r>
          </w:p>
        </w:tc>
        <w:tc>
          <w:tcPr>
            <w:tcW w:w="4986" w:type="dxa"/>
            <w:vAlign w:val="center"/>
            <w:tcMar>
              <w:top w:w="75" w:type="dxa"/>
              <w:start w:w="75" w:type="dxa"/>
              <w:bottom w:w="75" w:type="dxa"/>
              <w:end w:w="75" w:type="dxa"/>
            </w:tcMar>
          </w:tcPr>
          <w:p w14:paraId="6FD04A07" w14:textId="77777777" w:rsidR="00A564F2" w:rsidRDefault="00A564F2" w:rsidP="009D38E5">
            <w:pPr>
              <w:spacing w:before="0" w:after="0" w:line="240" w:lineRule="auto"/>
              <w:jc w:val="center"/>
              <w:bidi w:val="1"/>
              <w:mirrorIndents w:val="1"/>
            </w:pPr>
            <w:proofErr w:type="spellStart"/>
            <w:r>
              <w:rPr>
                <w:rFonts w:ascii="Arial" w:hAnsi="Arial" w:cs="Arial" w:eastAsia="Arial"/>
                <w:b w:val="0"/>
                <w:sz w:val="16"/>
                <w:rtl w:val="1"/>
                <w:szCs w:val="17"/>
              </w:rPr>
              <w:t>إحاطة</w:t>
            </w:r>
            <w:proofErr w:type="spellEnd"/>
          </w:p>
        </w:tc>
      </w:tr>
      <w:tr>
        <w:trPr>
          <w:cantSplit/>
          <w:trHeight w:hRule="atLeast"/>
        </w:trPr>
        <w:tc>
          <w:tcPr>
            <w:tcW w:type="dxa" w:w="4986"/>
            <w:vAlign w:val="center"/>
            <w:tcMar>
              <w:top w:w="75" w:type="dxa"/>
              <w:start w:w="75" w:type="dxa"/>
              <w:bottom w:w="75" w:type="dxa"/>
              <w:end w:w="75" w:type="dxa"/>
            </w:tcMar>
          </w:tcPr>
          <w:p>
            <w:pPr>
              <w:spacing w:before="0" w:after="0" w:line="240" w:lineRule="auto"/>
              <w:jc w:val="center"/>
              <w:bidi/>
            </w:pPr>
            <w:r>
              <w:rPr>
                <w:rFonts w:ascii="Arial" w:hAnsi="Arial" w:cs="Arial" w:eastAsia="Arial"/>
                <w:b/>
                <w:sz w:val="16"/>
                <w:szCs w:val="16"/>
                <w:rtl/>
              </w:rPr>
              <w:t>E</w:t>
            </w:r>
          </w:p>
        </w:tc>
        <w:tc>
          <w:tcPr>
            <w:tcW w:type="dxa" w:w="4986"/>
            <w:vAlign w:val="center"/>
            <w:tcMar>
              <w:top w:w="75" w:type="dxa"/>
              <w:start w:w="75" w:type="dxa"/>
              <w:bottom w:w="75" w:type="dxa"/>
              <w:end w:w="75" w:type="dxa"/>
            </w:tcMar>
          </w:tcPr>
          <w:p>
            <w:pPr>
              <w:spacing w:before="0" w:after="0" w:line="240" w:lineRule="auto"/>
              <w:jc w:val="center"/>
              <w:bidi/>
            </w:pPr>
            <w:r>
              <w:rPr>
                <w:rFonts w:ascii="Arial" w:hAnsi="Arial" w:cs="Arial" w:eastAsia="Arial"/>
                <w:b w:val="0"/>
                <w:sz w:val="16"/>
                <w:szCs w:val="17"/>
                <w:rtl/>
              </w:rPr>
              <w:t>تنفيذ</w:t>
            </w:r>
          </w:p>
        </w:tc>
      </w:tr>
    </w:tbl>
    <w:p w14:paraId="4BAB0D8C" w14:textId="77777777" w:rsidR="00A564F2" w:rsidRDefault="00A564F2" w:rsidP="00A564F2">
      <w:pPr>
        <w:bidi/>
      </w:pPr>
    </w:p>
    <w:p w14:paraId="7C337EEF" w14:textId="77777777" w:rsidR="00A564F2" w:rsidRDefault="00A564F2" w:rsidP="00A564F2">
      <w:pPr>
        <w:bidi/>
      </w:pPr>
      <w:r>
        <w:rPr>
          <w:rFonts w:ascii="Arial" w:hAnsi="Arial" w:eastAsia="Arial" w:cs="Arial"/>
          <w:sz w:val="21"/>
          <w:szCs w:val="21"/>
        </w:rPr>
        <w:br w:type="page"/>
      </w:r>
    </w:p>
    <w:p w14:paraId="5E99972D" w14:textId="77777777" w:rsidR="00A564F2" w:rsidRDefault="00A564F2" w:rsidP="00A564F2">
      <w:pPr>
        <w:pStyle w:val="Heading1"/>
        <w:bidi w:val="1"/>
        <w:spacing w:before="160" w:after="120"/>
        <w:jc w:val="right"/>
        <w:keepNext w:val="1"/>
      </w:pPr>
      <w:r>
        <w:rPr>
          <w:b/>
          <w:color w:val="0F4761"/>
          <w:sz w:val="32"/>
          <w:rtl w:val="1"/>
          <w:rFonts w:ascii="Arial" w:hAnsi="Arial" w:cs="Arial" w:eastAsia="Arial"/>
          <w:szCs w:val="32"/>
        </w:rPr>
        <w:lastRenderedPageBreak/>
        <w:t xml:space="preserve">الموارد البشرية والمالية </w:t>
      </w:r>
      <w:proofErr w:type="spellStart"/>
      <w:r>
        <w:rPr>
          <w:b/>
          <w:color w:val="0F4761"/>
          <w:sz w:val="32"/>
          <w:rtl w:val="1"/>
          <w:rFonts w:ascii="Arial" w:hAnsi="Arial" w:cs="Arial" w:eastAsia="Arial"/>
          <w:szCs w:val="32"/>
        </w:rPr>
        <w:t>والمشتريات</w:t>
      </w:r>
      <w:proofErr w:type="spellEnd"/>
    </w:p>
    <w:p w14:paraId="45497908" w14:textId="77777777" w:rsidR="00A564F2" w:rsidRDefault="00A564F2" w:rsidP="00A564F2">
      <w:pPr>
        <w:pStyle w:val="Heading2"/>
        <w:bidi w:val="1"/>
        <w:jc w:val="right"/>
      </w:pPr>
      <w:proofErr w:type="spellStart"/>
      <w:r>
        <w:rPr>
          <w:b/>
          <w:sz w:val="25"/>
          <w:rtl w:val="1"/>
          <w:rFonts w:ascii="Arial" w:hAnsi="Arial" w:cs="Arial" w:eastAsia="Arial"/>
          <w:szCs w:val="25"/>
        </w:rPr>
        <w:t>الموارد_والمالية_والمشتريات</w:t>
      </w:r>
      <w:proofErr w:type="spellEnd"/>
    </w:p>
    <w:tbl>
      <w:tblPr>
        <w:tblStyle w:val="TableGrid"/>
        <w:tblW w:w="0" w:type="auto"/>
        <w:tblLook w:val="04A0" w:firstRow="1" w:lastRow="0" w:firstColumn="1" w:lastColumn="0" w:noHBand="0" w:noVBand="1"/>
        <w:bidiVisual w:val="1"/>
        <w:jc w:val="center"/>
        <w:tblLayout w:type="fixed"/>
      </w:tblPr>
      <w:tblGrid>
        <w:gridCol w:w="1069"/>
        <w:gridCol w:w="1080"/>
        <w:gridCol w:w="877"/>
        <w:gridCol w:w="894"/>
        <w:gridCol w:w="906"/>
        <w:gridCol w:w="860"/>
        <w:gridCol w:w="871"/>
        <w:gridCol w:w="838"/>
        <w:gridCol w:w="846"/>
        <w:gridCol w:w="825"/>
        <w:gridCol w:w="977"/>
      </w:tblGrid>
      <w:tr w:rsidR="00A564F2" w14:paraId="50AF5129" w14:textId="77777777" w:rsidTr="009D38E5">
        <w:trPr>
          <w:trHeight w:hRule="atLeast"/>
          <w:tblHeader w:val="true"/>
          <w:cantSplit w:val="true"/>
        </w:trPr>
        <w:tc>
          <w:tcPr>
            <w:tcW w:w="907" w:type="dxa"/>
            <w:shd w:val="clear" w:color="auto" w:fill="D9EAD3"/>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sz w:val="15"/>
                <w:rtl w:val="1"/>
                <w:szCs w:val="16"/>
              </w:rPr>
              <w:t>المحور</w:t>
            </w:r>
          </w:p>
        </w:tc>
        <w:tc>
          <w:tcPr>
            <w:tcW w:w="907" w:type="dxa"/>
            <w:shd w:val="clear" w:color="auto" w:fill="D9EAD3"/>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sz w:val="15"/>
                <w:rtl w:val="1"/>
                <w:szCs w:val="16"/>
              </w:rPr>
              <w:t>الإجراء</w:t>
            </w:r>
          </w:p>
        </w:tc>
        <w:tc>
          <w:tcPr>
            <w:tcW w:w="907" w:type="dxa"/>
            <w:shd w:val="clear" w:color="auto" w:fill="D9EAD3"/>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sz w:val="15"/>
                <w:rtl w:val="1"/>
                <w:szCs w:val="16"/>
              </w:rPr>
              <w:t>مجلس الإدارة</w:t>
            </w:r>
          </w:p>
        </w:tc>
        <w:tc>
          <w:tcPr>
            <w:tcW w:w="907" w:type="dxa"/>
            <w:shd w:val="clear" w:color="auto" w:fill="D9EAD3"/>
            <w:vAlign w:val="center"/>
            <w:tcMar>
              <w:top w:w="75" w:type="dxa"/>
              <w:start w:w="75" w:type="dxa"/>
              <w:bottom w:w="75" w:type="dxa"/>
              <w:end w:w="75" w:type="dxa"/>
            </w:tcMar>
          </w:tcPr>
          <w:p>
            <w:pPr>
              <w:spacing w:before="0" w:after="0" w:line="240" w:lineRule="auto"/>
              <w:jc w:val="center"/>
              <w:bidi/>
            </w:pPr>
            <w:r>
              <w:rPr>
                <w:rFonts w:ascii="Arial" w:hAnsi="Arial" w:cs="Arial"/>
                <w:sz w:val="15"/>
                <w:rtl/>
              </w:rPr>
              <w:t>المدير التنفيذي</w:t>
            </w:r>
          </w:p>
        </w:tc>
        <w:tc>
          <w:tcPr>
            <w:tcW w:w="907" w:type="dxa"/>
            <w:shd w:val="clear" w:color="auto" w:fill="D9EAD3"/>
            <w:vAlign w:val="center"/>
            <w:tcMar>
              <w:top w:w="75" w:type="dxa"/>
              <w:start w:w="75" w:type="dxa"/>
              <w:bottom w:w="75" w:type="dxa"/>
              <w:end w:w="75" w:type="dxa"/>
            </w:tcMar>
          </w:tcPr>
          <w:p>
            <w:pPr>
              <w:spacing w:before="0" w:after="0" w:line="240" w:lineRule="auto"/>
              <w:jc w:val="center"/>
              <w:bidi/>
            </w:pPr>
            <w:r>
              <w:rPr>
                <w:rFonts w:ascii="Arial" w:hAnsi="Arial" w:cs="Arial"/>
                <w:sz w:val="15"/>
                <w:rtl/>
              </w:rPr>
              <w:t>مدير إدارة الخدمات المساندة</w:t>
            </w:r>
          </w:p>
        </w:tc>
        <w:tc>
          <w:tcPr>
            <w:tcW w:w="907" w:type="dxa"/>
            <w:shd w:val="clear" w:color="auto" w:fill="D9EAD3"/>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sz w:val="15"/>
                <w:rtl w:val="1"/>
                <w:szCs w:val="16"/>
              </w:rPr>
              <w:t>وحدة الموارد البشرية</w:t>
            </w:r>
          </w:p>
        </w:tc>
        <w:tc>
          <w:tcPr>
            <w:tcW w:w="907" w:type="dxa"/>
            <w:shd w:val="clear" w:color="auto" w:fill="D9EAD3"/>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sz w:val="15"/>
                <w:rtl w:val="1"/>
                <w:szCs w:val="16"/>
              </w:rPr>
              <w:t>الوحدة المالية</w:t>
            </w:r>
          </w:p>
        </w:tc>
        <w:tc>
          <w:tcPr>
            <w:tcW w:w="907" w:type="dxa"/>
            <w:shd w:val="clear" w:color="auto" w:fill="D9EAD3"/>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sz w:val="15"/>
                <w:rtl w:val="1"/>
                <w:szCs w:val="16"/>
              </w:rPr>
              <w:t>وحدة المشتريات والعقود</w:t>
            </w:r>
          </w:p>
        </w:tc>
        <w:tc>
          <w:tcPr>
            <w:tcW w:w="907" w:type="dxa"/>
            <w:shd w:val="clear" w:color="auto" w:fill="D9EAD3"/>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sz w:val="15"/>
                <w:rtl w:val="1"/>
                <w:szCs w:val="16"/>
              </w:rPr>
              <w:t>وحدة الدعم الإداري</w:t>
            </w:r>
          </w:p>
        </w:tc>
        <w:tc>
          <w:tcPr>
            <w:tcW w:w="907" w:type="dxa"/>
            <w:shd w:val="clear" w:color="auto" w:fill="D9EAD3"/>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sz w:val="15"/>
                <w:rtl w:val="1"/>
                <w:szCs w:val="16"/>
              </w:rPr>
              <w:t>المدير المباشر</w:t>
            </w:r>
          </w:p>
        </w:tc>
        <w:tc>
          <w:tcPr>
            <w:tcW w:w="907" w:type="dxa"/>
            <w:shd w:val="clear" w:color="auto" w:fill="D9EAD3"/>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sz w:val="15"/>
                <w:rtl w:val="1"/>
                <w:szCs w:val="16"/>
              </w:rPr>
              <w:t>ملاحظات</w:t>
            </w:r>
          </w:p>
        </w:tc>
      </w:tr>
      <w:tr w:rsidR="00A564F2" w14:paraId="61833658" w14:textId="77777777" w:rsidTr="009D38E5">
        <w:trPr>
          <w:cantSplit w:val="true"/>
          <w:trHeight w:hRule="atLeast"/>
        </w:trPr>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t>الموارد البشرية</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t>استحداث وظيفة</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sz w:val="15"/>
                <w:rtl w:val="1"/>
                <w:szCs w:val="16"/>
              </w:rPr>
              <w:t>A</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sz w:val="15"/>
                <w:rtl w:val="1"/>
                <w:szCs w:val="16"/>
              </w:rPr>
              <w:t>V</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sz w:val="15"/>
                <w:rtl w:val="1"/>
                <w:szCs w:val="16"/>
              </w:rPr>
              <w:t>R</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sz w:val="15"/>
                <w:rtl w:val="1"/>
                <w:szCs w:val="16"/>
              </w:rPr>
              <w:t>R</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sz w:val="15"/>
                <w:rtl w:val="1"/>
                <w:szCs w:val="16"/>
              </w:rPr>
              <w:t>E</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sz w:val="15"/>
                <w:rtl w:val="1"/>
                <w:szCs w:val="16"/>
              </w:rPr>
              <w:t>V</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r>
          </w:p>
        </w:tc>
      </w:tr>
      <w:tr w:rsidR="00A564F2" w14:paraId="3DBAE182" w14:textId="77777777" w:rsidTr="009D38E5">
        <w:trPr>
          <w:cantSplit w:val="true"/>
          <w:trHeight w:hRule="atLeast"/>
        </w:trPr>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t>الموارد البشرية</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t>إلغاء وظيفة</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sz w:val="15"/>
                <w:rtl w:val="1"/>
                <w:szCs w:val="16"/>
              </w:rPr>
              <w:t>A</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sz w:val="15"/>
                <w:rtl w:val="1"/>
                <w:szCs w:val="16"/>
              </w:rPr>
              <w:t>V</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sz w:val="15"/>
                <w:rtl w:val="1"/>
                <w:szCs w:val="16"/>
              </w:rPr>
              <w:t>R</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sz w:val="15"/>
                <w:rtl w:val="1"/>
                <w:szCs w:val="16"/>
              </w:rPr>
              <w:t>R</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sz w:val="15"/>
                <w:rtl w:val="1"/>
                <w:szCs w:val="16"/>
              </w:rPr>
              <w:t>E</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sz w:val="15"/>
                <w:rtl w:val="1"/>
                <w:szCs w:val="16"/>
              </w:rPr>
              <w:t>V</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r>
          </w:p>
        </w:tc>
      </w:tr>
      <w:tr w:rsidR="00A564F2" w14:paraId="10CC02DC" w14:textId="77777777" w:rsidTr="009D38E5">
        <w:trPr>
          <w:cantSplit w:val="true"/>
          <w:trHeight w:hRule="atLeast"/>
        </w:trPr>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t>الموارد البشرية</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t>اعتماد الوصف الوظيفي</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sz w:val="15"/>
                <w:rtl w:val="1"/>
                <w:szCs w:val="16"/>
              </w:rPr>
              <w:t>A</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sz w:val="15"/>
                <w:rtl w:val="1"/>
                <w:szCs w:val="16"/>
              </w:rPr>
              <w:t>R</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sz w:val="15"/>
                <w:rtl w:val="1"/>
                <w:szCs w:val="16"/>
              </w:rPr>
              <w:t>R</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sz w:val="15"/>
                <w:rtl w:val="1"/>
                <w:szCs w:val="16"/>
              </w:rPr>
              <w:t>E</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sz w:val="15"/>
                <w:rtl w:val="1"/>
                <w:szCs w:val="16"/>
              </w:rPr>
              <w:t>V</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r>
          </w:p>
        </w:tc>
      </w:tr>
      <w:tr w:rsidR="00A564F2" w14:paraId="1CDE7107" w14:textId="77777777" w:rsidTr="009D38E5">
        <w:trPr>
          <w:cantSplit w:val="true"/>
          <w:trHeight w:hRule="atLeast"/>
        </w:trPr>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t>الموارد البشرية</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t>الإعلان عن الوظائف</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sz w:val="15"/>
                <w:rtl w:val="1"/>
                <w:szCs w:val="16"/>
              </w:rPr>
              <w:t>A</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sz w:val="15"/>
                <w:rtl w:val="1"/>
                <w:szCs w:val="16"/>
              </w:rPr>
              <w:t>E</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sz w:val="15"/>
                <w:rtl w:val="1"/>
                <w:szCs w:val="16"/>
              </w:rPr>
              <w:t>R</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sz w:val="15"/>
                <w:rtl w:val="1"/>
                <w:szCs w:val="16"/>
              </w:rPr>
              <w:t>E</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r>
          </w:p>
        </w:tc>
      </w:tr>
      <w:tr w:rsidR="00A564F2" w14:paraId="0B317C81" w14:textId="77777777" w:rsidTr="009D38E5">
        <w:trPr>
          <w:cantSplit w:val="true"/>
          <w:trHeight w:hRule="atLeast"/>
        </w:trPr>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t>الموارد البشرية</w:t>
            </w:r>
          </w:p>
        </w:tc>
        <w:tc>
          <w:tcPr>
            <w:tcW w:w="907" w:type="dxa"/>
            <w:vAlign w:val="center"/>
            <w:tcMar>
              <w:top w:w="75" w:type="dxa"/>
              <w:start w:w="75" w:type="dxa"/>
              <w:bottom w:w="75" w:type="dxa"/>
              <w:end w:w="75" w:type="dxa"/>
            </w:tcMar>
          </w:tcPr>
          <w:p>
            <w:pPr>
              <w:spacing w:before="0" w:after="0" w:line="240" w:lineRule="auto"/>
              <w:jc w:val="center"/>
              <w:bidi/>
            </w:pPr>
            <w:r>
              <w:rPr>
                <w:rFonts w:ascii="Arial" w:hAnsi="Arial" w:cs="Arial"/>
                <w:sz w:val="15"/>
                <w:rtl/>
              </w:rPr>
              <w:t>تكليف مسؤولي المقابلات</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sz w:val="15"/>
                <w:rtl w:val="1"/>
                <w:szCs w:val="16"/>
              </w:rPr>
              <w:t>A</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sz w:val="15"/>
                <w:rtl w:val="1"/>
                <w:szCs w:val="16"/>
              </w:rPr>
              <w:t>R</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sz w:val="15"/>
                <w:rtl w:val="1"/>
                <w:szCs w:val="16"/>
              </w:rPr>
              <w:t>R</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sz w:val="15"/>
                <w:rtl w:val="1"/>
                <w:szCs w:val="16"/>
              </w:rPr>
              <w:t>E</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r>
          </w:p>
        </w:tc>
      </w:tr>
      <w:tr w:rsidR="00A564F2" w14:paraId="13594ECD" w14:textId="77777777" w:rsidTr="009D38E5">
        <w:trPr>
          <w:cantSplit w:val="true"/>
          <w:trHeight w:hRule="atLeast"/>
        </w:trPr>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t>الموارد البشرية</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t>اعتماد التعيين</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sz w:val="15"/>
                <w:rtl w:val="1"/>
                <w:szCs w:val="16"/>
              </w:rPr>
              <w:t>A</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sz w:val="15"/>
                <w:rtl w:val="1"/>
                <w:szCs w:val="16"/>
              </w:rPr>
              <w:t>R</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sz w:val="15"/>
                <w:rtl w:val="1"/>
                <w:szCs w:val="16"/>
              </w:rPr>
              <w:t>R</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sz w:val="15"/>
                <w:rtl w:val="1"/>
                <w:szCs w:val="16"/>
              </w:rPr>
              <w:t>E</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r>
          </w:p>
        </w:tc>
      </w:tr>
      <w:tr w:rsidR="00A564F2" w14:paraId="587F6D01" w14:textId="77777777" w:rsidTr="009D38E5">
        <w:trPr>
          <w:cantSplit w:val="true"/>
          <w:trHeight w:hRule="atLeast"/>
        </w:trPr>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t>الموارد البشرية</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t>اعتماد عقد العمل</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sz w:val="15"/>
                <w:rtl w:val="1"/>
                <w:szCs w:val="16"/>
              </w:rPr>
              <w:t>A</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sz w:val="15"/>
                <w:rtl w:val="1"/>
                <w:szCs w:val="16"/>
              </w:rPr>
              <w:t>V</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sz w:val="15"/>
                <w:rtl w:val="1"/>
                <w:szCs w:val="16"/>
              </w:rPr>
              <w:t>R</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sz w:val="15"/>
                <w:rtl w:val="1"/>
                <w:szCs w:val="16"/>
              </w:rPr>
              <w:t>E</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r>
          </w:p>
        </w:tc>
      </w:tr>
      <w:tr w:rsidR="00A564F2" w14:paraId="3CFF9BFF" w14:textId="77777777" w:rsidTr="009D38E5">
        <w:trPr>
          <w:cantSplit w:val="true"/>
          <w:trHeight w:hRule="atLeast"/>
        </w:trPr>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t>الموارد البشرية</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t>اعتماد المباشرة</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sz w:val="15"/>
                <w:rtl w:val="1"/>
                <w:szCs w:val="16"/>
              </w:rPr>
              <w:t>A</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sz w:val="15"/>
                <w:rtl w:val="1"/>
                <w:szCs w:val="16"/>
              </w:rPr>
              <w:t>R</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sz w:val="15"/>
                <w:rtl w:val="1"/>
                <w:szCs w:val="16"/>
              </w:rPr>
              <w:t>R</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sz w:val="15"/>
                <w:rtl w:val="1"/>
                <w:szCs w:val="16"/>
              </w:rPr>
              <w:t>E</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r>
          </w:p>
        </w:tc>
      </w:tr>
      <w:tr w:rsidR="00A564F2" w14:paraId="5550016A" w14:textId="77777777" w:rsidTr="009D38E5">
        <w:trPr>
          <w:cantSplit w:val="true"/>
          <w:trHeight w:hRule="atLeast"/>
        </w:trPr>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t>الموارد البشرية</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t>تمديد فترة التجربة</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sz w:val="15"/>
                <w:rtl w:val="1"/>
                <w:szCs w:val="16"/>
              </w:rPr>
              <w:t>A</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sz w:val="15"/>
                <w:rtl w:val="1"/>
                <w:szCs w:val="16"/>
              </w:rPr>
              <w:t>R</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sz w:val="15"/>
                <w:rtl w:val="1"/>
                <w:szCs w:val="16"/>
              </w:rPr>
              <w:t>R</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sz w:val="15"/>
                <w:rtl w:val="1"/>
                <w:szCs w:val="16"/>
              </w:rPr>
              <w:t>E</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r>
          </w:p>
        </w:tc>
      </w:tr>
      <w:tr w:rsidR="00A564F2" w14:paraId="487CE8F6" w14:textId="77777777" w:rsidTr="009D38E5">
        <w:trPr>
          <w:cantSplit w:val="true"/>
          <w:trHeight w:hRule="atLeast"/>
        </w:trPr>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t>الموارد البشرية</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t>النقل الوظيفي</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sz w:val="15"/>
                <w:rtl w:val="1"/>
                <w:szCs w:val="16"/>
              </w:rPr>
              <w:t>A</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sz w:val="15"/>
                <w:rtl w:val="1"/>
                <w:szCs w:val="16"/>
              </w:rPr>
              <w:t>R</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sz w:val="15"/>
                <w:rtl w:val="1"/>
                <w:szCs w:val="16"/>
              </w:rPr>
              <w:t>R</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sz w:val="15"/>
                <w:rtl w:val="1"/>
                <w:szCs w:val="16"/>
              </w:rPr>
              <w:t>E</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r>
          </w:p>
        </w:tc>
      </w:tr>
      <w:tr w:rsidR="00A564F2" w14:paraId="6CB743DE" w14:textId="77777777" w:rsidTr="009D38E5">
        <w:trPr>
          <w:cantSplit w:val="true"/>
          <w:trHeight w:hRule="atLeast"/>
        </w:trPr>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t>الموارد البشرية</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t>التكليف</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sz w:val="15"/>
                <w:rtl w:val="1"/>
                <w:szCs w:val="16"/>
              </w:rPr>
              <w:t>A</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sz w:val="15"/>
                <w:rtl w:val="1"/>
                <w:szCs w:val="16"/>
              </w:rPr>
              <w:t>R</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sz w:val="15"/>
                <w:rtl w:val="1"/>
                <w:szCs w:val="16"/>
              </w:rPr>
              <w:t>R</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sz w:val="15"/>
                <w:rtl w:val="1"/>
                <w:szCs w:val="16"/>
              </w:rPr>
              <w:t>E</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r>
          </w:p>
        </w:tc>
      </w:tr>
      <w:tr w:rsidR="00A564F2" w14:paraId="0B1AC86D" w14:textId="77777777" w:rsidTr="009D38E5">
        <w:trPr>
          <w:cantSplit w:val="true"/>
          <w:trHeight w:hRule="atLeast"/>
        </w:trPr>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t>الموارد البشرية</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t>الإجازة السنوية</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sz w:val="15"/>
                <w:rtl w:val="1"/>
                <w:szCs w:val="16"/>
              </w:rPr>
              <w:t>A</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sz w:val="15"/>
                <w:rtl w:val="1"/>
                <w:szCs w:val="16"/>
              </w:rPr>
              <w:t>R</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sz w:val="15"/>
                <w:rtl w:val="1"/>
                <w:szCs w:val="16"/>
              </w:rPr>
              <w:t>R</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sz w:val="15"/>
                <w:rtl w:val="1"/>
                <w:szCs w:val="16"/>
              </w:rPr>
              <w:t>E</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r>
          </w:p>
        </w:tc>
      </w:tr>
      <w:tr w:rsidR="00A564F2" w14:paraId="4B503BF6" w14:textId="77777777" w:rsidTr="009D38E5">
        <w:trPr>
          <w:cantSplit w:val="true"/>
          <w:trHeight w:hRule="atLeast"/>
        </w:trPr>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t>الموارد البشرية</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t>الإجازة المرضية</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sz w:val="15"/>
                <w:rtl w:val="1"/>
                <w:szCs w:val="16"/>
              </w:rPr>
              <w:t>A</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sz w:val="15"/>
                <w:rtl w:val="1"/>
                <w:szCs w:val="16"/>
              </w:rPr>
              <w:t>R</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sz w:val="15"/>
                <w:rtl w:val="1"/>
                <w:szCs w:val="16"/>
              </w:rPr>
              <w:t>R</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sz w:val="15"/>
                <w:rtl w:val="1"/>
                <w:szCs w:val="16"/>
              </w:rPr>
              <w:t>E</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r>
          </w:p>
        </w:tc>
      </w:tr>
      <w:tr w:rsidR="00A564F2" w14:paraId="1C1A9DAB" w14:textId="77777777" w:rsidTr="009D38E5">
        <w:trPr>
          <w:cantSplit w:val="true"/>
          <w:trHeight w:hRule="atLeast"/>
        </w:trPr>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t>الموارد البشرية</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t>الإجازة بدون أجر</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sz w:val="15"/>
                <w:rtl w:val="1"/>
                <w:szCs w:val="16"/>
              </w:rPr>
              <w:t>A</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sz w:val="15"/>
                <w:rtl w:val="1"/>
                <w:szCs w:val="16"/>
              </w:rPr>
              <w:t>R</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sz w:val="15"/>
                <w:rtl w:val="1"/>
                <w:szCs w:val="16"/>
              </w:rPr>
              <w:t>R</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sz w:val="15"/>
                <w:rtl w:val="1"/>
                <w:szCs w:val="16"/>
              </w:rPr>
              <w:t>E</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r>
          </w:p>
        </w:tc>
      </w:tr>
      <w:tr w:rsidR="00A564F2" w14:paraId="4DC13295" w14:textId="77777777" w:rsidTr="009D38E5">
        <w:trPr>
          <w:cantSplit w:val="true"/>
          <w:trHeight w:hRule="atLeast"/>
        </w:trPr>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t>الموارد البشرية</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t>اعتماد تقييم الأداء</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sz w:val="15"/>
                <w:rtl w:val="1"/>
                <w:szCs w:val="16"/>
              </w:rPr>
              <w:t>A</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sz w:val="15"/>
                <w:rtl w:val="1"/>
                <w:szCs w:val="16"/>
              </w:rPr>
              <w:t>R</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sz w:val="15"/>
                <w:rtl w:val="1"/>
                <w:szCs w:val="16"/>
              </w:rPr>
              <w:t>R</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sz w:val="15"/>
                <w:rtl w:val="1"/>
                <w:szCs w:val="16"/>
              </w:rPr>
              <w:t>E</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r>
          </w:p>
        </w:tc>
      </w:tr>
      <w:tr w:rsidR="00A564F2" w14:paraId="5F7EA063" w14:textId="77777777" w:rsidTr="009D38E5">
        <w:trPr>
          <w:cantSplit w:val="true"/>
          <w:trHeight w:hRule="atLeast"/>
        </w:trPr>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t>الموارد البشرية</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t>اعتماد خطة التدريب</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sz w:val="15"/>
                <w:rtl w:val="1"/>
                <w:szCs w:val="16"/>
              </w:rPr>
              <w:t>A</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sz w:val="15"/>
                <w:rtl w:val="1"/>
                <w:szCs w:val="16"/>
              </w:rPr>
              <w:t>R</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sz w:val="15"/>
                <w:rtl w:val="1"/>
                <w:szCs w:val="16"/>
              </w:rPr>
              <w:t>R</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sz w:val="15"/>
                <w:rtl w:val="1"/>
                <w:szCs w:val="16"/>
              </w:rPr>
              <w:t>E</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r>
          </w:p>
        </w:tc>
      </w:tr>
      <w:tr w:rsidR="00A564F2" w14:paraId="7B00E54B" w14:textId="77777777" w:rsidTr="009D38E5">
        <w:trPr>
          <w:cantSplit w:val="true"/>
          <w:trHeight w:hRule="atLeast"/>
        </w:trPr>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t>الموارد البشرية</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t>قبول الاستقالة</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sz w:val="15"/>
                <w:rtl w:val="1"/>
                <w:szCs w:val="16"/>
              </w:rPr>
              <w:t>A</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sz w:val="15"/>
                <w:rtl w:val="1"/>
                <w:szCs w:val="16"/>
              </w:rPr>
              <w:t>V</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sz w:val="15"/>
                <w:rtl w:val="1"/>
                <w:szCs w:val="16"/>
              </w:rPr>
              <w:t>R</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sz w:val="15"/>
                <w:rtl w:val="1"/>
                <w:szCs w:val="16"/>
              </w:rPr>
              <w:t>E</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r>
          </w:p>
        </w:tc>
      </w:tr>
      <w:tr w:rsidR="00A564F2" w14:paraId="2DA44F80" w14:textId="77777777" w:rsidTr="009D38E5">
        <w:trPr>
          <w:cantSplit w:val="true"/>
          <w:trHeight w:hRule="atLeast"/>
        </w:trPr>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t>الموارد البشرية</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t>إنهاء الخدمة</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sz w:val="15"/>
                <w:rtl w:val="1"/>
                <w:szCs w:val="16"/>
              </w:rPr>
              <w:t>A</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sz w:val="15"/>
                <w:rtl w:val="1"/>
                <w:szCs w:val="16"/>
              </w:rPr>
              <w:t>V</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sz w:val="15"/>
                <w:rtl w:val="1"/>
                <w:szCs w:val="16"/>
              </w:rPr>
              <w:t>R</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sz w:val="15"/>
                <w:rtl w:val="1"/>
                <w:szCs w:val="16"/>
              </w:rPr>
              <w:t>E</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r>
          </w:p>
        </w:tc>
      </w:tr>
      <w:tr w:rsidR="00A564F2" w14:paraId="5273D8D6" w14:textId="77777777" w:rsidTr="009D38E5">
        <w:trPr>
          <w:cantSplit w:val="true"/>
          <w:trHeight w:hRule="atLeast"/>
        </w:trPr>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t>الشؤون المالية</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t>إعداد الموازنة</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sz w:val="15"/>
                <w:rtl w:val="1"/>
                <w:szCs w:val="16"/>
              </w:rPr>
              <w:t>R</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sz w:val="15"/>
                <w:rtl w:val="1"/>
                <w:szCs w:val="16"/>
              </w:rPr>
              <w:t>R</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sz w:val="15"/>
                <w:rtl w:val="1"/>
                <w:szCs w:val="16"/>
              </w:rPr>
              <w:t>R</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sz w:val="15"/>
                <w:rtl w:val="1"/>
                <w:szCs w:val="16"/>
              </w:rPr>
              <w:t>E</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r>
          </w:p>
        </w:tc>
      </w:tr>
      <w:tr w:rsidR="00A564F2" w14:paraId="73AECA13" w14:textId="77777777" w:rsidTr="009D38E5">
        <w:trPr>
          <w:cantSplit w:val="true"/>
          <w:trHeight w:hRule="atLeast"/>
        </w:trPr>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t>الشؤون المالية</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t>اعتماد الموازنة</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sz w:val="15"/>
                <w:rtl w:val="1"/>
                <w:szCs w:val="16"/>
              </w:rPr>
              <w:t>A</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sz w:val="15"/>
                <w:rtl w:val="1"/>
                <w:szCs w:val="16"/>
              </w:rPr>
              <w:t>V</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sz w:val="15"/>
                <w:rtl w:val="1"/>
                <w:szCs w:val="16"/>
              </w:rPr>
              <w:t>R</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sz w:val="15"/>
                <w:rtl w:val="1"/>
                <w:szCs w:val="16"/>
              </w:rPr>
              <w:t>R</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sz w:val="15"/>
                <w:rtl w:val="1"/>
                <w:szCs w:val="16"/>
              </w:rPr>
              <w:t>E</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r>
          </w:p>
        </w:tc>
      </w:tr>
      <w:tr w:rsidR="00A564F2" w14:paraId="1834379B" w14:textId="77777777" w:rsidTr="009D38E5">
        <w:trPr>
          <w:cantSplit w:val="true"/>
          <w:trHeight w:hRule="atLeast"/>
        </w:trPr>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t>الشؤون المالية</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t>اعتماد الصرف ضمن الصلاحية</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sz w:val="15"/>
                <w:rtl w:val="1"/>
                <w:szCs w:val="16"/>
              </w:rPr>
              <w:t>A</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sz w:val="15"/>
                <w:rtl w:val="1"/>
                <w:szCs w:val="16"/>
              </w:rPr>
              <w:t>R</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sz w:val="15"/>
                <w:rtl w:val="1"/>
                <w:szCs w:val="16"/>
              </w:rPr>
              <w:t>R</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sz w:val="15"/>
                <w:rtl w:val="1"/>
                <w:szCs w:val="16"/>
              </w:rPr>
              <w:t>E</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r>
          </w:p>
        </w:tc>
      </w:tr>
      <w:tr w:rsidR="00A564F2" w14:paraId="75EC6CF9" w14:textId="77777777" w:rsidTr="009D38E5">
        <w:trPr>
          <w:cantSplit w:val="true"/>
          <w:trHeight w:hRule="atLeast"/>
        </w:trPr>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t>الشؤون المالية</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t>فتح الحسابات البنكية</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sz w:val="15"/>
                <w:rtl w:val="1"/>
                <w:szCs w:val="16"/>
              </w:rPr>
              <w:t>A</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sz w:val="15"/>
                <w:rtl w:val="1"/>
                <w:szCs w:val="16"/>
              </w:rPr>
              <w:t>V</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sz w:val="15"/>
                <w:rtl w:val="1"/>
                <w:szCs w:val="16"/>
              </w:rPr>
              <w:t>R</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sz w:val="15"/>
                <w:rtl w:val="1"/>
                <w:szCs w:val="16"/>
              </w:rPr>
              <w:t>R</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sz w:val="15"/>
                <w:rtl w:val="1"/>
                <w:szCs w:val="16"/>
              </w:rPr>
              <w:t>E</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r>
          </w:p>
        </w:tc>
      </w:tr>
      <w:tr w:rsidR="00A564F2" w14:paraId="782BE83F" w14:textId="77777777" w:rsidTr="009D38E5">
        <w:trPr>
          <w:cantSplit w:val="true"/>
          <w:trHeight w:hRule="atLeast"/>
        </w:trPr>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t>الشؤون المالية</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t>التحويلات البنكية</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sz w:val="15"/>
                <w:rtl w:val="1"/>
                <w:szCs w:val="16"/>
              </w:rPr>
              <w:t>A</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sz w:val="15"/>
                <w:rtl w:val="1"/>
                <w:szCs w:val="16"/>
              </w:rPr>
              <w:t>R</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sz w:val="15"/>
                <w:rtl w:val="1"/>
                <w:szCs w:val="16"/>
              </w:rPr>
              <w:t>R</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sz w:val="15"/>
                <w:rtl w:val="1"/>
                <w:szCs w:val="16"/>
              </w:rPr>
              <w:t>E</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r>
          </w:p>
        </w:tc>
      </w:tr>
      <w:tr w:rsidR="00A564F2" w14:paraId="2411137D" w14:textId="77777777" w:rsidTr="009D38E5">
        <w:trPr>
          <w:cantSplit w:val="true"/>
          <w:trHeight w:hRule="atLeast"/>
        </w:trPr>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t>الشؤون المالية</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t>التوقيع على الشيكات</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sz w:val="15"/>
                <w:rtl w:val="1"/>
                <w:szCs w:val="16"/>
              </w:rPr>
              <w:t>A</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sz w:val="15"/>
                <w:rtl w:val="1"/>
                <w:szCs w:val="16"/>
              </w:rPr>
              <w:t>V</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sz w:val="15"/>
                <w:rtl w:val="1"/>
                <w:szCs w:val="16"/>
              </w:rPr>
              <w:t>R</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sz w:val="15"/>
                <w:rtl w:val="1"/>
                <w:szCs w:val="16"/>
              </w:rPr>
              <w:t>R</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sz w:val="15"/>
                <w:rtl w:val="1"/>
                <w:szCs w:val="16"/>
              </w:rPr>
              <w:t>E</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r>
          </w:p>
        </w:tc>
      </w:tr>
      <w:tr w:rsidR="00A564F2" w14:paraId="00887E1E" w14:textId="77777777" w:rsidTr="009D38E5">
        <w:trPr>
          <w:cantSplit w:val="true"/>
          <w:trHeight w:hRule="atLeast"/>
        </w:trPr>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t>الشؤون المالية</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t>إعداد القوائم المالية</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sz w:val="15"/>
                <w:rtl w:val="1"/>
                <w:szCs w:val="16"/>
              </w:rPr>
              <w:t>R</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sz w:val="15"/>
                <w:rtl w:val="1"/>
                <w:szCs w:val="16"/>
              </w:rPr>
              <w:t>R</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sz w:val="15"/>
                <w:rtl w:val="1"/>
                <w:szCs w:val="16"/>
              </w:rPr>
              <w:t>A</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sz w:val="15"/>
                <w:rtl w:val="1"/>
                <w:szCs w:val="16"/>
              </w:rPr>
              <w:t>E</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r>
          </w:p>
        </w:tc>
      </w:tr>
      <w:tr w:rsidR="00A564F2" w14:paraId="1AA3D5E8" w14:textId="77777777" w:rsidTr="009D38E5">
        <w:trPr>
          <w:cantSplit w:val="true"/>
          <w:trHeight w:hRule="atLeast"/>
        </w:trPr>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t>الشؤون المالية</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t>اعتماد القوائم المالية</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sz w:val="15"/>
                <w:rtl w:val="1"/>
                <w:szCs w:val="16"/>
              </w:rPr>
              <w:t>A</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sz w:val="15"/>
                <w:rtl w:val="1"/>
                <w:szCs w:val="16"/>
              </w:rPr>
              <w:t>V</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sz w:val="15"/>
                <w:rtl w:val="1"/>
                <w:szCs w:val="16"/>
              </w:rPr>
              <w:t>R</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sz w:val="15"/>
                <w:rtl w:val="1"/>
                <w:szCs w:val="16"/>
              </w:rPr>
              <w:t>R</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sz w:val="15"/>
                <w:rtl w:val="1"/>
                <w:szCs w:val="16"/>
              </w:rPr>
              <w:t>E</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r>
          </w:p>
        </w:tc>
      </w:tr>
      <w:tr w:rsidR="00A564F2" w14:paraId="619D13BF" w14:textId="77777777" w:rsidTr="009D38E5">
        <w:trPr>
          <w:cantSplit w:val="true"/>
          <w:trHeight w:hRule="atLeast"/>
        </w:trPr>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t>الشؤون المالية</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t>الجرد السنوي</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sz w:val="15"/>
                <w:rtl w:val="1"/>
                <w:szCs w:val="16"/>
              </w:rPr>
              <w:t>A</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sz w:val="15"/>
                <w:rtl w:val="1"/>
                <w:szCs w:val="16"/>
              </w:rPr>
              <w:t>R</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sz w:val="15"/>
                <w:rtl w:val="1"/>
                <w:szCs w:val="16"/>
              </w:rPr>
              <w:t>R</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sz w:val="15"/>
                <w:rtl w:val="1"/>
                <w:szCs w:val="16"/>
              </w:rPr>
              <w:t>E</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r>
          </w:p>
        </w:tc>
      </w:tr>
      <w:tr w:rsidR="00A564F2" w14:paraId="101E4C73" w14:textId="77777777" w:rsidTr="009D38E5">
        <w:trPr>
          <w:cantSplit w:val="true"/>
          <w:trHeight w:hRule="atLeast"/>
        </w:trPr>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t>الشؤون المالية</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t>اعتماد السلف</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sz w:val="15"/>
                <w:rtl w:val="1"/>
                <w:szCs w:val="16"/>
              </w:rPr>
              <w:t>A</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sz w:val="15"/>
                <w:rtl w:val="1"/>
                <w:szCs w:val="16"/>
              </w:rPr>
              <w:t>R</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sz w:val="15"/>
                <w:rtl w:val="1"/>
                <w:szCs w:val="16"/>
              </w:rPr>
              <w:t>R</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sz w:val="15"/>
                <w:rtl w:val="1"/>
                <w:szCs w:val="16"/>
              </w:rPr>
              <w:t>E</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r>
          </w:p>
        </w:tc>
      </w:tr>
      <w:tr w:rsidR="00A564F2" w14:paraId="702D5C25" w14:textId="77777777" w:rsidTr="009D38E5">
        <w:trPr>
          <w:cantSplit w:val="true"/>
          <w:trHeight w:hRule="atLeast"/>
        </w:trPr>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t>الشؤون المالية</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t>تسوية السلف</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sz w:val="15"/>
                <w:rtl w:val="1"/>
                <w:szCs w:val="16"/>
              </w:rPr>
              <w:t>A</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sz w:val="15"/>
                <w:rtl w:val="1"/>
                <w:szCs w:val="16"/>
              </w:rPr>
              <w:t>R</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sz w:val="15"/>
                <w:rtl w:val="1"/>
                <w:szCs w:val="16"/>
              </w:rPr>
              <w:t>R</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sz w:val="15"/>
                <w:rtl w:val="1"/>
                <w:szCs w:val="16"/>
              </w:rPr>
              <w:t>E</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r>
          </w:p>
        </w:tc>
      </w:tr>
      <w:tr w:rsidR="00A564F2" w14:paraId="0033908C" w14:textId="77777777" w:rsidTr="009D38E5">
        <w:trPr>
          <w:cantSplit w:val="true"/>
          <w:trHeight w:hRule="atLeast"/>
        </w:trPr>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t>الشؤون المالية</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t>إقفال السنة المالية</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sz w:val="15"/>
                <w:rtl w:val="1"/>
                <w:szCs w:val="16"/>
              </w:rPr>
              <w:t>A</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sz w:val="15"/>
                <w:rtl w:val="1"/>
                <w:szCs w:val="16"/>
              </w:rPr>
              <w:t>V</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sz w:val="15"/>
                <w:rtl w:val="1"/>
                <w:szCs w:val="16"/>
              </w:rPr>
              <w:t>R</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sz w:val="15"/>
                <w:rtl w:val="1"/>
                <w:szCs w:val="16"/>
              </w:rPr>
              <w:t>R</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sz w:val="15"/>
                <w:rtl w:val="1"/>
                <w:szCs w:val="16"/>
              </w:rPr>
              <w:t>E</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r>
          </w:p>
        </w:tc>
      </w:tr>
      <w:tr w:rsidR="00A564F2" w14:paraId="30ED7F96" w14:textId="77777777" w:rsidTr="009D38E5">
        <w:trPr>
          <w:cantSplit w:val="true"/>
          <w:trHeight w:hRule="atLeast"/>
        </w:trPr>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t>المشتريات والأصول</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t>طلب شراء</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sz w:val="15"/>
                <w:rtl w:val="1"/>
                <w:szCs w:val="16"/>
              </w:rPr>
              <w:t>R</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sz w:val="15"/>
                <w:rtl w:val="1"/>
                <w:szCs w:val="16"/>
              </w:rPr>
              <w:t>R</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sz w:val="15"/>
                <w:rtl w:val="1"/>
                <w:szCs w:val="16"/>
              </w:rPr>
              <w:t>E</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sz w:val="15"/>
                <w:rtl w:val="1"/>
                <w:szCs w:val="16"/>
              </w:rPr>
              <w:t>E</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r>
          </w:p>
        </w:tc>
      </w:tr>
      <w:tr w:rsidR="00A564F2" w14:paraId="16FF8761" w14:textId="77777777" w:rsidTr="009D38E5">
        <w:trPr>
          <w:cantSplit w:val="true"/>
          <w:trHeight w:hRule="atLeast"/>
        </w:trPr>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t>المشتريات والأصول</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t>اعتماد طلب شراء</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sz w:val="15"/>
                <w:rtl w:val="1"/>
                <w:szCs w:val="16"/>
              </w:rPr>
              <w:t>A</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sz w:val="15"/>
                <w:rtl w:val="1"/>
                <w:szCs w:val="16"/>
              </w:rPr>
              <w:t>R</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sz w:val="15"/>
                <w:rtl w:val="1"/>
                <w:szCs w:val="16"/>
              </w:rPr>
              <w:t>R</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sz w:val="15"/>
                <w:rtl w:val="1"/>
                <w:szCs w:val="16"/>
              </w:rPr>
              <w:t>R</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sz w:val="15"/>
                <w:rtl w:val="1"/>
                <w:szCs w:val="16"/>
              </w:rPr>
              <w:t>E</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r>
          </w:p>
        </w:tc>
      </w:tr>
      <w:tr w:rsidR="00A564F2" w14:paraId="10955079" w14:textId="77777777" w:rsidTr="009D38E5">
        <w:trPr>
          <w:cantSplit w:val="true"/>
          <w:trHeight w:hRule="atLeast"/>
        </w:trPr>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t>المشتريات والأصول</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t>طرح منافسة</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sz w:val="15"/>
                <w:rtl w:val="1"/>
                <w:szCs w:val="16"/>
              </w:rPr>
              <w:t>A</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sz w:val="15"/>
                <w:rtl w:val="1"/>
                <w:szCs w:val="16"/>
              </w:rPr>
              <w:t>R</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sz w:val="15"/>
                <w:rtl w:val="1"/>
                <w:szCs w:val="16"/>
              </w:rPr>
              <w:t>R</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sz w:val="15"/>
                <w:rtl w:val="1"/>
                <w:szCs w:val="16"/>
              </w:rPr>
              <w:t>R</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sz w:val="15"/>
                <w:rtl w:val="1"/>
                <w:szCs w:val="16"/>
              </w:rPr>
              <w:t>E</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r>
          </w:p>
        </w:tc>
      </w:tr>
      <w:tr w:rsidR="00A564F2" w14:paraId="369FBFA4" w14:textId="77777777" w:rsidTr="009D38E5">
        <w:trPr>
          <w:cantSplit w:val="true"/>
          <w:trHeight w:hRule="atLeast"/>
        </w:trPr>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t>المشتريات والأصول</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t>تحليل العروض</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sz w:val="15"/>
                <w:rtl w:val="1"/>
                <w:szCs w:val="16"/>
              </w:rPr>
              <w:t>R</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sz w:val="15"/>
                <w:rtl w:val="1"/>
                <w:szCs w:val="16"/>
              </w:rPr>
              <w:t>R</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sz w:val="15"/>
                <w:rtl w:val="1"/>
                <w:szCs w:val="16"/>
              </w:rPr>
              <w:t>R</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sz w:val="15"/>
                <w:rtl w:val="1"/>
                <w:szCs w:val="16"/>
              </w:rPr>
              <w:t>R</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sz w:val="15"/>
                <w:rtl w:val="1"/>
                <w:szCs w:val="16"/>
              </w:rPr>
              <w:t>E</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r>
          </w:p>
        </w:tc>
      </w:tr>
      <w:tr w:rsidR="00A564F2" w14:paraId="5ECEAB6F" w14:textId="77777777" w:rsidTr="009D38E5">
        <w:trPr>
          <w:cantSplit w:val="true"/>
          <w:trHeight w:hRule="atLeast"/>
        </w:trPr>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t>المشتريات والأصول</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t>اعتماد الترسية</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sz w:val="15"/>
                <w:rtl w:val="1"/>
                <w:szCs w:val="16"/>
              </w:rPr>
              <w:t>A</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sz w:val="15"/>
                <w:rtl w:val="1"/>
                <w:szCs w:val="16"/>
              </w:rPr>
              <w:t>R</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sz w:val="15"/>
                <w:rtl w:val="1"/>
                <w:szCs w:val="16"/>
              </w:rPr>
              <w:t>R</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sz w:val="15"/>
                <w:rtl w:val="1"/>
                <w:szCs w:val="16"/>
              </w:rPr>
              <w:t>R</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sz w:val="15"/>
                <w:rtl w:val="1"/>
                <w:szCs w:val="16"/>
              </w:rPr>
              <w:t>E</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r>
          </w:p>
        </w:tc>
      </w:tr>
      <w:tr w:rsidR="00A564F2" w14:paraId="096881A0" w14:textId="77777777" w:rsidTr="009D38E5">
        <w:trPr>
          <w:cantSplit w:val="true"/>
          <w:trHeight w:hRule="atLeast"/>
        </w:trPr>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t>المشتريات والأصول</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t>إصدار أمر شراء</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sz w:val="15"/>
                <w:rtl w:val="1"/>
                <w:szCs w:val="16"/>
              </w:rPr>
              <w:t>A</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sz w:val="15"/>
                <w:rtl w:val="1"/>
                <w:szCs w:val="16"/>
              </w:rPr>
              <w:t>R</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sz w:val="15"/>
                <w:rtl w:val="1"/>
                <w:szCs w:val="16"/>
              </w:rPr>
              <w:t>R</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sz w:val="15"/>
                <w:rtl w:val="1"/>
                <w:szCs w:val="16"/>
              </w:rPr>
              <w:t>R</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sz w:val="15"/>
                <w:rtl w:val="1"/>
                <w:szCs w:val="16"/>
              </w:rPr>
              <w:t>E</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r>
          </w:p>
        </w:tc>
      </w:tr>
      <w:tr w:rsidR="00A564F2" w14:paraId="444C5F0A" w14:textId="77777777" w:rsidTr="009D38E5">
        <w:trPr>
          <w:cantSplit w:val="true"/>
          <w:trHeight w:hRule="atLeast"/>
        </w:trPr>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t>المشتريات والأصول</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t>استلام الأصناف</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sz w:val="15"/>
                <w:rtl w:val="1"/>
                <w:szCs w:val="16"/>
              </w:rPr>
              <w:t>R</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sz w:val="15"/>
                <w:rtl w:val="1"/>
                <w:szCs w:val="16"/>
              </w:rPr>
              <w:t>R</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sz w:val="15"/>
                <w:rtl w:val="1"/>
                <w:szCs w:val="16"/>
              </w:rPr>
              <w:t>R</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sz w:val="15"/>
                <w:rtl w:val="1"/>
                <w:szCs w:val="16"/>
              </w:rPr>
              <w:t>E</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sz w:val="15"/>
                <w:rtl w:val="1"/>
                <w:szCs w:val="16"/>
              </w:rPr>
              <w:t>E</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r>
          </w:p>
        </w:tc>
      </w:tr>
      <w:tr w:rsidR="00A564F2" w14:paraId="1D4B5AAF" w14:textId="77777777" w:rsidTr="009D38E5">
        <w:trPr>
          <w:cantSplit w:val="true"/>
          <w:trHeight w:hRule="atLeast"/>
        </w:trPr>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t>المشتريات والأصول</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t>صرف عهدة</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sz w:val="15"/>
                <w:rtl w:val="1"/>
                <w:szCs w:val="16"/>
              </w:rPr>
              <w:t>A</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sz w:val="15"/>
                <w:rtl w:val="1"/>
                <w:szCs w:val="16"/>
              </w:rPr>
              <w:t>R</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sz w:val="15"/>
                <w:rtl w:val="1"/>
                <w:szCs w:val="16"/>
              </w:rPr>
              <w:t>R</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sz w:val="15"/>
                <w:rtl w:val="1"/>
                <w:szCs w:val="16"/>
              </w:rPr>
              <w:t>R</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sz w:val="15"/>
                <w:rtl w:val="1"/>
                <w:szCs w:val="16"/>
              </w:rPr>
              <w:t>E</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r>
          </w:p>
        </w:tc>
      </w:tr>
      <w:tr w:rsidR="00A564F2" w14:paraId="0A1FC3E8" w14:textId="77777777" w:rsidTr="009D38E5">
        <w:trPr>
          <w:cantSplit w:val="true"/>
          <w:trHeight w:hRule="atLeast"/>
        </w:trPr>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t>المشتريات والأصول</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t>إضافة أصل</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sz w:val="15"/>
                <w:rtl w:val="1"/>
                <w:szCs w:val="16"/>
              </w:rPr>
              <w:t>A</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sz w:val="15"/>
                <w:rtl w:val="1"/>
                <w:szCs w:val="16"/>
              </w:rPr>
              <w:t>R</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sz w:val="15"/>
                <w:rtl w:val="1"/>
                <w:szCs w:val="16"/>
              </w:rPr>
              <w:t>R</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sz w:val="15"/>
                <w:rtl w:val="1"/>
                <w:szCs w:val="16"/>
              </w:rPr>
              <w:t>R</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sz w:val="15"/>
                <w:rtl w:val="1"/>
                <w:szCs w:val="16"/>
              </w:rPr>
              <w:t>E</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r>
          </w:p>
        </w:tc>
      </w:tr>
      <w:tr w:rsidR="00A564F2" w14:paraId="2DF901ED" w14:textId="77777777" w:rsidTr="009D38E5">
        <w:trPr>
          <w:cantSplit w:val="true"/>
          <w:trHeight w:hRule="atLeast"/>
        </w:trPr>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t>المشتريات والأصول</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t>شطب أصل</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sz w:val="15"/>
                <w:rtl w:val="1"/>
                <w:szCs w:val="16"/>
              </w:rPr>
              <w:t>A</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sz w:val="15"/>
                <w:rtl w:val="1"/>
                <w:szCs w:val="16"/>
              </w:rPr>
              <w:t>V</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sz w:val="15"/>
                <w:rtl w:val="1"/>
                <w:szCs w:val="16"/>
              </w:rPr>
              <w:t>R</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sz w:val="15"/>
                <w:rtl w:val="1"/>
                <w:szCs w:val="16"/>
              </w:rPr>
              <w:t>R</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sz w:val="15"/>
                <w:rtl w:val="1"/>
                <w:szCs w:val="16"/>
              </w:rPr>
              <w:t>E</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sz w:val="15"/>
                <w:rtl w:val="1"/>
                <w:szCs w:val="16"/>
              </w:rPr>
              <w:t>E</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r>
          </w:p>
        </w:tc>
      </w:tr>
      <w:tr w:rsidR="00A564F2" w14:paraId="237B615E" w14:textId="77777777" w:rsidTr="009D38E5">
        <w:trPr>
          <w:cantSplit w:val="true"/>
          <w:trHeight w:hRule="atLeast"/>
        </w:trPr>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t>المشتريات والأصول</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t>الجرد المستودعي</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sz w:val="15"/>
                <w:rtl w:val="1"/>
                <w:szCs w:val="16"/>
              </w:rPr>
              <w:t>A</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sz w:val="15"/>
                <w:rtl w:val="1"/>
                <w:szCs w:val="16"/>
              </w:rPr>
              <w:t>R</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sz w:val="15"/>
                <w:rtl w:val="1"/>
                <w:szCs w:val="16"/>
              </w:rPr>
              <w:t>R</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sz w:val="15"/>
                <w:rtl w:val="1"/>
                <w:szCs w:val="16"/>
              </w:rPr>
              <w:t>R</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sz w:val="15"/>
                <w:rtl w:val="1"/>
                <w:szCs w:val="16"/>
              </w:rPr>
              <w:t>E</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r>
          </w:p>
        </w:tc>
      </w:tr>
      <w:tr w:rsidR="00A564F2" w14:paraId="46D4CBB8" w14:textId="77777777" w:rsidTr="009D38E5">
        <w:trPr>
          <w:cantSplit w:val="true"/>
          <w:trHeight w:hRule="atLeast"/>
        </w:trPr>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t>المشتريات والأصول</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t>بيع أصل</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sz w:val="15"/>
                <w:rtl w:val="1"/>
                <w:szCs w:val="16"/>
              </w:rPr>
              <w:t>A</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sz w:val="15"/>
                <w:rtl w:val="1"/>
                <w:szCs w:val="16"/>
              </w:rPr>
              <w:t>V</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sz w:val="15"/>
                <w:rtl w:val="1"/>
                <w:szCs w:val="16"/>
              </w:rPr>
              <w:t>R</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sz w:val="15"/>
                <w:rtl w:val="1"/>
                <w:szCs w:val="16"/>
              </w:rPr>
              <w:t>R</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sz w:val="15"/>
                <w:rtl w:val="1"/>
                <w:szCs w:val="16"/>
              </w:rPr>
              <w:t>E</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sz w:val="15"/>
                <w:rtl w:val="1"/>
                <w:szCs w:val="16"/>
              </w:rPr>
              <w:t>E</w:t>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r>
          </w:p>
        </w:tc>
        <w:tc>
          <w:tcPr>
            <w:tcW w:w="907"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r>
          </w:p>
        </w:tc>
      </w:tr>
    </w:tbl>
    <w:p w14:paraId="6C983BCA" w14:textId="77777777" w:rsidR="00A564F2" w:rsidRDefault="00A564F2" w:rsidP="00A564F2">
      <w:pPr>
        <w:bidi/>
      </w:pPr>
    </w:p>
    <w:p w14:paraId="273AAE71" w14:textId="77777777" w:rsidR="00A564F2" w:rsidRDefault="00A564F2" w:rsidP="00A564F2">
      <w:pPr>
        <w:pStyle w:val="Heading2"/>
        <w:bidi w:val="1"/>
        <w:jc w:val="right"/>
      </w:pPr>
      <w:proofErr w:type="spellStart"/>
      <w:r>
        <w:rPr>
          <w:b/>
          <w:sz w:val="25"/>
          <w:rtl w:val="1"/>
          <w:rFonts w:ascii="Arial" w:hAnsi="Arial" w:cs="Arial" w:eastAsia="Arial"/>
          <w:szCs w:val="25"/>
        </w:rPr>
        <w:t>الرموز</w:t>
      </w:r>
      <w:proofErr w:type="spellEnd"/>
    </w:p>
    <w:tbl>
      <w:tblPr>
        <w:tblStyle w:val="TableGrid"/>
        <w:tblW w:w="0" w:type="auto"/>
        <w:tblLook w:val="04A0" w:firstRow="1" w:lastRow="0" w:firstColumn="1" w:lastColumn="0" w:noHBand="0" w:noVBand="1"/>
        <w:bidiVisual w:val="1"/>
        <w:jc w:val="center"/>
        <w:tblLayout w:type="fixed"/>
      </w:tblPr>
      <w:tblGrid>
        <w:gridCol w:w="4986"/>
        <w:gridCol w:w="4986"/>
      </w:tblGrid>
      <w:tr w:rsidR="00A564F2" w14:paraId="36DEABCB" w14:textId="77777777" w:rsidTr="009D38E5">
        <w:trPr>
          <w:trHeight w:hRule="atLeast"/>
          <w:tblHeader w:val="true"/>
          <w:cantSplit w:val="true"/>
        </w:trPr>
        <w:tc>
          <w:tcPr>
            <w:tcW w:w="4986" w:type="dxa"/>
            <w:shd w:val="clear" w:color="auto" w:fill="D9EAD3"/>
            <w:vAlign w:val="center"/>
            <w:tcMar>
              <w:top w:w="75" w:type="dxa"/>
              <w:start w:w="75" w:type="dxa"/>
              <w:bottom w:w="75" w:type="dxa"/>
              <w:end w:w="75" w:type="dxa"/>
            </w:tcMar>
          </w:tcPr>
          <w:p w14:paraId="1142FAD9" w14:textId="77777777" w:rsidR="00A564F2" w:rsidRDefault="00A564F2" w:rsidP="009D38E5">
            <w:pPr>
              <w:spacing w:before="0" w:after="0" w:line="240" w:lineRule="auto"/>
              <w:jc w:val="center"/>
              <w:bidi w:val="1"/>
              <w:mirrorIndents w:val="1"/>
            </w:pPr>
            <w:proofErr w:type="spellStart"/>
            <w:r>
              <w:rPr>
                <w:rFonts w:ascii="Arial" w:hAnsi="Arial" w:cs="Arial" w:eastAsia="Arial"/>
                <w:b/>
                <w:sz w:val="16"/>
                <w:rtl w:val="1"/>
                <w:szCs w:val="17"/>
              </w:rPr>
              <w:t>الرمز</w:t>
            </w:r>
            <w:proofErr w:type="spellEnd"/>
          </w:p>
        </w:tc>
        <w:tc>
          <w:tcPr>
            <w:tcW w:w="4986" w:type="dxa"/>
            <w:shd w:val="clear" w:color="auto" w:fill="D9EAD3"/>
            <w:vAlign w:val="center"/>
            <w:tcMar>
              <w:top w:w="75" w:type="dxa"/>
              <w:start w:w="75" w:type="dxa"/>
              <w:bottom w:w="75" w:type="dxa"/>
              <w:end w:w="75" w:type="dxa"/>
            </w:tcMar>
          </w:tcPr>
          <w:p w14:paraId="519E097C" w14:textId="77777777" w:rsidR="00A564F2" w:rsidRDefault="00A564F2" w:rsidP="009D38E5">
            <w:pPr>
              <w:spacing w:before="0" w:after="0" w:line="240" w:lineRule="auto"/>
              <w:jc w:val="center"/>
              <w:bidi w:val="1"/>
              <w:mirrorIndents w:val="1"/>
            </w:pPr>
            <w:proofErr w:type="spellStart"/>
            <w:r>
              <w:rPr>
                <w:rFonts w:ascii="Arial" w:hAnsi="Arial" w:cs="Arial" w:eastAsia="Arial"/>
                <w:b/>
                <w:sz w:val="16"/>
                <w:rtl w:val="1"/>
                <w:szCs w:val="17"/>
              </w:rPr>
              <w:t>المعنى</w:t>
            </w:r>
            <w:proofErr w:type="spellEnd"/>
          </w:p>
        </w:tc>
      </w:tr>
      <w:tr w:rsidR="00A564F2" w14:paraId="68F74122" w14:textId="77777777" w:rsidTr="009D38E5">
        <w:trPr>
          <w:cantSplit w:val="true"/>
          <w:trHeight w:hRule="atLeast"/>
        </w:trPr>
        <w:tc>
          <w:tcPr>
            <w:tcW w:w="4986" w:type="dxa"/>
            <w:vAlign w:val="center"/>
            <w:tcMar>
              <w:top w:w="75" w:type="dxa"/>
              <w:start w:w="75" w:type="dxa"/>
              <w:bottom w:w="75" w:type="dxa"/>
              <w:end w:w="75" w:type="dxa"/>
            </w:tcMar>
          </w:tcPr>
          <w:p w14:paraId="17716B1B" w14:textId="77777777" w:rsidR="00A564F2" w:rsidRDefault="00A564F2" w:rsidP="009D38E5">
            <w:pPr>
              <w:spacing w:before="0" w:after="0" w:line="240" w:lineRule="auto"/>
              <w:jc w:val="center"/>
              <w:bidi w:val="1"/>
              <w:mirrorIndents w:val="1"/>
            </w:pPr>
            <w:r>
              <w:rPr>
                <w:rFonts w:ascii="Arial" w:hAnsi="Arial" w:cs="Arial" w:eastAsia="Arial"/>
                <w:b/>
                <w:sz w:val="16"/>
                <w:rtl w:val="1"/>
                <w:szCs w:val="16"/>
              </w:rPr>
              <w:t>A</w:t>
            </w:r>
          </w:p>
        </w:tc>
        <w:tc>
          <w:tcPr>
            <w:tcW w:w="4986" w:type="dxa"/>
            <w:vAlign w:val="center"/>
            <w:tcMar>
              <w:top w:w="75" w:type="dxa"/>
              <w:start w:w="75" w:type="dxa"/>
              <w:bottom w:w="75" w:type="dxa"/>
              <w:end w:w="75" w:type="dxa"/>
            </w:tcMar>
          </w:tcPr>
          <w:p w14:paraId="7526B4E9" w14:textId="77777777" w:rsidR="00A564F2" w:rsidRDefault="00A564F2" w:rsidP="009D38E5">
            <w:pPr>
              <w:spacing w:before="0" w:after="0" w:line="240" w:lineRule="auto"/>
              <w:jc w:val="center"/>
              <w:bidi w:val="1"/>
              <w:mirrorIndents w:val="1"/>
            </w:pPr>
            <w:r>
              <w:rPr>
                <w:rFonts w:ascii="Arial" w:hAnsi="Arial" w:cs="Arial" w:eastAsia="Arial"/>
                <w:b w:val="0"/>
                <w:sz w:val="16"/>
                <w:rtl w:val="1"/>
                <w:szCs w:val="17"/>
              </w:rPr>
              <w:t>اعتماد نهائي</w:t>
            </w:r>
          </w:p>
        </w:tc>
      </w:tr>
      <w:tr w:rsidR="00A564F2" w14:paraId="65E8F8E1" w14:textId="77777777" w:rsidTr="009D38E5">
        <w:trPr>
          <w:cantSplit w:val="true"/>
          <w:trHeight w:hRule="atLeast"/>
        </w:trPr>
        <w:tc>
          <w:tcPr>
            <w:tcW w:w="4986" w:type="dxa"/>
            <w:vAlign w:val="center"/>
            <w:tcMar>
              <w:top w:w="75" w:type="dxa"/>
              <w:start w:w="75" w:type="dxa"/>
              <w:bottom w:w="75" w:type="dxa"/>
              <w:end w:w="75" w:type="dxa"/>
            </w:tcMar>
          </w:tcPr>
          <w:p w14:paraId="708AA42B" w14:textId="77777777" w:rsidR="00A564F2" w:rsidRDefault="00A564F2" w:rsidP="009D38E5">
            <w:pPr>
              <w:spacing w:before="0" w:after="0" w:line="240" w:lineRule="auto"/>
              <w:jc w:val="center"/>
              <w:bidi w:val="1"/>
              <w:mirrorIndents w:val="1"/>
            </w:pPr>
            <w:r>
              <w:rPr>
                <w:rFonts w:ascii="Arial" w:hAnsi="Arial" w:cs="Arial" w:eastAsia="Arial"/>
                <w:b/>
                <w:sz w:val="16"/>
                <w:rtl w:val="1"/>
                <w:szCs w:val="16"/>
              </w:rPr>
              <w:t>R</w:t>
            </w:r>
          </w:p>
        </w:tc>
        <w:tc>
          <w:tcPr>
            <w:tcW w:w="4986" w:type="dxa"/>
            <w:vAlign w:val="center"/>
            <w:tcMar>
              <w:top w:w="75" w:type="dxa"/>
              <w:start w:w="75" w:type="dxa"/>
              <w:bottom w:w="75" w:type="dxa"/>
              <w:end w:w="75" w:type="dxa"/>
            </w:tcMar>
          </w:tcPr>
          <w:p w14:paraId="11C8F844" w14:textId="77777777" w:rsidR="00A564F2" w:rsidRDefault="00A564F2" w:rsidP="009D38E5">
            <w:pPr>
              <w:spacing w:before="0" w:after="0" w:line="240" w:lineRule="auto"/>
              <w:jc w:val="center"/>
              <w:bidi w:val="1"/>
              <w:mirrorIndents w:val="1"/>
            </w:pPr>
            <w:r>
              <w:rPr>
                <w:rFonts w:ascii="Arial" w:hAnsi="Arial" w:cs="Arial" w:eastAsia="Arial"/>
                <w:b w:val="0"/>
                <w:sz w:val="16"/>
                <w:rtl w:val="1"/>
                <w:szCs w:val="17"/>
              </w:rPr>
              <w:t>توصية</w:t>
            </w:r>
          </w:p>
        </w:tc>
      </w:tr>
      <w:tr w:rsidR="00A564F2" w14:paraId="498A4F94" w14:textId="77777777" w:rsidTr="009D38E5">
        <w:trPr>
          <w:cantSplit w:val="true"/>
          <w:trHeight w:hRule="atLeast"/>
        </w:trPr>
        <w:tc>
          <w:tcPr>
            <w:tcW w:w="4986" w:type="dxa"/>
            <w:vAlign w:val="center"/>
            <w:tcMar>
              <w:top w:w="75" w:type="dxa"/>
              <w:start w:w="75" w:type="dxa"/>
              <w:bottom w:w="75" w:type="dxa"/>
              <w:end w:w="75" w:type="dxa"/>
            </w:tcMar>
          </w:tcPr>
          <w:p w14:paraId="35A0C813" w14:textId="77777777" w:rsidR="00A564F2" w:rsidRDefault="00A564F2" w:rsidP="009D38E5">
            <w:pPr>
              <w:spacing w:before="0" w:after="0" w:line="240" w:lineRule="auto"/>
              <w:jc w:val="center"/>
              <w:bidi w:val="1"/>
              <w:mirrorIndents w:val="1"/>
            </w:pPr>
            <w:r>
              <w:rPr>
                <w:rFonts w:ascii="Arial" w:hAnsi="Arial" w:cs="Arial" w:eastAsia="Arial"/>
                <w:b/>
                <w:sz w:val="16"/>
                <w:rtl w:val="1"/>
                <w:szCs w:val="16"/>
              </w:rPr>
              <w:t>V</w:t>
            </w:r>
          </w:p>
        </w:tc>
        <w:tc>
          <w:tcPr>
            <w:tcW w:w="4986" w:type="dxa"/>
            <w:vAlign w:val="center"/>
            <w:tcMar>
              <w:top w:w="75" w:type="dxa"/>
              <w:start w:w="75" w:type="dxa"/>
              <w:bottom w:w="75" w:type="dxa"/>
              <w:end w:w="75" w:type="dxa"/>
            </w:tcMar>
          </w:tcPr>
          <w:p w14:paraId="74284FCD" w14:textId="77777777" w:rsidR="00A564F2" w:rsidRDefault="00A564F2" w:rsidP="009D38E5">
            <w:pPr>
              <w:spacing w:before="0" w:after="0" w:line="240" w:lineRule="auto"/>
              <w:jc w:val="center"/>
              <w:bidi w:val="1"/>
              <w:mirrorIndents w:val="1"/>
            </w:pPr>
            <w:r>
              <w:rPr>
                <w:rFonts w:ascii="Arial" w:hAnsi="Arial" w:cs="Arial" w:eastAsia="Arial"/>
                <w:b w:val="0"/>
                <w:sz w:val="16"/>
                <w:rtl w:val="1"/>
                <w:szCs w:val="17"/>
              </w:rPr>
              <w:t>مراجعة</w:t>
            </w:r>
          </w:p>
        </w:tc>
      </w:tr>
      <w:tr w:rsidR="00A564F2" w14:paraId="70CE01F0" w14:textId="77777777" w:rsidTr="009D38E5">
        <w:trPr>
          <w:cantSplit w:val="true"/>
          <w:trHeight w:hRule="atLeast"/>
        </w:trPr>
        <w:tc>
          <w:tcPr>
            <w:tcW w:w="4986" w:type="dxa"/>
            <w:vAlign w:val="center"/>
            <w:tcMar>
              <w:top w:w="75" w:type="dxa"/>
              <w:start w:w="75" w:type="dxa"/>
              <w:bottom w:w="75" w:type="dxa"/>
              <w:end w:w="75" w:type="dxa"/>
            </w:tcMar>
          </w:tcPr>
          <w:p w14:paraId="5A1BAE04" w14:textId="77777777" w:rsidR="00A564F2" w:rsidRDefault="00A564F2" w:rsidP="009D38E5">
            <w:pPr>
              <w:spacing w:before="0" w:after="0" w:line="240" w:lineRule="auto"/>
              <w:jc w:val="center"/>
              <w:bidi w:val="1"/>
              <w:mirrorIndents w:val="1"/>
            </w:pPr>
            <w:r>
              <w:rPr>
                <w:rFonts w:ascii="Arial" w:hAnsi="Arial" w:cs="Arial" w:eastAsia="Arial"/>
                <w:b/>
                <w:sz w:val="16"/>
                <w:rtl w:val="1"/>
                <w:szCs w:val="16"/>
              </w:rPr>
              <w:t>E</w:t>
            </w:r>
          </w:p>
        </w:tc>
        <w:tc>
          <w:tcPr>
            <w:tcW w:w="4986" w:type="dxa"/>
            <w:vAlign w:val="center"/>
            <w:tcMar>
              <w:top w:w="75" w:type="dxa"/>
              <w:start w:w="75" w:type="dxa"/>
              <w:bottom w:w="75" w:type="dxa"/>
              <w:end w:w="75" w:type="dxa"/>
            </w:tcMar>
          </w:tcPr>
          <w:p w14:paraId="72EFB3B4" w14:textId="77777777" w:rsidR="00A564F2" w:rsidRDefault="00A564F2" w:rsidP="009D38E5">
            <w:pPr>
              <w:spacing w:before="0" w:after="0" w:line="240" w:lineRule="auto"/>
              <w:jc w:val="center"/>
              <w:bidi w:val="1"/>
              <w:mirrorIndents w:val="1"/>
            </w:pPr>
            <w:r>
              <w:rPr>
                <w:rFonts w:ascii="Arial" w:hAnsi="Arial" w:cs="Arial" w:eastAsia="Arial"/>
                <w:b w:val="0"/>
                <w:sz w:val="16"/>
                <w:rtl w:val="1"/>
                <w:szCs w:val="17"/>
              </w:rPr>
              <w:t>تنفيذ</w:t>
            </w:r>
          </w:p>
        </w:tc>
      </w:tr>
      <w:tr>
        <w:trPr>
          <w:cantSplit/>
          <w:trHeight w:hRule="atLeast"/>
        </w:trPr>
        <w:tc>
          <w:tcPr>
            <w:tcW w:type="dxa" w:w="4986"/>
            <w:vAlign w:val="center"/>
            <w:tcMar>
              <w:top w:w="75" w:type="dxa"/>
              <w:start w:w="75" w:type="dxa"/>
              <w:bottom w:w="75" w:type="dxa"/>
              <w:end w:w="75" w:type="dxa"/>
            </w:tcMar>
          </w:tcPr>
          <w:p>
            <w:pPr>
              <w:spacing w:before="0" w:after="0" w:line="240" w:lineRule="auto"/>
              <w:jc w:val="center"/>
              <w:bidi/>
            </w:pPr>
            <w:r>
              <w:rPr>
                <w:rFonts w:ascii="Arial" w:hAnsi="Arial" w:cs="Arial" w:eastAsia="Arial"/>
                <w:b/>
                <w:sz w:val="16"/>
                <w:szCs w:val="16"/>
                <w:rtl/>
              </w:rPr>
              <w:t>I</w:t>
            </w:r>
          </w:p>
        </w:tc>
        <w:tc>
          <w:tcPr>
            <w:tcW w:type="dxa" w:w="4986"/>
            <w:vAlign w:val="center"/>
            <w:tcMar>
              <w:top w:w="75" w:type="dxa"/>
              <w:start w:w="75" w:type="dxa"/>
              <w:bottom w:w="75" w:type="dxa"/>
              <w:end w:w="75" w:type="dxa"/>
            </w:tcMar>
          </w:tcPr>
          <w:p>
            <w:pPr>
              <w:spacing w:before="0" w:after="0" w:line="240" w:lineRule="auto"/>
              <w:jc w:val="center"/>
              <w:bidi/>
            </w:pPr>
            <w:r>
              <w:rPr>
                <w:rFonts w:ascii="Arial" w:hAnsi="Arial" w:cs="Arial" w:eastAsia="Arial"/>
                <w:b w:val="0"/>
                <w:sz w:val="16"/>
                <w:szCs w:val="17"/>
                <w:rtl/>
              </w:rPr>
              <w:t>إحاطة</w:t>
            </w:r>
          </w:p>
        </w:tc>
      </w:tr>
    </w:tbl>
    <w:p w14:paraId="2A2D56A4" w14:textId="77777777" w:rsidR="00A564F2" w:rsidRDefault="00A564F2" w:rsidP="00A564F2">
      <w:pPr>
        <w:bidi/>
      </w:pPr>
    </w:p>
    <w:p w14:paraId="28618E32" w14:textId="77777777" w:rsidR="00A564F2" w:rsidRDefault="00A564F2" w:rsidP="00A564F2">
      <w:pPr>
        <w:bidi/>
      </w:pPr>
      <w:r>
        <w:rPr>
          <w:rFonts w:ascii="Arial" w:hAnsi="Arial" w:eastAsia="Arial" w:cs="Arial"/>
          <w:sz w:val="21"/>
          <w:szCs w:val="21"/>
        </w:rPr>
        <w:br w:type="page"/>
      </w:r>
    </w:p>
    <w:p w14:paraId="4198EBFB" w14:textId="77777777" w:rsidR="00A564F2" w:rsidRDefault="00A564F2" w:rsidP="00A564F2">
      <w:pPr>
        <w:pStyle w:val="Heading1"/>
        <w:bidi w:val="1"/>
        <w:spacing w:before="160" w:after="120"/>
        <w:jc w:val="right"/>
        <w:keepNext w:val="1"/>
      </w:pPr>
      <w:r>
        <w:t>التطوع</w:t>
      </w:r>
    </w:p>
    <w:p w14:paraId="22A1D187" w14:textId="77777777" w:rsidR="00A564F2" w:rsidRDefault="00A564F2" w:rsidP="00A564F2">
      <w:pPr>
        <w:pStyle w:val="Heading2"/>
        <w:bidi w:val="1"/>
        <w:jc w:val="right"/>
      </w:pPr>
      <w:r>
        <w:t>التطوع</w:t>
      </w:r>
    </w:p>
    <w:tbl>
      <w:tblPr>
        <w:tblStyle w:val="TableGrid"/>
        <w:tblW w:w="0" w:type="auto"/>
        <w:tblLook w:val="04A0" w:firstRow="1" w:lastRow="0" w:firstColumn="1" w:lastColumn="0" w:noHBand="0" w:noVBand="1"/>
        <w:bidiVisual w:val="1"/>
        <w:jc w:val="center"/>
        <w:tblLayout w:type="fixed"/>
      </w:tblPr>
      <w:tblGrid>
        <w:gridCol w:w="1108"/>
        <w:gridCol w:w="1138"/>
        <w:gridCol w:w="1108"/>
        <w:gridCol w:w="1108"/>
        <w:gridCol w:w="1108"/>
        <w:gridCol w:w="1108"/>
        <w:gridCol w:w="1108"/>
        <w:gridCol w:w="1108"/>
        <w:gridCol w:w="1108"/>
      </w:tblGrid>
      <w:tr w:rsidR="00A564F2" w14:paraId="5CB2E8ED" w14:textId="77777777" w:rsidTr="009D38E5">
        <w:trPr>
          <w:trHeight w:hRule="atLeast"/>
          <w:tblHeader w:val="true"/>
          <w:cantSplit w:val="true"/>
        </w:trPr>
        <w:tc>
          <w:tcPr>
            <w:tcW w:w="1108" w:type="dxa"/>
            <w:shd w:val="clear" w:color="auto" w:fill="D9EAD3"/>
            <w:vAlign w:val="center"/>
            <w:tcMar>
              <w:top w:w="75" w:type="dxa"/>
              <w:start w:w="75" w:type="dxa"/>
              <w:bottom w:w="75" w:type="dxa"/>
              <w:end w:w="75" w:type="dxa"/>
            </w:tcMar>
          </w:tcPr>
          <w:p>
            <w:pPr>
              <w:spacing w:before="0" w:after="0" w:line="240" w:lineRule="auto"/>
              <w:jc w:val="center"/>
              <w:bidi/>
            </w:pPr>
            <w:r>
              <w:rPr>
                <w:rFonts w:ascii="Arial" w:hAnsi="Arial" w:cs="Arial"/>
                <w:sz w:val="15"/>
                <w:rtl/>
              </w:rPr>
            </w:r>
            <w:r>
              <w:rPr>
                <w:rFonts w:ascii="Arial" w:hAnsi="Arial" w:cs="Arial"/>
                <w:b/>
                <w:sz w:val="15"/>
                <w:rtl/>
              </w:rPr>
              <w:t>المحور</w:t>
            </w:r>
          </w:p>
        </w:tc>
        <w:tc>
          <w:tcPr>
            <w:tcW w:w="1108" w:type="dxa"/>
            <w:shd w:val="clear" w:color="auto" w:fill="D9EAD3"/>
            <w:vAlign w:val="center"/>
            <w:tcMar>
              <w:top w:w="75" w:type="dxa"/>
              <w:start w:w="75" w:type="dxa"/>
              <w:bottom w:w="75" w:type="dxa"/>
              <w:end w:w="75" w:type="dxa"/>
            </w:tcMar>
          </w:tcPr>
          <w:p>
            <w:pPr>
              <w:spacing w:before="0" w:after="0" w:line="240" w:lineRule="auto"/>
              <w:jc w:val="center"/>
              <w:bidi/>
            </w:pPr>
            <w:r>
              <w:rPr>
                <w:rFonts w:ascii="Arial" w:hAnsi="Arial" w:cs="Arial"/>
                <w:sz w:val="15"/>
                <w:rtl/>
              </w:rPr>
            </w:r>
            <w:r>
              <w:rPr>
                <w:rFonts w:ascii="Arial" w:hAnsi="Arial" w:cs="Arial"/>
                <w:b/>
                <w:sz w:val="15"/>
                <w:rtl/>
              </w:rPr>
              <w:t>الإجراء</w:t>
            </w:r>
          </w:p>
        </w:tc>
        <w:tc>
          <w:tcPr>
            <w:tcW w:w="1108" w:type="dxa"/>
            <w:shd w:val="clear" w:color="auto" w:fill="D9EAD3"/>
            <w:vAlign w:val="center"/>
            <w:tcMar>
              <w:top w:w="75" w:type="dxa"/>
              <w:start w:w="75" w:type="dxa"/>
              <w:bottom w:w="75" w:type="dxa"/>
              <w:end w:w="75" w:type="dxa"/>
            </w:tcMar>
          </w:tcPr>
          <w:p>
            <w:pPr>
              <w:spacing w:before="0" w:after="0" w:line="240" w:lineRule="auto"/>
              <w:jc w:val="center"/>
              <w:bidi/>
            </w:pPr>
            <w:r>
              <w:rPr>
                <w:rFonts w:ascii="Arial" w:hAnsi="Arial" w:cs="Arial"/>
                <w:sz w:val="15"/>
                <w:rtl/>
              </w:rPr>
            </w:r>
            <w:r>
              <w:rPr>
                <w:rFonts w:ascii="Arial" w:hAnsi="Arial" w:cs="Arial"/>
                <w:b/>
                <w:sz w:val="15"/>
                <w:rtl/>
              </w:rPr>
              <w:t>مجلس الإدارة</w:t>
            </w:r>
          </w:p>
        </w:tc>
        <w:tc>
          <w:tcPr>
            <w:tcW w:w="1108" w:type="dxa"/>
            <w:shd w:val="clear" w:color="auto" w:fill="D9EAD3"/>
            <w:vAlign w:val="center"/>
            <w:tcMar>
              <w:top w:w="75" w:type="dxa"/>
              <w:start w:w="75" w:type="dxa"/>
              <w:bottom w:w="75" w:type="dxa"/>
              <w:end w:w="75" w:type="dxa"/>
            </w:tcMar>
          </w:tcPr>
          <w:p>
            <w:pPr>
              <w:spacing w:before="0" w:after="0" w:line="240" w:lineRule="auto"/>
              <w:jc w:val="center"/>
              <w:bidi/>
            </w:pPr>
            <w:r>
              <w:rPr>
                <w:rFonts w:ascii="Arial" w:hAnsi="Arial" w:cs="Arial"/>
                <w:sz w:val="15"/>
                <w:rtl/>
              </w:rPr>
            </w:r>
            <w:r>
              <w:rPr>
                <w:rFonts w:ascii="Arial" w:hAnsi="Arial" w:cs="Arial"/>
                <w:b/>
                <w:sz w:val="15"/>
                <w:rtl/>
              </w:rPr>
              <w:t>رئيس المجلس</w:t>
            </w:r>
          </w:p>
        </w:tc>
        <w:tc>
          <w:tcPr>
            <w:tcW w:w="1108" w:type="dxa"/>
            <w:shd w:val="clear" w:color="auto" w:fill="D9EAD3"/>
            <w:vAlign w:val="center"/>
            <w:tcMar>
              <w:top w:w="75" w:type="dxa"/>
              <w:start w:w="75" w:type="dxa"/>
              <w:bottom w:w="75" w:type="dxa"/>
              <w:end w:w="75" w:type="dxa"/>
            </w:tcMar>
          </w:tcPr>
          <w:p>
            <w:pPr>
              <w:spacing w:before="0" w:after="0" w:line="240" w:lineRule="auto"/>
              <w:jc w:val="center"/>
              <w:bidi/>
            </w:pPr>
            <w:r>
              <w:rPr>
                <w:rFonts w:ascii="Arial" w:hAnsi="Arial" w:cs="Arial"/>
                <w:sz w:val="15"/>
                <w:rtl/>
              </w:rPr>
            </w:r>
            <w:r>
              <w:rPr>
                <w:rFonts w:ascii="Arial" w:hAnsi="Arial" w:cs="Arial"/>
                <w:b/>
                <w:sz w:val="15"/>
                <w:rtl/>
              </w:rPr>
              <w:t>المدير التنفيذي</w:t>
            </w:r>
          </w:p>
        </w:tc>
        <w:tc>
          <w:tcPr>
            <w:tcW w:w="1108" w:type="dxa"/>
            <w:shd w:val="clear" w:color="auto" w:fill="D9EAD3"/>
            <w:vAlign w:val="center"/>
            <w:tcMar>
              <w:top w:w="75" w:type="dxa"/>
              <w:start w:w="75" w:type="dxa"/>
              <w:bottom w:w="75" w:type="dxa"/>
              <w:end w:w="75" w:type="dxa"/>
            </w:tcMar>
          </w:tcPr>
          <w:p>
            <w:pPr>
              <w:spacing w:before="0" w:after="0" w:line="240" w:lineRule="auto"/>
              <w:jc w:val="center"/>
              <w:bidi/>
            </w:pPr>
            <w:r>
              <w:rPr>
                <w:rFonts w:ascii="Arial" w:hAnsi="Arial" w:cs="Arial"/>
                <w:sz w:val="15"/>
                <w:rtl/>
              </w:rPr>
            </w:r>
            <w:r>
              <w:rPr>
                <w:rFonts w:ascii="Arial" w:hAnsi="Arial" w:cs="Arial"/>
                <w:b/>
                <w:sz w:val="15"/>
                <w:rtl/>
              </w:rPr>
              <w:t>مسؤول التطوع</w:t>
            </w:r>
          </w:p>
        </w:tc>
        <w:tc>
          <w:tcPr>
            <w:tcW w:w="1108" w:type="dxa"/>
            <w:shd w:val="clear" w:color="auto" w:fill="D9EAD3"/>
            <w:vAlign w:val="center"/>
            <w:tcMar>
              <w:top w:w="75" w:type="dxa"/>
              <w:start w:w="75" w:type="dxa"/>
              <w:bottom w:w="75" w:type="dxa"/>
              <w:end w:w="75" w:type="dxa"/>
            </w:tcMar>
          </w:tcPr>
          <w:p>
            <w:pPr>
              <w:spacing w:before="0" w:after="0" w:line="240" w:lineRule="auto"/>
              <w:jc w:val="center"/>
              <w:bidi/>
            </w:pPr>
            <w:r>
              <w:rPr>
                <w:rFonts w:ascii="Arial" w:hAnsi="Arial" w:cs="Arial"/>
                <w:sz w:val="15"/>
                <w:rtl/>
              </w:rPr>
            </w:r>
            <w:r>
              <w:rPr>
                <w:rFonts w:ascii="Arial" w:hAnsi="Arial" w:cs="Arial"/>
                <w:b/>
                <w:sz w:val="15"/>
                <w:rtl/>
              </w:rPr>
              <w:t>مشرف الفرصة</w:t>
            </w:r>
          </w:p>
        </w:tc>
        <w:tc>
          <w:tcPr>
            <w:tcW w:w="1108" w:type="dxa"/>
            <w:shd w:val="clear" w:color="auto" w:fill="D9EAD3"/>
            <w:vAlign w:val="center"/>
            <w:tcMar>
              <w:top w:w="75" w:type="dxa"/>
              <w:start w:w="75" w:type="dxa"/>
              <w:bottom w:w="75" w:type="dxa"/>
              <w:end w:w="75" w:type="dxa"/>
            </w:tcMar>
          </w:tcPr>
          <w:p>
            <w:pPr>
              <w:spacing w:before="0" w:after="0" w:line="240" w:lineRule="auto"/>
              <w:jc w:val="center"/>
              <w:bidi/>
            </w:pPr>
            <w:r>
              <w:rPr>
                <w:rFonts w:ascii="Arial" w:hAnsi="Arial" w:cs="Arial"/>
                <w:sz w:val="15"/>
                <w:rtl/>
              </w:rPr>
            </w:r>
            <w:r>
              <w:rPr>
                <w:rFonts w:ascii="Arial" w:hAnsi="Arial" w:cs="Arial"/>
                <w:b/>
                <w:sz w:val="15"/>
                <w:rtl/>
              </w:rPr>
              <w:t>الوحدة المستفيدة</w:t>
            </w:r>
          </w:p>
        </w:tc>
        <w:tc>
          <w:tcPr>
            <w:tcW w:w="1108" w:type="dxa"/>
            <w:shd w:val="clear" w:color="auto" w:fill="D9EAD3"/>
            <w:vAlign w:val="center"/>
            <w:tcMar>
              <w:top w:w="75" w:type="dxa"/>
              <w:start w:w="75" w:type="dxa"/>
              <w:bottom w:w="75" w:type="dxa"/>
              <w:end w:w="75" w:type="dxa"/>
            </w:tcMar>
          </w:tcPr>
          <w:p>
            <w:pPr>
              <w:spacing w:before="0" w:after="0" w:line="240" w:lineRule="auto"/>
              <w:jc w:val="center"/>
              <w:bidi/>
            </w:pPr>
            <w:r>
              <w:rPr>
                <w:rFonts w:ascii="Arial" w:hAnsi="Arial" w:cs="Arial"/>
                <w:sz w:val="15"/>
                <w:rtl/>
              </w:rPr>
            </w:r>
            <w:r>
              <w:rPr>
                <w:rFonts w:ascii="Arial" w:hAnsi="Arial" w:cs="Arial"/>
                <w:b/>
                <w:sz w:val="15"/>
                <w:rtl/>
              </w:rPr>
              <w:t>ملاحظات</w:t>
            </w:r>
          </w:p>
        </w:tc>
      </w:tr>
      <w:tr w:rsidR="00A564F2" w14:paraId="4EE7427B" w14:textId="77777777" w:rsidTr="009D38E5">
        <w:trPr>
          <w:cantSplit w:val="true"/>
          <w:trHeight w:hRule="atLeast"/>
        </w:trPr>
        <w:tc>
          <w:tcPr>
            <w:tcW w:w="1108" w:type="dxa"/>
            <w:vAlign w:val="center"/>
            <w:tcMar>
              <w:top w:w="75" w:type="dxa"/>
              <w:start w:w="75" w:type="dxa"/>
              <w:bottom w:w="75" w:type="dxa"/>
              <w:end w:w="75" w:type="dxa"/>
            </w:tcMar>
          </w:tcPr>
          <w:p w14:paraId="3F8B6DC6" w14:textId="77777777" w:rsidR="00A564F2" w:rsidRDefault="00A564F2" w:rsidP="009D38E5">
            <w:pPr>
              <w:spacing w:before="0" w:after="0" w:line="240" w:lineRule="auto"/>
              <w:jc w:val="center"/>
              <w:bidi w:val="1"/>
              <w:mirrorIndents w:val="1"/>
            </w:pPr>
            <w:proofErr w:type="spellStart"/>
            <w:r>
              <w:rPr>
                <w:rFonts w:ascii="Arial" w:hAnsi="Arial" w:cs="Arial" w:eastAsia="Arial"/>
                <w:b w:val="0"/>
                <w:sz w:val="15"/>
                <w:rtl w:val="1"/>
                <w:szCs w:val="15"/>
              </w:rPr>
              <w:t>التطوع</w:t>
            </w:r>
            <w:proofErr w:type="spellEnd"/>
          </w:p>
        </w:tc>
        <w:tc>
          <w:tcPr>
            <w:tcW w:w="1108" w:type="dxa"/>
            <w:vAlign w:val="center"/>
            <w:tcMar>
              <w:top w:w="75" w:type="dxa"/>
              <w:start w:w="75" w:type="dxa"/>
              <w:bottom w:w="75" w:type="dxa"/>
              <w:end w:w="75" w:type="dxa"/>
            </w:tcMar>
          </w:tcPr>
          <w:p w14:paraId="62FF1CD2" w14:textId="77777777" w:rsidR="00A564F2" w:rsidRDefault="00A564F2" w:rsidP="009D38E5">
            <w:pPr>
              <w:spacing w:before="0" w:after="0" w:line="240" w:lineRule="auto"/>
              <w:jc w:val="center"/>
              <w:bidi w:val="1"/>
              <w:mirrorIndents w:val="1"/>
            </w:pPr>
            <w:r>
              <w:rPr>
                <w:rFonts w:ascii="Arial" w:hAnsi="Arial" w:cs="Arial" w:eastAsia="Arial"/>
                <w:b w:val="0"/>
                <w:sz w:val="15"/>
                <w:rtl w:val="1"/>
                <w:szCs w:val="15"/>
              </w:rPr>
              <w:t xml:space="preserve">اعتماد </w:t>
            </w:r>
            <w:proofErr w:type="spellStart"/>
            <w:r>
              <w:rPr>
                <w:rFonts w:ascii="Arial" w:hAnsi="Arial" w:cs="Arial" w:eastAsia="Arial"/>
                <w:b w:val="0"/>
                <w:sz w:val="15"/>
                <w:rtl w:val="1"/>
                <w:szCs w:val="15"/>
              </w:rPr>
              <w:t>الفرص</w:t>
            </w:r>
            <w:proofErr w:type="spellEnd"/>
            <w:r>
              <w:rPr>
                <w:rFonts w:ascii="Arial" w:hAnsi="Arial" w:cs="Arial" w:eastAsia="Arial"/>
                <w:b w:val="0"/>
                <w:sz w:val="15"/>
                <w:rtl w:val="1"/>
                <w:szCs w:val="15"/>
              </w:rPr>
              <w:t xml:space="preserve"> </w:t>
            </w:r>
            <w:proofErr w:type="spellStart"/>
            <w:r>
              <w:rPr>
                <w:rFonts w:ascii="Arial" w:hAnsi="Arial" w:cs="Arial" w:eastAsia="Arial"/>
                <w:b w:val="0"/>
                <w:sz w:val="15"/>
                <w:rtl w:val="1"/>
                <w:szCs w:val="15"/>
              </w:rPr>
              <w:t>التطوعية</w:t>
            </w:r>
            <w:proofErr w:type="spellEnd"/>
          </w:p>
        </w:tc>
        <w:tc>
          <w:tcPr>
            <w:tcW w:w="1108" w:type="dxa"/>
            <w:vAlign w:val="center"/>
            <w:tcMar>
              <w:top w:w="75" w:type="dxa"/>
              <w:start w:w="75" w:type="dxa"/>
              <w:bottom w:w="75" w:type="dxa"/>
              <w:end w:w="75" w:type="dxa"/>
            </w:tcMar>
          </w:tcPr>
          <w:p>
            <w:pPr>
              <w:spacing w:before="0" w:after="0" w:line="240" w:lineRule="auto"/>
              <w:jc w:val="center"/>
              <w:bidi/>
            </w:pPr>
            <w:r>
              <w:rPr>
                <w:rFonts w:ascii="Arial" w:hAnsi="Arial" w:cs="Arial"/>
                <w:sz w:val="15"/>
                <w:rtl/>
              </w:rPr>
            </w:r>
            <w:r>
              <w:rPr>
                <w:rFonts w:ascii="Arial" w:hAnsi="Arial" w:cs="Arial"/>
                <w:b w:val="0"/>
                <w:sz w:val="15"/>
                <w:rtl/>
              </w:rPr>
            </w:r>
          </w:p>
        </w:tc>
        <w:tc>
          <w:tcPr>
            <w:tcW w:w="1108" w:type="dxa"/>
            <w:vAlign w:val="center"/>
            <w:tcMar>
              <w:top w:w="75" w:type="dxa"/>
              <w:start w:w="75" w:type="dxa"/>
              <w:bottom w:w="75" w:type="dxa"/>
              <w:end w:w="75" w:type="dxa"/>
            </w:tcMar>
          </w:tcPr>
          <w:p>
            <w:pPr>
              <w:spacing w:before="0" w:after="0" w:line="240" w:lineRule="auto"/>
              <w:jc w:val="center"/>
              <w:bidi/>
            </w:pPr>
            <w:r>
              <w:rPr>
                <w:rFonts w:ascii="Arial" w:hAnsi="Arial" w:cs="Arial"/>
                <w:sz w:val="15"/>
                <w:rtl/>
              </w:rPr>
            </w:r>
            <w:r>
              <w:rPr>
                <w:rFonts w:ascii="Arial" w:hAnsi="Arial" w:cs="Arial"/>
                <w:b w:val="0"/>
                <w:sz w:val="15"/>
                <w:rtl/>
              </w:rPr>
            </w:r>
          </w:p>
        </w:tc>
        <w:tc>
          <w:tcPr>
            <w:tcW w:w="1108" w:type="dxa"/>
            <w:vAlign w:val="center"/>
            <w:tcMar>
              <w:top w:w="75" w:type="dxa"/>
              <w:start w:w="75" w:type="dxa"/>
              <w:bottom w:w="75" w:type="dxa"/>
              <w:end w:w="75" w:type="dxa"/>
            </w:tcMar>
          </w:tcPr>
          <w:p>
            <w:pPr>
              <w:spacing w:before="0" w:after="0" w:line="240" w:lineRule="auto"/>
              <w:jc w:val="center"/>
              <w:bidi/>
            </w:pPr>
            <w:r>
              <w:rPr>
                <w:rFonts w:ascii="Arial" w:hAnsi="Arial" w:cs="Arial"/>
                <w:sz w:val="15"/>
                <w:rtl/>
              </w:rPr>
            </w:r>
            <w:r>
              <w:rPr>
                <w:rFonts w:ascii="Arial" w:hAnsi="Arial" w:cs="Arial"/>
                <w:b w:val="0"/>
                <w:sz w:val="15"/>
                <w:rtl/>
              </w:rPr>
              <w:t>A</w:t>
            </w:r>
          </w:p>
        </w:tc>
        <w:tc>
          <w:tcPr>
            <w:tcW w:w="1108" w:type="dxa"/>
            <w:vAlign w:val="center"/>
            <w:tcMar>
              <w:top w:w="75" w:type="dxa"/>
              <w:start w:w="75" w:type="dxa"/>
              <w:bottom w:w="75" w:type="dxa"/>
              <w:end w:w="75" w:type="dxa"/>
            </w:tcMar>
          </w:tcPr>
          <w:p>
            <w:pPr>
              <w:spacing w:before="0" w:after="0" w:line="240" w:lineRule="auto"/>
              <w:jc w:val="center"/>
              <w:bidi/>
            </w:pPr>
            <w:r>
              <w:rPr>
                <w:rFonts w:ascii="Arial" w:hAnsi="Arial" w:cs="Arial"/>
                <w:sz w:val="15"/>
                <w:rtl/>
              </w:rPr>
            </w:r>
            <w:r>
              <w:rPr>
                <w:rFonts w:ascii="Arial" w:hAnsi="Arial" w:cs="Arial"/>
                <w:b w:val="0"/>
                <w:sz w:val="15"/>
                <w:rtl/>
              </w:rPr>
              <w:t>R</w:t>
            </w:r>
          </w:p>
        </w:tc>
        <w:tc>
          <w:tcPr>
            <w:tcW w:w="1108" w:type="dxa"/>
            <w:vAlign w:val="center"/>
            <w:tcMar>
              <w:top w:w="75" w:type="dxa"/>
              <w:start w:w="75" w:type="dxa"/>
              <w:bottom w:w="75" w:type="dxa"/>
              <w:end w:w="75" w:type="dxa"/>
            </w:tcMar>
          </w:tcPr>
          <w:p>
            <w:pPr>
              <w:spacing w:before="0" w:after="0" w:line="240" w:lineRule="auto"/>
              <w:jc w:val="center"/>
              <w:bidi/>
            </w:pPr>
            <w:r>
              <w:rPr>
                <w:rFonts w:ascii="Arial" w:hAnsi="Arial" w:cs="Arial"/>
                <w:sz w:val="15"/>
                <w:rtl/>
              </w:rPr>
            </w:r>
            <w:r>
              <w:rPr>
                <w:rFonts w:ascii="Arial" w:hAnsi="Arial" w:cs="Arial"/>
                <w:b w:val="0"/>
                <w:sz w:val="15"/>
                <w:rtl/>
              </w:rPr>
              <w:t>V</w:t>
            </w:r>
          </w:p>
        </w:tc>
        <w:tc>
          <w:tcPr>
            <w:tcW w:w="1108" w:type="dxa"/>
            <w:vAlign w:val="center"/>
            <w:tcMar>
              <w:top w:w="75" w:type="dxa"/>
              <w:start w:w="75" w:type="dxa"/>
              <w:bottom w:w="75" w:type="dxa"/>
              <w:end w:w="75" w:type="dxa"/>
            </w:tcMar>
          </w:tcPr>
          <w:p>
            <w:pPr>
              <w:spacing w:before="0" w:after="0" w:line="240" w:lineRule="auto"/>
              <w:jc w:val="center"/>
              <w:bidi/>
            </w:pPr>
            <w:r>
              <w:rPr>
                <w:rFonts w:ascii="Arial" w:hAnsi="Arial" w:cs="Arial"/>
                <w:sz w:val="15"/>
                <w:rtl/>
              </w:rPr>
            </w:r>
            <w:r>
              <w:rPr>
                <w:rFonts w:ascii="Arial" w:hAnsi="Arial" w:cs="Arial"/>
                <w:b w:val="0"/>
                <w:sz w:val="15"/>
                <w:rtl/>
              </w:rPr>
              <w:t>E</w:t>
            </w:r>
          </w:p>
        </w:tc>
        <w:tc>
          <w:tcPr>
            <w:tcW w:w="1108" w:type="dxa"/>
            <w:vAlign w:val="center"/>
            <w:tcMar>
              <w:top w:w="75" w:type="dxa"/>
              <w:start w:w="75" w:type="dxa"/>
              <w:bottom w:w="75" w:type="dxa"/>
              <w:end w:w="75" w:type="dxa"/>
            </w:tcMar>
          </w:tcPr>
          <w:p>
            <w:pPr>
              <w:spacing w:before="0" w:after="0" w:line="240" w:lineRule="auto"/>
              <w:jc w:val="center"/>
              <w:bidi/>
            </w:pPr>
            <w:r>
              <w:rPr>
                <w:rFonts w:ascii="Arial" w:hAnsi="Arial" w:cs="Arial"/>
                <w:sz w:val="15"/>
                <w:rtl/>
              </w:rPr>
            </w:r>
            <w:r>
              <w:rPr>
                <w:rFonts w:ascii="Arial" w:hAnsi="Arial" w:cs="Arial"/>
                <w:b w:val="0"/>
                <w:sz w:val="15"/>
                <w:rtl/>
              </w:rPr>
              <w:t>وفق الخطة المعتمدة</w:t>
            </w:r>
          </w:p>
        </w:tc>
      </w:tr>
      <w:tr w:rsidR="00A564F2" w14:paraId="07970EE3" w14:textId="77777777" w:rsidTr="009D38E5">
        <w:trPr>
          <w:cantSplit w:val="true"/>
          <w:trHeight w:hRule="atLeast"/>
        </w:trPr>
        <w:tc>
          <w:tcPr>
            <w:tcW w:w="1108" w:type="dxa"/>
            <w:vAlign w:val="center"/>
            <w:tcMar>
              <w:top w:w="75" w:type="dxa"/>
              <w:start w:w="75" w:type="dxa"/>
              <w:bottom w:w="75" w:type="dxa"/>
              <w:end w:w="75" w:type="dxa"/>
            </w:tcMar>
          </w:tcPr>
          <w:p w14:paraId="18EE4EAA" w14:textId="77777777" w:rsidR="00A564F2" w:rsidRDefault="00A564F2" w:rsidP="009D38E5">
            <w:pPr>
              <w:spacing w:before="0" w:after="0" w:line="240" w:lineRule="auto"/>
              <w:jc w:val="center"/>
              <w:bidi w:val="1"/>
              <w:mirrorIndents w:val="1"/>
            </w:pPr>
            <w:proofErr w:type="spellStart"/>
            <w:r>
              <w:rPr>
                <w:rFonts w:ascii="Arial" w:hAnsi="Arial" w:cs="Arial" w:eastAsia="Arial"/>
                <w:b w:val="0"/>
                <w:sz w:val="15"/>
                <w:rtl w:val="1"/>
                <w:szCs w:val="15"/>
              </w:rPr>
              <w:t>التطوع</w:t>
            </w:r>
            <w:proofErr w:type="spellEnd"/>
          </w:p>
        </w:tc>
        <w:tc>
          <w:tcPr>
            <w:tcW w:w="1108" w:type="dxa"/>
            <w:vAlign w:val="center"/>
            <w:tcMar>
              <w:top w:w="75" w:type="dxa"/>
              <w:start w:w="75" w:type="dxa"/>
              <w:bottom w:w="75" w:type="dxa"/>
              <w:end w:w="75" w:type="dxa"/>
            </w:tcMar>
          </w:tcPr>
          <w:p w14:paraId="094C8B68" w14:textId="77777777" w:rsidR="00A564F2" w:rsidRDefault="00A564F2" w:rsidP="009D38E5">
            <w:pPr>
              <w:spacing w:before="0" w:after="0" w:line="240" w:lineRule="auto"/>
              <w:jc w:val="center"/>
              <w:bidi w:val="1"/>
              <w:mirrorIndents w:val="1"/>
            </w:pPr>
            <w:r>
              <w:rPr>
                <w:rFonts w:ascii="Arial" w:hAnsi="Arial" w:cs="Arial" w:eastAsia="Arial"/>
                <w:b w:val="0"/>
                <w:sz w:val="15"/>
                <w:rtl w:val="1"/>
                <w:szCs w:val="15"/>
              </w:rPr>
              <w:t xml:space="preserve">اعتماد </w:t>
            </w:r>
            <w:proofErr w:type="spellStart"/>
            <w:r>
              <w:rPr>
                <w:rFonts w:ascii="Arial" w:hAnsi="Arial" w:cs="Arial" w:eastAsia="Arial"/>
                <w:b w:val="0"/>
                <w:sz w:val="15"/>
                <w:rtl w:val="1"/>
                <w:szCs w:val="15"/>
              </w:rPr>
              <w:t>استقطاب</w:t>
            </w:r>
            <w:proofErr w:type="spellEnd"/>
            <w:r>
              <w:rPr>
                <w:rFonts w:ascii="Arial" w:hAnsi="Arial" w:cs="Arial" w:eastAsia="Arial"/>
                <w:b w:val="0"/>
                <w:sz w:val="15"/>
                <w:rtl w:val="1"/>
                <w:szCs w:val="15"/>
              </w:rPr>
              <w:t xml:space="preserve"> </w:t>
            </w:r>
            <w:proofErr w:type="spellStart"/>
            <w:r>
              <w:rPr>
                <w:rFonts w:ascii="Arial" w:hAnsi="Arial" w:cs="Arial" w:eastAsia="Arial"/>
                <w:b w:val="0"/>
                <w:sz w:val="15"/>
                <w:rtl w:val="1"/>
                <w:szCs w:val="15"/>
              </w:rPr>
              <w:t>المتطوعين</w:t>
            </w:r>
            <w:proofErr w:type="spellEnd"/>
          </w:p>
        </w:tc>
        <w:tc>
          <w:tcPr>
            <w:tcW w:w="1108" w:type="dxa"/>
            <w:vAlign w:val="center"/>
            <w:tcMar>
              <w:top w:w="75" w:type="dxa"/>
              <w:start w:w="75" w:type="dxa"/>
              <w:bottom w:w="75" w:type="dxa"/>
              <w:end w:w="75" w:type="dxa"/>
            </w:tcMar>
          </w:tcPr>
          <w:p>
            <w:pPr>
              <w:spacing w:before="0" w:after="0" w:line="240" w:lineRule="auto"/>
              <w:jc w:val="center"/>
              <w:bidi/>
            </w:pPr>
            <w:r>
              <w:rPr>
                <w:rFonts w:ascii="Arial" w:hAnsi="Arial" w:cs="Arial"/>
                <w:sz w:val="15"/>
                <w:rtl/>
              </w:rPr>
            </w:r>
            <w:r>
              <w:rPr>
                <w:rFonts w:ascii="Arial" w:hAnsi="Arial" w:cs="Arial"/>
                <w:b w:val="0"/>
                <w:sz w:val="15"/>
                <w:rtl/>
              </w:rPr>
            </w:r>
          </w:p>
        </w:tc>
        <w:tc>
          <w:tcPr>
            <w:tcW w:w="1108" w:type="dxa"/>
            <w:vAlign w:val="center"/>
            <w:tcMar>
              <w:top w:w="75" w:type="dxa"/>
              <w:start w:w="75" w:type="dxa"/>
              <w:bottom w:w="75" w:type="dxa"/>
              <w:end w:w="75" w:type="dxa"/>
            </w:tcMar>
          </w:tcPr>
          <w:p>
            <w:pPr>
              <w:spacing w:before="0" w:after="0" w:line="240" w:lineRule="auto"/>
              <w:jc w:val="center"/>
              <w:bidi/>
            </w:pPr>
            <w:r>
              <w:rPr>
                <w:rFonts w:ascii="Arial" w:hAnsi="Arial" w:cs="Arial"/>
                <w:sz w:val="15"/>
                <w:rtl/>
              </w:rPr>
            </w:r>
            <w:r>
              <w:rPr>
                <w:rFonts w:ascii="Arial" w:hAnsi="Arial" w:cs="Arial"/>
                <w:b w:val="0"/>
                <w:sz w:val="15"/>
                <w:rtl/>
              </w:rPr>
            </w:r>
          </w:p>
        </w:tc>
        <w:tc>
          <w:tcPr>
            <w:tcW w:w="1108" w:type="dxa"/>
            <w:vAlign w:val="center"/>
            <w:tcMar>
              <w:top w:w="75" w:type="dxa"/>
              <w:start w:w="75" w:type="dxa"/>
              <w:bottom w:w="75" w:type="dxa"/>
              <w:end w:w="75" w:type="dxa"/>
            </w:tcMar>
          </w:tcPr>
          <w:p>
            <w:pPr>
              <w:spacing w:before="0" w:after="0" w:line="240" w:lineRule="auto"/>
              <w:jc w:val="center"/>
              <w:bidi/>
            </w:pPr>
            <w:r>
              <w:rPr>
                <w:rFonts w:ascii="Arial" w:hAnsi="Arial" w:cs="Arial"/>
                <w:sz w:val="15"/>
                <w:rtl/>
              </w:rPr>
            </w:r>
            <w:r>
              <w:rPr>
                <w:rFonts w:ascii="Arial" w:hAnsi="Arial" w:cs="Arial"/>
                <w:b w:val="0"/>
                <w:sz w:val="15"/>
                <w:rtl/>
              </w:rPr>
              <w:t>A</w:t>
            </w:r>
          </w:p>
        </w:tc>
        <w:tc>
          <w:tcPr>
            <w:tcW w:w="1108" w:type="dxa"/>
            <w:vAlign w:val="center"/>
            <w:tcMar>
              <w:top w:w="75" w:type="dxa"/>
              <w:start w:w="75" w:type="dxa"/>
              <w:bottom w:w="75" w:type="dxa"/>
              <w:end w:w="75" w:type="dxa"/>
            </w:tcMar>
          </w:tcPr>
          <w:p>
            <w:pPr>
              <w:spacing w:before="0" w:after="0" w:line="240" w:lineRule="auto"/>
              <w:jc w:val="center"/>
              <w:bidi/>
            </w:pPr>
            <w:r>
              <w:rPr>
                <w:rFonts w:ascii="Arial" w:hAnsi="Arial" w:cs="Arial"/>
                <w:sz w:val="15"/>
                <w:rtl/>
              </w:rPr>
            </w:r>
            <w:r>
              <w:rPr>
                <w:rFonts w:ascii="Arial" w:hAnsi="Arial" w:cs="Arial"/>
                <w:b w:val="0"/>
                <w:sz w:val="15"/>
                <w:rtl/>
              </w:rPr>
              <w:t>R</w:t>
            </w:r>
          </w:p>
        </w:tc>
        <w:tc>
          <w:tcPr>
            <w:tcW w:w="1108" w:type="dxa"/>
            <w:vAlign w:val="center"/>
            <w:tcMar>
              <w:top w:w="75" w:type="dxa"/>
              <w:start w:w="75" w:type="dxa"/>
              <w:bottom w:w="75" w:type="dxa"/>
              <w:end w:w="75" w:type="dxa"/>
            </w:tcMar>
          </w:tcPr>
          <w:p>
            <w:pPr>
              <w:spacing w:before="0" w:after="0" w:line="240" w:lineRule="auto"/>
              <w:jc w:val="center"/>
              <w:bidi/>
            </w:pPr>
            <w:r>
              <w:rPr>
                <w:rFonts w:ascii="Arial" w:hAnsi="Arial" w:cs="Arial"/>
                <w:sz w:val="15"/>
                <w:rtl/>
              </w:rPr>
            </w:r>
            <w:r>
              <w:rPr>
                <w:rFonts w:ascii="Arial" w:hAnsi="Arial" w:cs="Arial"/>
                <w:b w:val="0"/>
                <w:sz w:val="15"/>
                <w:rtl/>
              </w:rPr>
              <w:t>V</w:t>
            </w:r>
          </w:p>
        </w:tc>
        <w:tc>
          <w:tcPr>
            <w:tcW w:w="1108" w:type="dxa"/>
            <w:vAlign w:val="center"/>
            <w:tcMar>
              <w:top w:w="75" w:type="dxa"/>
              <w:start w:w="75" w:type="dxa"/>
              <w:bottom w:w="75" w:type="dxa"/>
              <w:end w:w="75" w:type="dxa"/>
            </w:tcMar>
          </w:tcPr>
          <w:p>
            <w:pPr>
              <w:spacing w:before="0" w:after="0" w:line="240" w:lineRule="auto"/>
              <w:jc w:val="center"/>
              <w:bidi/>
            </w:pPr>
            <w:r>
              <w:rPr>
                <w:rFonts w:ascii="Arial" w:hAnsi="Arial" w:cs="Arial"/>
                <w:sz w:val="15"/>
                <w:rtl/>
              </w:rPr>
            </w:r>
            <w:r>
              <w:rPr>
                <w:rFonts w:ascii="Arial" w:hAnsi="Arial" w:cs="Arial"/>
                <w:b w:val="0"/>
                <w:sz w:val="15"/>
                <w:rtl/>
              </w:rPr>
              <w:t>E</w:t>
            </w:r>
          </w:p>
        </w:tc>
        <w:tc>
          <w:tcPr>
            <w:tcW w:w="1108" w:type="dxa"/>
            <w:vAlign w:val="center"/>
            <w:tcMar>
              <w:top w:w="75" w:type="dxa"/>
              <w:start w:w="75" w:type="dxa"/>
              <w:bottom w:w="75" w:type="dxa"/>
              <w:end w:w="75" w:type="dxa"/>
            </w:tcMar>
          </w:tcPr>
          <w:p>
            <w:pPr>
              <w:spacing w:before="0" w:after="0" w:line="240" w:lineRule="auto"/>
              <w:jc w:val="center"/>
              <w:bidi/>
            </w:pPr>
            <w:r>
              <w:rPr>
                <w:rFonts w:ascii="Arial" w:hAnsi="Arial" w:cs="Arial"/>
                <w:sz w:val="15"/>
                <w:rtl/>
              </w:rPr>
            </w:r>
            <w:r>
              <w:rPr>
                <w:rFonts w:ascii="Arial" w:hAnsi="Arial" w:cs="Arial"/>
                <w:b w:val="0"/>
                <w:sz w:val="15"/>
                <w:rtl/>
              </w:rPr>
              <w:t>عبر القنوات الرسمية</w:t>
            </w:r>
          </w:p>
        </w:tc>
      </w:tr>
      <w:tr w:rsidR="00A564F2" w14:paraId="32701C9F" w14:textId="77777777" w:rsidTr="009D38E5">
        <w:trPr>
          <w:cantSplit w:val="true"/>
          <w:trHeight w:hRule="atLeast"/>
        </w:trPr>
        <w:tc>
          <w:tcPr>
            <w:tcW w:w="1108" w:type="dxa"/>
            <w:vAlign w:val="center"/>
            <w:tcMar>
              <w:top w:w="75" w:type="dxa"/>
              <w:start w:w="75" w:type="dxa"/>
              <w:bottom w:w="75" w:type="dxa"/>
              <w:end w:w="75" w:type="dxa"/>
            </w:tcMar>
          </w:tcPr>
          <w:p w14:paraId="4922D2E3" w14:textId="77777777" w:rsidR="00A564F2" w:rsidRDefault="00A564F2" w:rsidP="009D38E5">
            <w:pPr>
              <w:spacing w:before="0" w:after="0" w:line="240" w:lineRule="auto"/>
              <w:jc w:val="center"/>
              <w:bidi w:val="1"/>
              <w:mirrorIndents w:val="1"/>
            </w:pPr>
            <w:proofErr w:type="spellStart"/>
            <w:r>
              <w:rPr>
                <w:rFonts w:ascii="Arial" w:hAnsi="Arial" w:cs="Arial" w:eastAsia="Arial"/>
                <w:b w:val="0"/>
                <w:sz w:val="15"/>
                <w:rtl w:val="1"/>
                <w:szCs w:val="15"/>
              </w:rPr>
              <w:lastRenderedPageBreak/>
              <w:t>التطوع</w:t>
            </w:r>
            <w:proofErr w:type="spellEnd"/>
          </w:p>
        </w:tc>
        <w:tc>
          <w:tcPr>
            <w:tcW w:w="1108" w:type="dxa"/>
            <w:vAlign w:val="center"/>
            <w:tcMar>
              <w:top w:w="75" w:type="dxa"/>
              <w:start w:w="75" w:type="dxa"/>
              <w:bottom w:w="75" w:type="dxa"/>
              <w:end w:w="75" w:type="dxa"/>
            </w:tcMar>
          </w:tcPr>
          <w:p w14:paraId="58011FB0" w14:textId="77777777" w:rsidR="00A564F2" w:rsidRDefault="00A564F2" w:rsidP="009D38E5">
            <w:pPr>
              <w:spacing w:before="0" w:after="0" w:line="240" w:lineRule="auto"/>
              <w:jc w:val="center"/>
              <w:bidi w:val="1"/>
              <w:mirrorIndents w:val="1"/>
            </w:pPr>
            <w:r>
              <w:rPr>
                <w:rFonts w:ascii="Arial" w:hAnsi="Arial" w:cs="Arial" w:eastAsia="Arial"/>
                <w:b w:val="0"/>
                <w:sz w:val="15"/>
                <w:rtl w:val="1"/>
                <w:szCs w:val="15"/>
              </w:rPr>
              <w:t xml:space="preserve">اعتماد </w:t>
            </w:r>
            <w:proofErr w:type="spellStart"/>
            <w:r>
              <w:rPr>
                <w:rFonts w:ascii="Arial" w:hAnsi="Arial" w:cs="Arial" w:eastAsia="Arial"/>
                <w:b w:val="0"/>
                <w:sz w:val="15"/>
                <w:rtl w:val="1"/>
                <w:szCs w:val="15"/>
              </w:rPr>
              <w:t>قبول</w:t>
            </w:r>
            <w:proofErr w:type="spellEnd"/>
            <w:r>
              <w:rPr>
                <w:rFonts w:ascii="Arial" w:hAnsi="Arial" w:cs="Arial" w:eastAsia="Arial"/>
                <w:b w:val="0"/>
                <w:sz w:val="15"/>
                <w:rtl w:val="1"/>
                <w:szCs w:val="15"/>
              </w:rPr>
              <w:t xml:space="preserve"> </w:t>
            </w:r>
            <w:proofErr w:type="spellStart"/>
            <w:r>
              <w:rPr>
                <w:rFonts w:ascii="Arial" w:hAnsi="Arial" w:cs="Arial" w:eastAsia="Arial"/>
                <w:b w:val="0"/>
                <w:sz w:val="15"/>
                <w:rtl w:val="1"/>
                <w:szCs w:val="15"/>
              </w:rPr>
              <w:t>المتطوعين</w:t>
            </w:r>
            <w:proofErr w:type="spellEnd"/>
          </w:p>
        </w:tc>
        <w:tc>
          <w:tcPr>
            <w:tcW w:w="1108" w:type="dxa"/>
            <w:vAlign w:val="center"/>
            <w:tcMar>
              <w:top w:w="75" w:type="dxa"/>
              <w:start w:w="75" w:type="dxa"/>
              <w:bottom w:w="75" w:type="dxa"/>
              <w:end w:w="75" w:type="dxa"/>
            </w:tcMar>
          </w:tcPr>
          <w:p>
            <w:pPr>
              <w:spacing w:before="0" w:after="0" w:line="240" w:lineRule="auto"/>
              <w:jc w:val="center"/>
              <w:bidi/>
            </w:pPr>
            <w:r>
              <w:rPr>
                <w:rFonts w:ascii="Arial" w:hAnsi="Arial" w:cs="Arial"/>
                <w:sz w:val="15"/>
                <w:rtl/>
              </w:rPr>
            </w:r>
            <w:r>
              <w:rPr>
                <w:rFonts w:ascii="Arial" w:hAnsi="Arial" w:cs="Arial"/>
                <w:b w:val="0"/>
                <w:sz w:val="15"/>
                <w:rtl/>
              </w:rPr>
            </w:r>
          </w:p>
        </w:tc>
        <w:tc>
          <w:tcPr>
            <w:tcW w:w="1108" w:type="dxa"/>
            <w:vAlign w:val="center"/>
            <w:tcMar>
              <w:top w:w="75" w:type="dxa"/>
              <w:start w:w="75" w:type="dxa"/>
              <w:bottom w:w="75" w:type="dxa"/>
              <w:end w:w="75" w:type="dxa"/>
            </w:tcMar>
          </w:tcPr>
          <w:p>
            <w:pPr>
              <w:spacing w:before="0" w:after="0" w:line="240" w:lineRule="auto"/>
              <w:jc w:val="center"/>
              <w:bidi/>
            </w:pPr>
            <w:r>
              <w:rPr>
                <w:rFonts w:ascii="Arial" w:hAnsi="Arial" w:cs="Arial"/>
                <w:sz w:val="15"/>
                <w:rtl/>
              </w:rPr>
            </w:r>
            <w:r>
              <w:rPr>
                <w:rFonts w:ascii="Arial" w:hAnsi="Arial" w:cs="Arial"/>
                <w:b w:val="0"/>
                <w:sz w:val="15"/>
                <w:rtl/>
              </w:rPr>
            </w:r>
          </w:p>
        </w:tc>
        <w:tc>
          <w:tcPr>
            <w:tcW w:w="1108" w:type="dxa"/>
            <w:vAlign w:val="center"/>
            <w:tcMar>
              <w:top w:w="75" w:type="dxa"/>
              <w:start w:w="75" w:type="dxa"/>
              <w:bottom w:w="75" w:type="dxa"/>
              <w:end w:w="75" w:type="dxa"/>
            </w:tcMar>
          </w:tcPr>
          <w:p>
            <w:pPr>
              <w:spacing w:before="0" w:after="0" w:line="240" w:lineRule="auto"/>
              <w:jc w:val="center"/>
              <w:bidi/>
            </w:pPr>
            <w:r>
              <w:rPr>
                <w:rFonts w:ascii="Arial" w:hAnsi="Arial" w:cs="Arial"/>
                <w:sz w:val="15"/>
                <w:rtl/>
              </w:rPr>
            </w:r>
            <w:r>
              <w:rPr>
                <w:rFonts w:ascii="Arial" w:hAnsi="Arial" w:cs="Arial"/>
                <w:b w:val="0"/>
                <w:sz w:val="15"/>
                <w:rtl/>
              </w:rPr>
              <w:t>A</w:t>
            </w:r>
          </w:p>
        </w:tc>
        <w:tc>
          <w:tcPr>
            <w:tcW w:w="1108" w:type="dxa"/>
            <w:vAlign w:val="center"/>
            <w:tcMar>
              <w:top w:w="75" w:type="dxa"/>
              <w:start w:w="75" w:type="dxa"/>
              <w:bottom w:w="75" w:type="dxa"/>
              <w:end w:w="75" w:type="dxa"/>
            </w:tcMar>
          </w:tcPr>
          <w:p>
            <w:pPr>
              <w:spacing w:before="0" w:after="0" w:line="240" w:lineRule="auto"/>
              <w:jc w:val="center"/>
              <w:bidi/>
            </w:pPr>
            <w:r>
              <w:rPr>
                <w:rFonts w:ascii="Arial" w:hAnsi="Arial" w:cs="Arial"/>
                <w:sz w:val="15"/>
                <w:rtl/>
              </w:rPr>
            </w:r>
            <w:r>
              <w:rPr>
                <w:rFonts w:ascii="Arial" w:hAnsi="Arial" w:cs="Arial"/>
                <w:b w:val="0"/>
                <w:sz w:val="15"/>
                <w:rtl/>
              </w:rPr>
              <w:t>R</w:t>
            </w:r>
          </w:p>
        </w:tc>
        <w:tc>
          <w:tcPr>
            <w:tcW w:w="1108" w:type="dxa"/>
            <w:vAlign w:val="center"/>
            <w:tcMar>
              <w:top w:w="75" w:type="dxa"/>
              <w:start w:w="75" w:type="dxa"/>
              <w:bottom w:w="75" w:type="dxa"/>
              <w:end w:w="75" w:type="dxa"/>
            </w:tcMar>
          </w:tcPr>
          <w:p>
            <w:pPr>
              <w:spacing w:before="0" w:after="0" w:line="240" w:lineRule="auto"/>
              <w:jc w:val="center"/>
              <w:bidi/>
            </w:pPr>
            <w:r>
              <w:rPr>
                <w:rFonts w:ascii="Arial" w:hAnsi="Arial" w:cs="Arial"/>
                <w:sz w:val="15"/>
                <w:rtl/>
              </w:rPr>
            </w:r>
            <w:r>
              <w:rPr>
                <w:rFonts w:ascii="Arial" w:hAnsi="Arial" w:cs="Arial"/>
                <w:b w:val="0"/>
                <w:sz w:val="15"/>
                <w:rtl/>
              </w:rPr>
              <w:t>V</w:t>
            </w:r>
          </w:p>
        </w:tc>
        <w:tc>
          <w:tcPr>
            <w:tcW w:w="1108" w:type="dxa"/>
            <w:vAlign w:val="center"/>
            <w:tcMar>
              <w:top w:w="75" w:type="dxa"/>
              <w:start w:w="75" w:type="dxa"/>
              <w:bottom w:w="75" w:type="dxa"/>
              <w:end w:w="75" w:type="dxa"/>
            </w:tcMar>
          </w:tcPr>
          <w:p>
            <w:pPr>
              <w:spacing w:before="0" w:after="0" w:line="240" w:lineRule="auto"/>
              <w:jc w:val="center"/>
              <w:bidi/>
            </w:pPr>
            <w:r>
              <w:rPr>
                <w:rFonts w:ascii="Arial" w:hAnsi="Arial" w:cs="Arial"/>
                <w:sz w:val="15"/>
                <w:rtl/>
              </w:rPr>
            </w:r>
            <w:r>
              <w:rPr>
                <w:rFonts w:ascii="Arial" w:hAnsi="Arial" w:cs="Arial"/>
                <w:b w:val="0"/>
                <w:sz w:val="15"/>
                <w:rtl/>
              </w:rPr>
              <w:t>E</w:t>
            </w:r>
          </w:p>
        </w:tc>
        <w:tc>
          <w:tcPr>
            <w:tcW w:w="1108" w:type="dxa"/>
            <w:vAlign w:val="center"/>
            <w:tcMar>
              <w:top w:w="75" w:type="dxa"/>
              <w:start w:w="75" w:type="dxa"/>
              <w:bottom w:w="75" w:type="dxa"/>
              <w:end w:w="75" w:type="dxa"/>
            </w:tcMar>
          </w:tcPr>
          <w:p>
            <w:pPr>
              <w:spacing w:before="0" w:after="0" w:line="240" w:lineRule="auto"/>
              <w:jc w:val="center"/>
              <w:bidi/>
            </w:pPr>
            <w:r>
              <w:rPr>
                <w:rFonts w:ascii="Arial" w:hAnsi="Arial" w:cs="Arial"/>
                <w:sz w:val="15"/>
                <w:rtl/>
              </w:rPr>
            </w:r>
            <w:r>
              <w:rPr>
                <w:rFonts w:ascii="Arial" w:hAnsi="Arial" w:cs="Arial"/>
                <w:b w:val="0"/>
                <w:sz w:val="15"/>
                <w:rtl/>
              </w:rPr>
              <w:t>بعد التحقق والملاءمة</w:t>
            </w:r>
          </w:p>
        </w:tc>
      </w:tr>
      <w:tr w:rsidR="00A564F2" w14:paraId="283FC749" w14:textId="77777777" w:rsidTr="009D38E5">
        <w:trPr>
          <w:cantSplit w:val="true"/>
          <w:trHeight w:hRule="atLeast"/>
        </w:trPr>
        <w:tc>
          <w:tcPr>
            <w:tcW w:w="1108" w:type="dxa"/>
            <w:vAlign w:val="center"/>
            <w:tcMar>
              <w:top w:w="75" w:type="dxa"/>
              <w:start w:w="75" w:type="dxa"/>
              <w:bottom w:w="75" w:type="dxa"/>
              <w:end w:w="75" w:type="dxa"/>
            </w:tcMar>
          </w:tcPr>
          <w:p w14:paraId="1206DF4C" w14:textId="77777777" w:rsidR="00A564F2" w:rsidRDefault="00A564F2" w:rsidP="009D38E5">
            <w:pPr>
              <w:spacing w:before="0" w:after="0" w:line="240" w:lineRule="auto"/>
              <w:jc w:val="center"/>
              <w:bidi w:val="1"/>
              <w:mirrorIndents w:val="1"/>
            </w:pPr>
            <w:proofErr w:type="spellStart"/>
            <w:r>
              <w:rPr>
                <w:rFonts w:ascii="Arial" w:hAnsi="Arial" w:cs="Arial" w:eastAsia="Arial"/>
                <w:b w:val="0"/>
                <w:sz w:val="15"/>
                <w:rtl w:val="1"/>
                <w:szCs w:val="15"/>
              </w:rPr>
              <w:t>التطوع</w:t>
            </w:r>
            <w:proofErr w:type="spellEnd"/>
          </w:p>
        </w:tc>
        <w:tc>
          <w:tcPr>
            <w:tcW w:w="1108" w:type="dxa"/>
            <w:vAlign w:val="center"/>
            <w:tcMar>
              <w:top w:w="75" w:type="dxa"/>
              <w:start w:w="75" w:type="dxa"/>
              <w:bottom w:w="75" w:type="dxa"/>
              <w:end w:w="75" w:type="dxa"/>
            </w:tcMar>
          </w:tcPr>
          <w:p w14:paraId="2CB130CA" w14:textId="77777777" w:rsidR="00A564F2" w:rsidRDefault="00A564F2" w:rsidP="009D38E5">
            <w:pPr>
              <w:spacing w:before="0" w:after="0" w:line="240" w:lineRule="auto"/>
              <w:jc w:val="center"/>
              <w:bidi w:val="1"/>
              <w:mirrorIndents w:val="1"/>
            </w:pPr>
            <w:r>
              <w:rPr>
                <w:rFonts w:ascii="Arial" w:hAnsi="Arial" w:cs="Arial" w:eastAsia="Arial"/>
                <w:b w:val="0"/>
                <w:sz w:val="15"/>
                <w:rtl w:val="1"/>
                <w:szCs w:val="15"/>
              </w:rPr>
              <w:t xml:space="preserve">اعتماد </w:t>
            </w:r>
            <w:proofErr w:type="spellStart"/>
            <w:r>
              <w:rPr>
                <w:rFonts w:ascii="Arial" w:hAnsi="Arial" w:cs="Arial" w:eastAsia="Arial"/>
                <w:b w:val="0"/>
                <w:sz w:val="15"/>
                <w:rtl w:val="1"/>
                <w:szCs w:val="15"/>
              </w:rPr>
              <w:t>تدريب</w:t>
            </w:r>
            <w:proofErr w:type="spellEnd"/>
            <w:r>
              <w:rPr>
                <w:rFonts w:ascii="Arial" w:hAnsi="Arial" w:cs="Arial" w:eastAsia="Arial"/>
                <w:b w:val="0"/>
                <w:sz w:val="15"/>
                <w:rtl w:val="1"/>
                <w:szCs w:val="15"/>
              </w:rPr>
              <w:t xml:space="preserve"> </w:t>
            </w:r>
            <w:proofErr w:type="spellStart"/>
            <w:r>
              <w:rPr>
                <w:rFonts w:ascii="Arial" w:hAnsi="Arial" w:cs="Arial" w:eastAsia="Arial"/>
                <w:b w:val="0"/>
                <w:sz w:val="15"/>
                <w:rtl w:val="1"/>
                <w:szCs w:val="15"/>
              </w:rPr>
              <w:t>المتطوعين</w:t>
            </w:r>
            <w:proofErr w:type="spellEnd"/>
          </w:p>
        </w:tc>
        <w:tc>
          <w:tcPr>
            <w:tcW w:w="1108" w:type="dxa"/>
            <w:vAlign w:val="center"/>
            <w:tcMar>
              <w:top w:w="75" w:type="dxa"/>
              <w:start w:w="75" w:type="dxa"/>
              <w:bottom w:w="75" w:type="dxa"/>
              <w:end w:w="75" w:type="dxa"/>
            </w:tcMar>
          </w:tcPr>
          <w:p>
            <w:pPr>
              <w:spacing w:before="0" w:after="0" w:line="240" w:lineRule="auto"/>
              <w:jc w:val="center"/>
              <w:bidi/>
            </w:pPr>
            <w:r>
              <w:rPr>
                <w:rFonts w:ascii="Arial" w:hAnsi="Arial" w:cs="Arial"/>
                <w:sz w:val="15"/>
                <w:rtl/>
              </w:rPr>
            </w:r>
            <w:r>
              <w:rPr>
                <w:rFonts w:ascii="Arial" w:hAnsi="Arial" w:cs="Arial"/>
                <w:b w:val="0"/>
                <w:sz w:val="15"/>
                <w:rtl/>
              </w:rPr>
            </w:r>
          </w:p>
        </w:tc>
        <w:tc>
          <w:tcPr>
            <w:tcW w:w="1108" w:type="dxa"/>
            <w:vAlign w:val="center"/>
            <w:tcMar>
              <w:top w:w="75" w:type="dxa"/>
              <w:start w:w="75" w:type="dxa"/>
              <w:bottom w:w="75" w:type="dxa"/>
              <w:end w:w="75" w:type="dxa"/>
            </w:tcMar>
          </w:tcPr>
          <w:p>
            <w:pPr>
              <w:spacing w:before="0" w:after="0" w:line="240" w:lineRule="auto"/>
              <w:jc w:val="center"/>
              <w:bidi/>
            </w:pPr>
            <w:r>
              <w:rPr>
                <w:rFonts w:ascii="Arial" w:hAnsi="Arial" w:cs="Arial"/>
                <w:sz w:val="15"/>
                <w:rtl/>
              </w:rPr>
            </w:r>
            <w:r>
              <w:rPr>
                <w:rFonts w:ascii="Arial" w:hAnsi="Arial" w:cs="Arial"/>
                <w:b w:val="0"/>
                <w:sz w:val="15"/>
                <w:rtl/>
              </w:rPr>
            </w:r>
          </w:p>
        </w:tc>
        <w:tc>
          <w:tcPr>
            <w:tcW w:w="1108" w:type="dxa"/>
            <w:vAlign w:val="center"/>
            <w:tcMar>
              <w:top w:w="75" w:type="dxa"/>
              <w:start w:w="75" w:type="dxa"/>
              <w:bottom w:w="75" w:type="dxa"/>
              <w:end w:w="75" w:type="dxa"/>
            </w:tcMar>
          </w:tcPr>
          <w:p>
            <w:pPr>
              <w:spacing w:before="0" w:after="0" w:line="240" w:lineRule="auto"/>
              <w:jc w:val="center"/>
              <w:bidi/>
            </w:pPr>
            <w:r>
              <w:rPr>
                <w:rFonts w:ascii="Arial" w:hAnsi="Arial" w:cs="Arial"/>
                <w:sz w:val="15"/>
                <w:rtl/>
              </w:rPr>
            </w:r>
            <w:r>
              <w:rPr>
                <w:rFonts w:ascii="Arial" w:hAnsi="Arial" w:cs="Arial"/>
                <w:b w:val="0"/>
                <w:sz w:val="15"/>
                <w:rtl/>
              </w:rPr>
              <w:t>A</w:t>
            </w:r>
          </w:p>
        </w:tc>
        <w:tc>
          <w:tcPr>
            <w:tcW w:w="1108" w:type="dxa"/>
            <w:vAlign w:val="center"/>
            <w:tcMar>
              <w:top w:w="75" w:type="dxa"/>
              <w:start w:w="75" w:type="dxa"/>
              <w:bottom w:w="75" w:type="dxa"/>
              <w:end w:w="75" w:type="dxa"/>
            </w:tcMar>
          </w:tcPr>
          <w:p>
            <w:pPr>
              <w:spacing w:before="0" w:after="0" w:line="240" w:lineRule="auto"/>
              <w:jc w:val="center"/>
              <w:bidi/>
            </w:pPr>
            <w:r>
              <w:rPr>
                <w:rFonts w:ascii="Arial" w:hAnsi="Arial" w:cs="Arial"/>
                <w:sz w:val="15"/>
                <w:rtl/>
              </w:rPr>
            </w:r>
            <w:r>
              <w:rPr>
                <w:rFonts w:ascii="Arial" w:hAnsi="Arial" w:cs="Arial"/>
                <w:b w:val="0"/>
                <w:sz w:val="15"/>
                <w:rtl/>
              </w:rPr>
              <w:t>R</w:t>
            </w:r>
          </w:p>
        </w:tc>
        <w:tc>
          <w:tcPr>
            <w:tcW w:w="1108" w:type="dxa"/>
            <w:vAlign w:val="center"/>
            <w:tcMar>
              <w:top w:w="75" w:type="dxa"/>
              <w:start w:w="75" w:type="dxa"/>
              <w:bottom w:w="75" w:type="dxa"/>
              <w:end w:w="75" w:type="dxa"/>
            </w:tcMar>
          </w:tcPr>
          <w:p>
            <w:pPr>
              <w:spacing w:before="0" w:after="0" w:line="240" w:lineRule="auto"/>
              <w:jc w:val="center"/>
              <w:bidi/>
            </w:pPr>
            <w:r>
              <w:rPr>
                <w:rFonts w:ascii="Arial" w:hAnsi="Arial" w:cs="Arial"/>
                <w:sz w:val="15"/>
                <w:rtl/>
              </w:rPr>
            </w:r>
            <w:r>
              <w:rPr>
                <w:rFonts w:ascii="Arial" w:hAnsi="Arial" w:cs="Arial"/>
                <w:b w:val="0"/>
                <w:sz w:val="15"/>
                <w:rtl/>
              </w:rPr>
              <w:t>E</w:t>
            </w:r>
          </w:p>
        </w:tc>
        <w:tc>
          <w:tcPr>
            <w:tcW w:w="1108" w:type="dxa"/>
            <w:vAlign w:val="center"/>
            <w:tcMar>
              <w:top w:w="75" w:type="dxa"/>
              <w:start w:w="75" w:type="dxa"/>
              <w:bottom w:w="75" w:type="dxa"/>
              <w:end w:w="75" w:type="dxa"/>
            </w:tcMar>
          </w:tcPr>
          <w:p>
            <w:pPr>
              <w:spacing w:before="0" w:after="0" w:line="240" w:lineRule="auto"/>
              <w:jc w:val="center"/>
              <w:bidi/>
            </w:pPr>
            <w:r>
              <w:rPr>
                <w:rFonts w:ascii="Arial" w:hAnsi="Arial" w:cs="Arial"/>
                <w:sz w:val="15"/>
                <w:rtl/>
              </w:rPr>
            </w:r>
            <w:r>
              <w:rPr>
                <w:rFonts w:ascii="Arial" w:hAnsi="Arial" w:cs="Arial"/>
                <w:b w:val="0"/>
                <w:sz w:val="15"/>
                <w:rtl/>
              </w:rPr>
              <w:t>V</w:t>
            </w:r>
          </w:p>
        </w:tc>
        <w:tc>
          <w:tcPr>
            <w:tcW w:w="1108" w:type="dxa"/>
            <w:vAlign w:val="center"/>
            <w:tcMar>
              <w:top w:w="75" w:type="dxa"/>
              <w:start w:w="75" w:type="dxa"/>
              <w:bottom w:w="75" w:type="dxa"/>
              <w:end w:w="75" w:type="dxa"/>
            </w:tcMar>
          </w:tcPr>
          <w:p>
            <w:pPr>
              <w:spacing w:before="0" w:after="0" w:line="240" w:lineRule="auto"/>
              <w:jc w:val="center"/>
              <w:bidi/>
            </w:pPr>
            <w:r>
              <w:rPr>
                <w:rFonts w:ascii="Arial" w:hAnsi="Arial" w:cs="Arial"/>
                <w:sz w:val="15"/>
                <w:rtl/>
              </w:rPr>
            </w:r>
            <w:r>
              <w:rPr>
                <w:rFonts w:ascii="Arial" w:hAnsi="Arial" w:cs="Arial"/>
                <w:b w:val="0"/>
                <w:sz w:val="15"/>
                <w:rtl/>
              </w:rPr>
              <w:t>بحسب مخاطر الفرصة</w:t>
            </w:r>
          </w:p>
        </w:tc>
      </w:tr>
      <w:tr w:rsidR="00A564F2" w14:paraId="0DC5379A" w14:textId="77777777" w:rsidTr="009D38E5">
        <w:trPr>
          <w:cantSplit w:val="true"/>
          <w:trHeight w:hRule="atLeast"/>
        </w:trPr>
        <w:tc>
          <w:tcPr>
            <w:tcW w:w="1108" w:type="dxa"/>
            <w:vAlign w:val="center"/>
            <w:tcMar>
              <w:top w:w="75" w:type="dxa"/>
              <w:start w:w="75" w:type="dxa"/>
              <w:bottom w:w="75" w:type="dxa"/>
              <w:end w:w="75" w:type="dxa"/>
            </w:tcMar>
          </w:tcPr>
          <w:p w14:paraId="31CD07A6" w14:textId="77777777" w:rsidR="00A564F2" w:rsidRDefault="00A564F2" w:rsidP="009D38E5">
            <w:pPr>
              <w:spacing w:before="0" w:after="0" w:line="240" w:lineRule="auto"/>
              <w:jc w:val="center"/>
              <w:bidi w:val="1"/>
              <w:mirrorIndents w:val="1"/>
            </w:pPr>
            <w:proofErr w:type="spellStart"/>
            <w:r>
              <w:rPr>
                <w:rFonts w:ascii="Arial" w:hAnsi="Arial" w:cs="Arial" w:eastAsia="Arial"/>
                <w:b w:val="0"/>
                <w:sz w:val="15"/>
                <w:rtl w:val="1"/>
                <w:szCs w:val="15"/>
              </w:rPr>
              <w:t>التطوع</w:t>
            </w:r>
            <w:proofErr w:type="spellEnd"/>
          </w:p>
        </w:tc>
        <w:tc>
          <w:tcPr>
            <w:tcW w:w="1108" w:type="dxa"/>
            <w:vAlign w:val="center"/>
            <w:tcMar>
              <w:top w:w="75" w:type="dxa"/>
              <w:start w:w="75" w:type="dxa"/>
              <w:bottom w:w="75" w:type="dxa"/>
              <w:end w:w="75" w:type="dxa"/>
            </w:tcMar>
          </w:tcPr>
          <w:p w14:paraId="21AB33C3" w14:textId="77777777" w:rsidR="00A564F2" w:rsidRDefault="00A564F2" w:rsidP="009D38E5">
            <w:pPr>
              <w:spacing w:before="0" w:after="0" w:line="240" w:lineRule="auto"/>
              <w:jc w:val="center"/>
              <w:bidi w:val="1"/>
              <w:mirrorIndents w:val="1"/>
            </w:pPr>
            <w:r>
              <w:rPr>
                <w:rFonts w:ascii="Arial" w:hAnsi="Arial" w:cs="Arial" w:eastAsia="Arial"/>
                <w:b w:val="0"/>
                <w:sz w:val="15"/>
                <w:rtl w:val="1"/>
                <w:szCs w:val="15"/>
              </w:rPr>
              <w:t xml:space="preserve">اعتماد </w:t>
            </w:r>
            <w:proofErr w:type="spellStart"/>
            <w:r>
              <w:rPr>
                <w:rFonts w:ascii="Arial" w:hAnsi="Arial" w:cs="Arial" w:eastAsia="Arial"/>
                <w:b w:val="0"/>
                <w:sz w:val="15"/>
                <w:rtl w:val="1"/>
                <w:szCs w:val="15"/>
              </w:rPr>
              <w:t>ساعات</w:t>
            </w:r>
            <w:proofErr w:type="spellEnd"/>
            <w:r>
              <w:rPr>
                <w:rFonts w:ascii="Arial" w:hAnsi="Arial" w:cs="Arial" w:eastAsia="Arial"/>
                <w:b w:val="0"/>
                <w:sz w:val="15"/>
                <w:rtl w:val="1"/>
                <w:szCs w:val="15"/>
              </w:rPr>
              <w:t xml:space="preserve"> </w:t>
            </w:r>
            <w:proofErr w:type="spellStart"/>
            <w:r>
              <w:rPr>
                <w:rFonts w:ascii="Arial" w:hAnsi="Arial" w:cs="Arial" w:eastAsia="Arial"/>
                <w:b w:val="0"/>
                <w:sz w:val="15"/>
                <w:rtl w:val="1"/>
                <w:szCs w:val="15"/>
              </w:rPr>
              <w:t>التطوع</w:t>
            </w:r>
            <w:proofErr w:type="spellEnd"/>
          </w:p>
        </w:tc>
        <w:tc>
          <w:tcPr>
            <w:tcW w:w="1108" w:type="dxa"/>
            <w:vAlign w:val="center"/>
            <w:tcMar>
              <w:top w:w="75" w:type="dxa"/>
              <w:start w:w="75" w:type="dxa"/>
              <w:bottom w:w="75" w:type="dxa"/>
              <w:end w:w="75" w:type="dxa"/>
            </w:tcMar>
          </w:tcPr>
          <w:p>
            <w:pPr>
              <w:spacing w:before="0" w:after="0" w:line="240" w:lineRule="auto"/>
              <w:jc w:val="center"/>
              <w:bidi/>
            </w:pPr>
            <w:r>
              <w:rPr>
                <w:rFonts w:ascii="Arial" w:hAnsi="Arial" w:cs="Arial"/>
                <w:sz w:val="15"/>
                <w:rtl/>
              </w:rPr>
            </w:r>
            <w:r>
              <w:rPr>
                <w:rFonts w:ascii="Arial" w:hAnsi="Arial" w:cs="Arial"/>
                <w:b w:val="0"/>
                <w:sz w:val="15"/>
                <w:rtl/>
              </w:rPr>
            </w:r>
          </w:p>
        </w:tc>
        <w:tc>
          <w:tcPr>
            <w:tcW w:w="1108" w:type="dxa"/>
            <w:vAlign w:val="center"/>
            <w:tcMar>
              <w:top w:w="75" w:type="dxa"/>
              <w:start w:w="75" w:type="dxa"/>
              <w:bottom w:w="75" w:type="dxa"/>
              <w:end w:w="75" w:type="dxa"/>
            </w:tcMar>
          </w:tcPr>
          <w:p>
            <w:pPr>
              <w:spacing w:before="0" w:after="0" w:line="240" w:lineRule="auto"/>
              <w:jc w:val="center"/>
              <w:bidi/>
            </w:pPr>
            <w:r>
              <w:rPr>
                <w:rFonts w:ascii="Arial" w:hAnsi="Arial" w:cs="Arial"/>
                <w:sz w:val="15"/>
                <w:rtl/>
              </w:rPr>
            </w:r>
            <w:r>
              <w:rPr>
                <w:rFonts w:ascii="Arial" w:hAnsi="Arial" w:cs="Arial"/>
                <w:b w:val="0"/>
                <w:sz w:val="15"/>
                <w:rtl/>
              </w:rPr>
            </w:r>
          </w:p>
        </w:tc>
        <w:tc>
          <w:tcPr>
            <w:tcW w:w="1108" w:type="dxa"/>
            <w:vAlign w:val="center"/>
            <w:tcMar>
              <w:top w:w="75" w:type="dxa"/>
              <w:start w:w="75" w:type="dxa"/>
              <w:bottom w:w="75" w:type="dxa"/>
              <w:end w:w="75" w:type="dxa"/>
            </w:tcMar>
          </w:tcPr>
          <w:p>
            <w:pPr>
              <w:spacing w:before="0" w:after="0" w:line="240" w:lineRule="auto"/>
              <w:jc w:val="center"/>
              <w:bidi/>
            </w:pPr>
            <w:r>
              <w:rPr>
                <w:rFonts w:ascii="Arial" w:hAnsi="Arial" w:cs="Arial"/>
                <w:sz w:val="15"/>
                <w:rtl/>
              </w:rPr>
            </w:r>
            <w:r>
              <w:rPr>
                <w:rFonts w:ascii="Arial" w:hAnsi="Arial" w:cs="Arial"/>
                <w:b w:val="0"/>
                <w:sz w:val="15"/>
                <w:rtl/>
              </w:rPr>
              <w:t>A</w:t>
            </w:r>
          </w:p>
        </w:tc>
        <w:tc>
          <w:tcPr>
            <w:tcW w:w="1108" w:type="dxa"/>
            <w:vAlign w:val="center"/>
            <w:tcMar>
              <w:top w:w="75" w:type="dxa"/>
              <w:start w:w="75" w:type="dxa"/>
              <w:bottom w:w="75" w:type="dxa"/>
              <w:end w:w="75" w:type="dxa"/>
            </w:tcMar>
          </w:tcPr>
          <w:p>
            <w:pPr>
              <w:spacing w:before="0" w:after="0" w:line="240" w:lineRule="auto"/>
              <w:jc w:val="center"/>
              <w:bidi/>
            </w:pPr>
            <w:r>
              <w:rPr>
                <w:rFonts w:ascii="Arial" w:hAnsi="Arial" w:cs="Arial"/>
                <w:sz w:val="15"/>
                <w:rtl/>
              </w:rPr>
            </w:r>
            <w:r>
              <w:rPr>
                <w:rFonts w:ascii="Arial" w:hAnsi="Arial" w:cs="Arial"/>
                <w:b w:val="0"/>
                <w:sz w:val="15"/>
                <w:rtl/>
              </w:rPr>
              <w:t>V</w:t>
            </w:r>
          </w:p>
        </w:tc>
        <w:tc>
          <w:tcPr>
            <w:tcW w:w="1108" w:type="dxa"/>
            <w:vAlign w:val="center"/>
            <w:tcMar>
              <w:top w:w="75" w:type="dxa"/>
              <w:start w:w="75" w:type="dxa"/>
              <w:bottom w:w="75" w:type="dxa"/>
              <w:end w:w="75" w:type="dxa"/>
            </w:tcMar>
          </w:tcPr>
          <w:p>
            <w:pPr>
              <w:spacing w:before="0" w:after="0" w:line="240" w:lineRule="auto"/>
              <w:jc w:val="center"/>
              <w:bidi/>
            </w:pPr>
            <w:r>
              <w:rPr>
                <w:rFonts w:ascii="Arial" w:hAnsi="Arial" w:cs="Arial"/>
                <w:sz w:val="15"/>
                <w:rtl/>
              </w:rPr>
            </w:r>
            <w:r>
              <w:rPr>
                <w:rFonts w:ascii="Arial" w:hAnsi="Arial" w:cs="Arial"/>
                <w:b w:val="0"/>
                <w:sz w:val="15"/>
                <w:rtl/>
              </w:rPr>
              <w:t>R</w:t>
            </w:r>
          </w:p>
        </w:tc>
        <w:tc>
          <w:tcPr>
            <w:tcW w:w="1108" w:type="dxa"/>
            <w:vAlign w:val="center"/>
            <w:tcMar>
              <w:top w:w="75" w:type="dxa"/>
              <w:start w:w="75" w:type="dxa"/>
              <w:bottom w:w="75" w:type="dxa"/>
              <w:end w:w="75" w:type="dxa"/>
            </w:tcMar>
          </w:tcPr>
          <w:p>
            <w:pPr>
              <w:spacing w:before="0" w:after="0" w:line="240" w:lineRule="auto"/>
              <w:jc w:val="center"/>
              <w:bidi/>
            </w:pPr>
            <w:r>
              <w:rPr>
                <w:rFonts w:ascii="Arial" w:hAnsi="Arial" w:cs="Arial"/>
                <w:sz w:val="15"/>
                <w:rtl/>
              </w:rPr>
            </w:r>
            <w:r>
              <w:rPr>
                <w:rFonts w:ascii="Arial" w:hAnsi="Arial" w:cs="Arial"/>
                <w:b w:val="0"/>
                <w:sz w:val="15"/>
                <w:rtl/>
              </w:rPr>
              <w:t>E</w:t>
            </w:r>
          </w:p>
        </w:tc>
        <w:tc>
          <w:tcPr>
            <w:tcW w:w="1108" w:type="dxa"/>
            <w:vAlign w:val="center"/>
            <w:tcMar>
              <w:top w:w="75" w:type="dxa"/>
              <w:start w:w="75" w:type="dxa"/>
              <w:bottom w:w="75" w:type="dxa"/>
              <w:end w:w="75" w:type="dxa"/>
            </w:tcMar>
          </w:tcPr>
          <w:p>
            <w:pPr>
              <w:spacing w:before="0" w:after="0" w:line="240" w:lineRule="auto"/>
              <w:jc w:val="center"/>
              <w:bidi/>
            </w:pPr>
            <w:r>
              <w:rPr>
                <w:rFonts w:ascii="Arial" w:hAnsi="Arial" w:cs="Arial"/>
                <w:sz w:val="15"/>
                <w:rtl/>
              </w:rPr>
            </w:r>
            <w:r>
              <w:rPr>
                <w:rFonts w:ascii="Arial" w:hAnsi="Arial" w:cs="Arial"/>
                <w:b w:val="0"/>
                <w:sz w:val="15"/>
                <w:rtl/>
              </w:rPr>
              <w:t>وفق السجلات والمنصة</w:t>
            </w:r>
          </w:p>
        </w:tc>
      </w:tr>
      <w:tr w:rsidR="00A564F2" w14:paraId="1CB43799" w14:textId="77777777" w:rsidTr="009D38E5">
        <w:trPr>
          <w:cantSplit w:val="true"/>
          <w:trHeight w:hRule="atLeast"/>
        </w:trPr>
        <w:tc>
          <w:tcPr>
            <w:tcW w:w="1108" w:type="dxa"/>
            <w:vAlign w:val="center"/>
            <w:tcMar>
              <w:top w:w="75" w:type="dxa"/>
              <w:start w:w="75" w:type="dxa"/>
              <w:bottom w:w="75" w:type="dxa"/>
              <w:end w:w="75" w:type="dxa"/>
            </w:tcMar>
          </w:tcPr>
          <w:p w14:paraId="61F2C185" w14:textId="77777777" w:rsidR="00A564F2" w:rsidRDefault="00A564F2" w:rsidP="009D38E5">
            <w:pPr>
              <w:spacing w:before="0" w:after="0" w:line="240" w:lineRule="auto"/>
              <w:jc w:val="center"/>
              <w:bidi w:val="1"/>
              <w:mirrorIndents w:val="1"/>
            </w:pPr>
            <w:proofErr w:type="spellStart"/>
            <w:r>
              <w:rPr>
                <w:rFonts w:ascii="Arial" w:hAnsi="Arial" w:cs="Arial" w:eastAsia="Arial"/>
                <w:b w:val="0"/>
                <w:sz w:val="15"/>
                <w:rtl w:val="1"/>
                <w:szCs w:val="15"/>
              </w:rPr>
              <w:t>التطوع</w:t>
            </w:r>
            <w:proofErr w:type="spellEnd"/>
          </w:p>
        </w:tc>
        <w:tc>
          <w:tcPr>
            <w:tcW w:w="1108" w:type="dxa"/>
            <w:vAlign w:val="center"/>
            <w:tcMar>
              <w:top w:w="75" w:type="dxa"/>
              <w:start w:w="75" w:type="dxa"/>
              <w:bottom w:w="75" w:type="dxa"/>
              <w:end w:w="75" w:type="dxa"/>
            </w:tcMar>
          </w:tcPr>
          <w:p w14:paraId="38F6FC75" w14:textId="77777777" w:rsidR="00A564F2" w:rsidRDefault="00A564F2" w:rsidP="009D38E5">
            <w:pPr>
              <w:spacing w:before="0" w:after="0" w:line="240" w:lineRule="auto"/>
              <w:jc w:val="center"/>
              <w:bidi w:val="1"/>
              <w:mirrorIndents w:val="1"/>
            </w:pPr>
            <w:r>
              <w:rPr>
                <w:rFonts w:ascii="Arial" w:hAnsi="Arial" w:cs="Arial" w:eastAsia="Arial"/>
                <w:b w:val="0"/>
                <w:sz w:val="15"/>
                <w:rtl w:val="1"/>
                <w:szCs w:val="15"/>
              </w:rPr>
              <w:t xml:space="preserve">اعتماد </w:t>
            </w:r>
            <w:proofErr w:type="spellStart"/>
            <w:r>
              <w:rPr>
                <w:rFonts w:ascii="Arial" w:hAnsi="Arial" w:cs="Arial" w:eastAsia="Arial"/>
                <w:b w:val="0"/>
                <w:sz w:val="15"/>
                <w:rtl w:val="1"/>
                <w:szCs w:val="15"/>
              </w:rPr>
              <w:t>تكريم</w:t>
            </w:r>
            <w:proofErr w:type="spellEnd"/>
            <w:r>
              <w:rPr>
                <w:rFonts w:ascii="Arial" w:hAnsi="Arial" w:cs="Arial" w:eastAsia="Arial"/>
                <w:b w:val="0"/>
                <w:sz w:val="15"/>
                <w:rtl w:val="1"/>
                <w:szCs w:val="15"/>
              </w:rPr>
              <w:t xml:space="preserve"> </w:t>
            </w:r>
            <w:proofErr w:type="spellStart"/>
            <w:r>
              <w:rPr>
                <w:rFonts w:ascii="Arial" w:hAnsi="Arial" w:cs="Arial" w:eastAsia="Arial"/>
                <w:b w:val="0"/>
                <w:sz w:val="15"/>
                <w:rtl w:val="1"/>
                <w:szCs w:val="15"/>
              </w:rPr>
              <w:t>المتطوعين</w:t>
            </w:r>
            <w:proofErr w:type="spellEnd"/>
          </w:p>
        </w:tc>
        <w:tc>
          <w:tcPr>
            <w:tcW w:w="1108" w:type="dxa"/>
            <w:vAlign w:val="center"/>
            <w:tcMar>
              <w:top w:w="75" w:type="dxa"/>
              <w:start w:w="75" w:type="dxa"/>
              <w:bottom w:w="75" w:type="dxa"/>
              <w:end w:w="75" w:type="dxa"/>
            </w:tcMar>
          </w:tcPr>
          <w:p>
            <w:pPr>
              <w:spacing w:before="0" w:after="0" w:line="240" w:lineRule="auto"/>
              <w:jc w:val="center"/>
              <w:bidi/>
            </w:pPr>
            <w:r>
              <w:rPr>
                <w:rFonts w:ascii="Arial" w:hAnsi="Arial" w:cs="Arial"/>
                <w:sz w:val="15"/>
                <w:rtl/>
              </w:rPr>
            </w:r>
            <w:r>
              <w:rPr>
                <w:rFonts w:ascii="Arial" w:hAnsi="Arial" w:cs="Arial"/>
                <w:b w:val="0"/>
                <w:sz w:val="15"/>
                <w:rtl/>
              </w:rPr>
            </w:r>
          </w:p>
        </w:tc>
        <w:tc>
          <w:tcPr>
            <w:tcW w:w="1108" w:type="dxa"/>
            <w:vAlign w:val="center"/>
            <w:tcMar>
              <w:top w:w="75" w:type="dxa"/>
              <w:start w:w="75" w:type="dxa"/>
              <w:bottom w:w="75" w:type="dxa"/>
              <w:end w:w="75" w:type="dxa"/>
            </w:tcMar>
          </w:tcPr>
          <w:p>
            <w:pPr>
              <w:spacing w:before="0" w:after="0" w:line="240" w:lineRule="auto"/>
              <w:jc w:val="center"/>
              <w:bidi/>
            </w:pPr>
            <w:r>
              <w:rPr>
                <w:rFonts w:ascii="Arial" w:hAnsi="Arial" w:cs="Arial"/>
                <w:sz w:val="15"/>
                <w:rtl/>
              </w:rPr>
            </w:r>
            <w:r>
              <w:rPr>
                <w:rFonts w:ascii="Arial" w:hAnsi="Arial" w:cs="Arial"/>
                <w:b w:val="0"/>
                <w:sz w:val="15"/>
                <w:rtl/>
              </w:rPr>
            </w:r>
          </w:p>
        </w:tc>
        <w:tc>
          <w:tcPr>
            <w:tcW w:w="1108" w:type="dxa"/>
            <w:vAlign w:val="center"/>
            <w:tcMar>
              <w:top w:w="75" w:type="dxa"/>
              <w:start w:w="75" w:type="dxa"/>
              <w:bottom w:w="75" w:type="dxa"/>
              <w:end w:w="75" w:type="dxa"/>
            </w:tcMar>
          </w:tcPr>
          <w:p>
            <w:pPr>
              <w:spacing w:before="0" w:after="0" w:line="240" w:lineRule="auto"/>
              <w:jc w:val="center"/>
              <w:bidi/>
            </w:pPr>
            <w:r>
              <w:rPr>
                <w:rFonts w:ascii="Arial" w:hAnsi="Arial" w:cs="Arial"/>
                <w:sz w:val="15"/>
                <w:rtl/>
              </w:rPr>
            </w:r>
            <w:r>
              <w:rPr>
                <w:rFonts w:ascii="Arial" w:hAnsi="Arial" w:cs="Arial"/>
                <w:b w:val="0"/>
                <w:sz w:val="15"/>
                <w:rtl/>
              </w:rPr>
              <w:t>A</w:t>
            </w:r>
          </w:p>
        </w:tc>
        <w:tc>
          <w:tcPr>
            <w:tcW w:w="1108" w:type="dxa"/>
            <w:vAlign w:val="center"/>
            <w:tcMar>
              <w:top w:w="75" w:type="dxa"/>
              <w:start w:w="75" w:type="dxa"/>
              <w:bottom w:w="75" w:type="dxa"/>
              <w:end w:w="75" w:type="dxa"/>
            </w:tcMar>
          </w:tcPr>
          <w:p>
            <w:pPr>
              <w:spacing w:before="0" w:after="0" w:line="240" w:lineRule="auto"/>
              <w:jc w:val="center"/>
              <w:bidi/>
            </w:pPr>
            <w:r>
              <w:rPr>
                <w:rFonts w:ascii="Arial" w:hAnsi="Arial" w:cs="Arial"/>
                <w:sz w:val="15"/>
                <w:rtl/>
              </w:rPr>
            </w:r>
            <w:r>
              <w:rPr>
                <w:rFonts w:ascii="Arial" w:hAnsi="Arial" w:cs="Arial"/>
                <w:b w:val="0"/>
                <w:sz w:val="15"/>
                <w:rtl/>
              </w:rPr>
              <w:t>R</w:t>
            </w:r>
          </w:p>
        </w:tc>
        <w:tc>
          <w:tcPr>
            <w:tcW w:w="1108" w:type="dxa"/>
            <w:vAlign w:val="center"/>
            <w:tcMar>
              <w:top w:w="75" w:type="dxa"/>
              <w:start w:w="75" w:type="dxa"/>
              <w:bottom w:w="75" w:type="dxa"/>
              <w:end w:w="75" w:type="dxa"/>
            </w:tcMar>
          </w:tcPr>
          <w:p>
            <w:pPr>
              <w:spacing w:before="0" w:after="0" w:line="240" w:lineRule="auto"/>
              <w:jc w:val="center"/>
              <w:bidi/>
            </w:pPr>
            <w:r>
              <w:rPr>
                <w:rFonts w:ascii="Arial" w:hAnsi="Arial" w:cs="Arial"/>
                <w:sz w:val="15"/>
                <w:rtl/>
              </w:rPr>
            </w:r>
            <w:r>
              <w:rPr>
                <w:rFonts w:ascii="Arial" w:hAnsi="Arial" w:cs="Arial"/>
                <w:b w:val="0"/>
                <w:sz w:val="15"/>
                <w:rtl/>
              </w:rPr>
              <w:t>V</w:t>
            </w:r>
          </w:p>
        </w:tc>
        <w:tc>
          <w:tcPr>
            <w:tcW w:w="1108" w:type="dxa"/>
            <w:vAlign w:val="center"/>
            <w:tcMar>
              <w:top w:w="75" w:type="dxa"/>
              <w:start w:w="75" w:type="dxa"/>
              <w:bottom w:w="75" w:type="dxa"/>
              <w:end w:w="75" w:type="dxa"/>
            </w:tcMar>
          </w:tcPr>
          <w:p>
            <w:pPr>
              <w:spacing w:before="0" w:after="0" w:line="240" w:lineRule="auto"/>
              <w:jc w:val="center"/>
              <w:bidi/>
            </w:pPr>
            <w:r>
              <w:rPr>
                <w:rFonts w:ascii="Arial" w:hAnsi="Arial" w:cs="Arial"/>
                <w:sz w:val="15"/>
                <w:rtl/>
              </w:rPr>
            </w:r>
            <w:r>
              <w:rPr>
                <w:rFonts w:ascii="Arial" w:hAnsi="Arial" w:cs="Arial"/>
                <w:b w:val="0"/>
                <w:sz w:val="15"/>
                <w:rtl/>
              </w:rPr>
              <w:t>E</w:t>
            </w:r>
          </w:p>
        </w:tc>
        <w:tc>
          <w:tcPr>
            <w:tcW w:w="1108" w:type="dxa"/>
            <w:vAlign w:val="center"/>
            <w:tcMar>
              <w:top w:w="75" w:type="dxa"/>
              <w:start w:w="75" w:type="dxa"/>
              <w:bottom w:w="75" w:type="dxa"/>
              <w:end w:w="75" w:type="dxa"/>
            </w:tcMar>
          </w:tcPr>
          <w:p>
            <w:pPr>
              <w:spacing w:before="0" w:after="0" w:line="240" w:lineRule="auto"/>
              <w:jc w:val="center"/>
              <w:bidi/>
            </w:pPr>
            <w:r>
              <w:rPr>
                <w:rFonts w:ascii="Arial" w:hAnsi="Arial" w:cs="Arial"/>
                <w:sz w:val="15"/>
                <w:rtl/>
              </w:rPr>
            </w:r>
            <w:r>
              <w:rPr>
                <w:rFonts w:ascii="Arial" w:hAnsi="Arial" w:cs="Arial"/>
                <w:b w:val="0"/>
                <w:sz w:val="15"/>
                <w:rtl/>
              </w:rPr>
              <w:t>وفق ضوابط معتمدة</w:t>
            </w:r>
          </w:p>
        </w:tc>
      </w:tr>
      <w:tr w:rsidR="00A564F2" w14:paraId="0E8ABD73" w14:textId="77777777" w:rsidTr="009D38E5">
        <w:trPr>
          <w:cantSplit w:val="true"/>
          <w:trHeight w:hRule="atLeast"/>
        </w:trPr>
        <w:tc>
          <w:tcPr>
            <w:tcW w:w="1108" w:type="dxa"/>
            <w:vAlign w:val="center"/>
            <w:tcMar>
              <w:top w:w="75" w:type="dxa"/>
              <w:start w:w="75" w:type="dxa"/>
              <w:bottom w:w="75" w:type="dxa"/>
              <w:end w:w="75" w:type="dxa"/>
            </w:tcMar>
          </w:tcPr>
          <w:p w14:paraId="48C5B143" w14:textId="77777777" w:rsidR="00A564F2" w:rsidRDefault="00A564F2" w:rsidP="009D38E5">
            <w:pPr>
              <w:spacing w:before="0" w:after="0" w:line="240" w:lineRule="auto"/>
              <w:jc w:val="center"/>
              <w:bidi w:val="1"/>
              <w:mirrorIndents w:val="1"/>
            </w:pPr>
            <w:proofErr w:type="spellStart"/>
            <w:r>
              <w:rPr>
                <w:rFonts w:ascii="Arial" w:hAnsi="Arial" w:cs="Arial" w:eastAsia="Arial"/>
                <w:b w:val="0"/>
                <w:sz w:val="15"/>
                <w:rtl w:val="1"/>
                <w:szCs w:val="15"/>
              </w:rPr>
              <w:t>التطوع</w:t>
            </w:r>
            <w:proofErr w:type="spellEnd"/>
          </w:p>
        </w:tc>
        <w:tc>
          <w:tcPr>
            <w:tcW w:w="1108" w:type="dxa"/>
            <w:vAlign w:val="center"/>
            <w:tcMar>
              <w:top w:w="75" w:type="dxa"/>
              <w:start w:w="75" w:type="dxa"/>
              <w:bottom w:w="75" w:type="dxa"/>
              <w:end w:w="75" w:type="dxa"/>
            </w:tcMar>
          </w:tcPr>
          <w:p w14:paraId="632E3885" w14:textId="77777777" w:rsidR="00A564F2" w:rsidRDefault="00A564F2" w:rsidP="009D38E5">
            <w:pPr>
              <w:spacing w:before="0" w:after="0" w:line="240" w:lineRule="auto"/>
              <w:jc w:val="center"/>
              <w:bidi w:val="1"/>
              <w:mirrorIndents w:val="1"/>
            </w:pPr>
            <w:r>
              <w:rPr>
                <w:rFonts w:ascii="Arial" w:hAnsi="Arial" w:cs="Arial" w:eastAsia="Arial"/>
                <w:b w:val="0"/>
                <w:sz w:val="15"/>
                <w:rtl w:val="1"/>
                <w:szCs w:val="15"/>
              </w:rPr>
              <w:t xml:space="preserve">اعتماد </w:t>
            </w:r>
            <w:proofErr w:type="spellStart"/>
            <w:r>
              <w:rPr>
                <w:rFonts w:ascii="Arial" w:hAnsi="Arial" w:cs="Arial" w:eastAsia="Arial"/>
                <w:b w:val="0"/>
                <w:sz w:val="15"/>
                <w:rtl w:val="1"/>
                <w:szCs w:val="15"/>
              </w:rPr>
              <w:t>إنهاء</w:t>
            </w:r>
            <w:proofErr w:type="spellEnd"/>
            <w:r>
              <w:rPr>
                <w:rFonts w:ascii="Arial" w:hAnsi="Arial" w:cs="Arial" w:eastAsia="Arial"/>
                <w:b w:val="0"/>
                <w:sz w:val="15"/>
                <w:rtl w:val="1"/>
                <w:szCs w:val="15"/>
              </w:rPr>
              <w:t xml:space="preserve"> </w:t>
            </w:r>
            <w:proofErr w:type="spellStart"/>
            <w:r>
              <w:rPr>
                <w:rFonts w:ascii="Arial" w:hAnsi="Arial" w:cs="Arial" w:eastAsia="Arial"/>
                <w:b w:val="0"/>
                <w:sz w:val="15"/>
                <w:rtl w:val="1"/>
                <w:szCs w:val="15"/>
              </w:rPr>
              <w:t>المشاركة</w:t>
            </w:r>
            <w:proofErr w:type="spellEnd"/>
          </w:p>
        </w:tc>
        <w:tc>
          <w:tcPr>
            <w:tcW w:w="1108" w:type="dxa"/>
            <w:vAlign w:val="center"/>
            <w:tcMar>
              <w:top w:w="75" w:type="dxa"/>
              <w:start w:w="75" w:type="dxa"/>
              <w:bottom w:w="75" w:type="dxa"/>
              <w:end w:w="75" w:type="dxa"/>
            </w:tcMar>
          </w:tcPr>
          <w:p>
            <w:pPr>
              <w:spacing w:before="0" w:after="0" w:line="240" w:lineRule="auto"/>
              <w:jc w:val="center"/>
              <w:bidi/>
            </w:pPr>
            <w:r>
              <w:rPr>
                <w:rFonts w:ascii="Arial" w:hAnsi="Arial" w:cs="Arial"/>
                <w:sz w:val="15"/>
                <w:rtl/>
              </w:rPr>
            </w:r>
            <w:r>
              <w:rPr>
                <w:rFonts w:ascii="Arial" w:hAnsi="Arial" w:cs="Arial"/>
                <w:b w:val="0"/>
                <w:sz w:val="15"/>
                <w:rtl/>
              </w:rPr>
            </w:r>
          </w:p>
        </w:tc>
        <w:tc>
          <w:tcPr>
            <w:tcW w:w="1108" w:type="dxa"/>
            <w:vAlign w:val="center"/>
            <w:tcMar>
              <w:top w:w="75" w:type="dxa"/>
              <w:start w:w="75" w:type="dxa"/>
              <w:bottom w:w="75" w:type="dxa"/>
              <w:end w:w="75" w:type="dxa"/>
            </w:tcMar>
          </w:tcPr>
          <w:p>
            <w:pPr>
              <w:spacing w:before="0" w:after="0" w:line="240" w:lineRule="auto"/>
              <w:jc w:val="center"/>
              <w:bidi/>
            </w:pPr>
            <w:r>
              <w:rPr>
                <w:rFonts w:ascii="Arial" w:hAnsi="Arial" w:cs="Arial"/>
                <w:sz w:val="15"/>
                <w:rtl/>
              </w:rPr>
            </w:r>
            <w:r>
              <w:rPr>
                <w:rFonts w:ascii="Arial" w:hAnsi="Arial" w:cs="Arial"/>
                <w:b w:val="0"/>
                <w:sz w:val="15"/>
                <w:rtl/>
              </w:rPr>
            </w:r>
          </w:p>
        </w:tc>
        <w:tc>
          <w:tcPr>
            <w:tcW w:w="1108" w:type="dxa"/>
            <w:vAlign w:val="center"/>
            <w:tcMar>
              <w:top w:w="75" w:type="dxa"/>
              <w:start w:w="75" w:type="dxa"/>
              <w:bottom w:w="75" w:type="dxa"/>
              <w:end w:w="75" w:type="dxa"/>
            </w:tcMar>
          </w:tcPr>
          <w:p>
            <w:pPr>
              <w:spacing w:before="0" w:after="0" w:line="240" w:lineRule="auto"/>
              <w:jc w:val="center"/>
              <w:bidi/>
            </w:pPr>
            <w:r>
              <w:rPr>
                <w:rFonts w:ascii="Arial" w:hAnsi="Arial" w:cs="Arial"/>
                <w:sz w:val="15"/>
                <w:rtl/>
              </w:rPr>
            </w:r>
            <w:r>
              <w:rPr>
                <w:rFonts w:ascii="Arial" w:hAnsi="Arial" w:cs="Arial"/>
                <w:b w:val="0"/>
                <w:sz w:val="15"/>
                <w:rtl/>
              </w:rPr>
              <w:t>A</w:t>
            </w:r>
          </w:p>
        </w:tc>
        <w:tc>
          <w:tcPr>
            <w:tcW w:w="1108" w:type="dxa"/>
            <w:vAlign w:val="center"/>
            <w:tcMar>
              <w:top w:w="75" w:type="dxa"/>
              <w:start w:w="75" w:type="dxa"/>
              <w:bottom w:w="75" w:type="dxa"/>
              <w:end w:w="75" w:type="dxa"/>
            </w:tcMar>
          </w:tcPr>
          <w:p>
            <w:pPr>
              <w:spacing w:before="0" w:after="0" w:line="240" w:lineRule="auto"/>
              <w:jc w:val="center"/>
              <w:bidi/>
            </w:pPr>
            <w:r>
              <w:rPr>
                <w:rFonts w:ascii="Arial" w:hAnsi="Arial" w:cs="Arial"/>
                <w:sz w:val="15"/>
                <w:rtl/>
              </w:rPr>
            </w:r>
            <w:r>
              <w:rPr>
                <w:rFonts w:ascii="Arial" w:hAnsi="Arial" w:cs="Arial"/>
                <w:b w:val="0"/>
                <w:sz w:val="15"/>
                <w:rtl/>
              </w:rPr>
              <w:t>R</w:t>
            </w:r>
          </w:p>
        </w:tc>
        <w:tc>
          <w:tcPr>
            <w:tcW w:w="1108" w:type="dxa"/>
            <w:vAlign w:val="center"/>
            <w:tcMar>
              <w:top w:w="75" w:type="dxa"/>
              <w:start w:w="75" w:type="dxa"/>
              <w:bottom w:w="75" w:type="dxa"/>
              <w:end w:w="75" w:type="dxa"/>
            </w:tcMar>
          </w:tcPr>
          <w:p>
            <w:pPr>
              <w:spacing w:before="0" w:after="0" w:line="240" w:lineRule="auto"/>
              <w:jc w:val="center"/>
              <w:bidi/>
            </w:pPr>
            <w:r>
              <w:rPr>
                <w:rFonts w:ascii="Arial" w:hAnsi="Arial" w:cs="Arial"/>
                <w:sz w:val="15"/>
                <w:rtl/>
              </w:rPr>
            </w:r>
            <w:r>
              <w:rPr>
                <w:rFonts w:ascii="Arial" w:hAnsi="Arial" w:cs="Arial"/>
                <w:b w:val="0"/>
                <w:sz w:val="15"/>
                <w:rtl/>
              </w:rPr>
              <w:t>V</w:t>
            </w:r>
          </w:p>
        </w:tc>
        <w:tc>
          <w:tcPr>
            <w:tcW w:w="1108" w:type="dxa"/>
            <w:vAlign w:val="center"/>
            <w:tcMar>
              <w:top w:w="75" w:type="dxa"/>
              <w:start w:w="75" w:type="dxa"/>
              <w:bottom w:w="75" w:type="dxa"/>
              <w:end w:w="75" w:type="dxa"/>
            </w:tcMar>
          </w:tcPr>
          <w:p>
            <w:pPr>
              <w:spacing w:before="0" w:after="0" w:line="240" w:lineRule="auto"/>
              <w:jc w:val="center"/>
              <w:bidi/>
            </w:pPr>
            <w:r>
              <w:rPr>
                <w:rFonts w:ascii="Arial" w:hAnsi="Arial" w:cs="Arial"/>
                <w:sz w:val="15"/>
                <w:rtl/>
              </w:rPr>
            </w:r>
            <w:r>
              <w:rPr>
                <w:rFonts w:ascii="Arial" w:hAnsi="Arial" w:cs="Arial"/>
                <w:b w:val="0"/>
                <w:sz w:val="15"/>
                <w:rtl/>
              </w:rPr>
              <w:t>E</w:t>
            </w:r>
          </w:p>
        </w:tc>
        <w:tc>
          <w:tcPr>
            <w:tcW w:w="1108" w:type="dxa"/>
            <w:vAlign w:val="center"/>
            <w:tcMar>
              <w:top w:w="75" w:type="dxa"/>
              <w:start w:w="75" w:type="dxa"/>
              <w:bottom w:w="75" w:type="dxa"/>
              <w:end w:w="75" w:type="dxa"/>
            </w:tcMar>
          </w:tcPr>
          <w:p>
            <w:pPr>
              <w:spacing w:before="0" w:after="0" w:line="240" w:lineRule="auto"/>
              <w:jc w:val="center"/>
              <w:bidi/>
            </w:pPr>
            <w:r>
              <w:rPr>
                <w:rFonts w:ascii="Arial" w:hAnsi="Arial" w:cs="Arial"/>
                <w:sz w:val="15"/>
                <w:rtl/>
              </w:rPr>
            </w:r>
            <w:r>
              <w:rPr>
                <w:rFonts w:ascii="Arial" w:hAnsi="Arial" w:cs="Arial"/>
                <w:b w:val="0"/>
                <w:sz w:val="15"/>
                <w:rtl/>
              </w:rPr>
              <w:t>مع توثيق السبب والتسليم</w:t>
            </w:r>
          </w:p>
        </w:tc>
      </w:tr>
      <w:tr w:rsidR="00A564F2" w14:paraId="6ECC2E99" w14:textId="77777777" w:rsidTr="009D38E5">
        <w:trPr>
          <w:cantSplit w:val="true"/>
          <w:trHeight w:hRule="atLeast"/>
        </w:trPr>
        <w:tc>
          <w:tcPr>
            <w:tcW w:w="1108" w:type="dxa"/>
            <w:vAlign w:val="center"/>
            <w:tcMar>
              <w:top w:w="75" w:type="dxa"/>
              <w:start w:w="75" w:type="dxa"/>
              <w:bottom w:w="75" w:type="dxa"/>
              <w:end w:w="75" w:type="dxa"/>
            </w:tcMar>
          </w:tcPr>
          <w:p w14:paraId="7B92AF07" w14:textId="77777777" w:rsidR="00A564F2" w:rsidRDefault="00A564F2" w:rsidP="009D38E5">
            <w:pPr>
              <w:spacing w:before="0" w:after="0" w:line="240" w:lineRule="auto"/>
              <w:jc w:val="center"/>
              <w:bidi w:val="1"/>
              <w:mirrorIndents w:val="1"/>
            </w:pPr>
            <w:proofErr w:type="spellStart"/>
            <w:r>
              <w:rPr>
                <w:rFonts w:ascii="Arial" w:hAnsi="Arial" w:cs="Arial" w:eastAsia="Arial"/>
                <w:b w:val="0"/>
                <w:sz w:val="15"/>
                <w:rtl w:val="1"/>
                <w:szCs w:val="15"/>
              </w:rPr>
              <w:t>التطوع</w:t>
            </w:r>
            <w:proofErr w:type="spellEnd"/>
          </w:p>
        </w:tc>
        <w:tc>
          <w:tcPr>
            <w:tcW w:w="1108" w:type="dxa"/>
            <w:vAlign w:val="center"/>
            <w:tcMar>
              <w:top w:w="75" w:type="dxa"/>
              <w:start w:w="75" w:type="dxa"/>
              <w:bottom w:w="75" w:type="dxa"/>
              <w:end w:w="75" w:type="dxa"/>
            </w:tcMar>
          </w:tcPr>
          <w:p w14:paraId="45519FF8" w14:textId="77777777" w:rsidR="00A564F2" w:rsidRDefault="00A564F2" w:rsidP="009D38E5">
            <w:pPr>
              <w:spacing w:before="0" w:after="0" w:line="240" w:lineRule="auto"/>
              <w:jc w:val="center"/>
              <w:bidi w:val="1"/>
              <w:mirrorIndents w:val="1"/>
            </w:pPr>
            <w:r>
              <w:rPr>
                <w:rFonts w:ascii="Arial" w:hAnsi="Arial" w:cs="Arial" w:eastAsia="Arial"/>
                <w:b w:val="0"/>
                <w:sz w:val="15"/>
                <w:rtl w:val="1"/>
                <w:szCs w:val="15"/>
              </w:rPr>
              <w:t xml:space="preserve">اعتماد </w:t>
            </w:r>
            <w:proofErr w:type="spellStart"/>
            <w:r>
              <w:rPr>
                <w:rFonts w:ascii="Arial" w:hAnsi="Arial" w:cs="Arial" w:eastAsia="Arial"/>
                <w:b w:val="0"/>
                <w:sz w:val="15"/>
                <w:rtl w:val="1"/>
                <w:szCs w:val="15"/>
              </w:rPr>
              <w:t>تقارير</w:t>
            </w:r>
            <w:proofErr w:type="spellEnd"/>
            <w:r>
              <w:rPr>
                <w:rFonts w:ascii="Arial" w:hAnsi="Arial" w:cs="Arial" w:eastAsia="Arial"/>
                <w:b w:val="0"/>
                <w:sz w:val="15"/>
                <w:rtl w:val="1"/>
                <w:szCs w:val="15"/>
              </w:rPr>
              <w:t xml:space="preserve"> </w:t>
            </w:r>
            <w:proofErr w:type="spellStart"/>
            <w:r>
              <w:rPr>
                <w:rFonts w:ascii="Arial" w:hAnsi="Arial" w:cs="Arial" w:eastAsia="Arial"/>
                <w:b w:val="0"/>
                <w:sz w:val="15"/>
                <w:rtl w:val="1"/>
                <w:szCs w:val="15"/>
              </w:rPr>
              <w:t>التطوع</w:t>
            </w:r>
            <w:proofErr w:type="spellEnd"/>
          </w:p>
        </w:tc>
        <w:tc>
          <w:tcPr>
            <w:tcW w:w="1108" w:type="dxa"/>
            <w:vAlign w:val="center"/>
            <w:tcMar>
              <w:top w:w="75" w:type="dxa"/>
              <w:start w:w="75" w:type="dxa"/>
              <w:bottom w:w="75" w:type="dxa"/>
              <w:end w:w="75" w:type="dxa"/>
            </w:tcMar>
          </w:tcPr>
          <w:p>
            <w:pPr>
              <w:spacing w:before="0" w:after="0" w:line="240" w:lineRule="auto"/>
              <w:jc w:val="center"/>
              <w:bidi/>
            </w:pPr>
            <w:r>
              <w:rPr>
                <w:rFonts w:ascii="Arial" w:hAnsi="Arial" w:cs="Arial"/>
                <w:sz w:val="15"/>
                <w:rtl/>
              </w:rPr>
            </w:r>
            <w:r>
              <w:rPr>
                <w:rFonts w:ascii="Arial" w:hAnsi="Arial" w:cs="Arial"/>
                <w:b w:val="0"/>
                <w:sz w:val="15"/>
                <w:rtl/>
              </w:rPr>
            </w:r>
          </w:p>
        </w:tc>
        <w:tc>
          <w:tcPr>
            <w:tcW w:w="1108" w:type="dxa"/>
            <w:vAlign w:val="center"/>
            <w:tcMar>
              <w:top w:w="75" w:type="dxa"/>
              <w:start w:w="75" w:type="dxa"/>
              <w:bottom w:w="75" w:type="dxa"/>
              <w:end w:w="75" w:type="dxa"/>
            </w:tcMar>
          </w:tcPr>
          <w:p>
            <w:pPr>
              <w:spacing w:before="0" w:after="0" w:line="240" w:lineRule="auto"/>
              <w:jc w:val="center"/>
              <w:bidi/>
            </w:pPr>
            <w:r>
              <w:rPr>
                <w:rFonts w:ascii="Arial" w:hAnsi="Arial" w:cs="Arial"/>
                <w:sz w:val="15"/>
                <w:rtl/>
              </w:rPr>
            </w:r>
            <w:r>
              <w:rPr>
                <w:rFonts w:ascii="Arial" w:hAnsi="Arial" w:cs="Arial"/>
                <w:b w:val="0"/>
                <w:sz w:val="15"/>
                <w:rtl/>
              </w:rPr>
            </w:r>
          </w:p>
        </w:tc>
        <w:tc>
          <w:tcPr>
            <w:tcW w:w="1108" w:type="dxa"/>
            <w:vAlign w:val="center"/>
            <w:tcMar>
              <w:top w:w="75" w:type="dxa"/>
              <w:start w:w="75" w:type="dxa"/>
              <w:bottom w:w="75" w:type="dxa"/>
              <w:end w:w="75" w:type="dxa"/>
            </w:tcMar>
          </w:tcPr>
          <w:p>
            <w:pPr>
              <w:spacing w:before="0" w:after="0" w:line="240" w:lineRule="auto"/>
              <w:jc w:val="center"/>
              <w:bidi/>
            </w:pPr>
            <w:r>
              <w:rPr>
                <w:rFonts w:ascii="Arial" w:hAnsi="Arial" w:cs="Arial"/>
                <w:sz w:val="15"/>
                <w:rtl/>
              </w:rPr>
            </w:r>
            <w:r>
              <w:rPr>
                <w:rFonts w:ascii="Arial" w:hAnsi="Arial" w:cs="Arial"/>
                <w:b w:val="0"/>
                <w:sz w:val="15"/>
                <w:rtl/>
              </w:rPr>
              <w:t>A</w:t>
            </w:r>
          </w:p>
        </w:tc>
        <w:tc>
          <w:tcPr>
            <w:tcW w:w="1108" w:type="dxa"/>
            <w:vAlign w:val="center"/>
            <w:tcMar>
              <w:top w:w="75" w:type="dxa"/>
              <w:start w:w="75" w:type="dxa"/>
              <w:bottom w:w="75" w:type="dxa"/>
              <w:end w:w="75" w:type="dxa"/>
            </w:tcMar>
          </w:tcPr>
          <w:p>
            <w:pPr>
              <w:spacing w:before="0" w:after="0" w:line="240" w:lineRule="auto"/>
              <w:jc w:val="center"/>
              <w:bidi/>
            </w:pPr>
            <w:r>
              <w:rPr>
                <w:rFonts w:ascii="Arial" w:hAnsi="Arial" w:cs="Arial"/>
                <w:sz w:val="15"/>
                <w:rtl/>
              </w:rPr>
            </w:r>
            <w:r>
              <w:rPr>
                <w:rFonts w:ascii="Arial" w:hAnsi="Arial" w:cs="Arial"/>
                <w:b w:val="0"/>
                <w:sz w:val="15"/>
                <w:rtl/>
              </w:rPr>
              <w:t>R</w:t>
            </w:r>
          </w:p>
        </w:tc>
        <w:tc>
          <w:tcPr>
            <w:tcW w:w="1108" w:type="dxa"/>
            <w:vAlign w:val="center"/>
            <w:tcMar>
              <w:top w:w="75" w:type="dxa"/>
              <w:start w:w="75" w:type="dxa"/>
              <w:bottom w:w="75" w:type="dxa"/>
              <w:end w:w="75" w:type="dxa"/>
            </w:tcMar>
          </w:tcPr>
          <w:p>
            <w:pPr>
              <w:spacing w:before="0" w:after="0" w:line="240" w:lineRule="auto"/>
              <w:jc w:val="center"/>
              <w:bidi/>
            </w:pPr>
            <w:r>
              <w:rPr>
                <w:rFonts w:ascii="Arial" w:hAnsi="Arial" w:cs="Arial"/>
                <w:sz w:val="15"/>
                <w:rtl/>
              </w:rPr>
            </w:r>
            <w:r>
              <w:rPr>
                <w:rFonts w:ascii="Arial" w:hAnsi="Arial" w:cs="Arial"/>
                <w:b w:val="0"/>
                <w:sz w:val="15"/>
                <w:rtl/>
              </w:rPr>
              <w:t>V</w:t>
            </w:r>
          </w:p>
        </w:tc>
        <w:tc>
          <w:tcPr>
            <w:tcW w:w="1108" w:type="dxa"/>
            <w:vAlign w:val="center"/>
            <w:tcMar>
              <w:top w:w="75" w:type="dxa"/>
              <w:start w:w="75" w:type="dxa"/>
              <w:bottom w:w="75" w:type="dxa"/>
              <w:end w:w="75" w:type="dxa"/>
            </w:tcMar>
          </w:tcPr>
          <w:p>
            <w:pPr>
              <w:spacing w:before="0" w:after="0" w:line="240" w:lineRule="auto"/>
              <w:jc w:val="center"/>
              <w:bidi/>
            </w:pPr>
            <w:r>
              <w:rPr>
                <w:rFonts w:ascii="Arial" w:hAnsi="Arial" w:cs="Arial"/>
                <w:sz w:val="15"/>
                <w:rtl/>
              </w:rPr>
            </w:r>
            <w:r>
              <w:rPr>
                <w:rFonts w:ascii="Arial" w:hAnsi="Arial" w:cs="Arial"/>
                <w:b w:val="0"/>
                <w:sz w:val="15"/>
                <w:rtl/>
              </w:rPr>
              <w:t>E</w:t>
            </w:r>
          </w:p>
        </w:tc>
        <w:tc>
          <w:tcPr>
            <w:tcW w:w="1108" w:type="dxa"/>
            <w:vAlign w:val="center"/>
            <w:tcMar>
              <w:top w:w="75" w:type="dxa"/>
              <w:start w:w="75" w:type="dxa"/>
              <w:bottom w:w="75" w:type="dxa"/>
              <w:end w:w="75" w:type="dxa"/>
            </w:tcMar>
          </w:tcPr>
          <w:p>
            <w:pPr>
              <w:spacing w:before="0" w:after="0" w:line="240" w:lineRule="auto"/>
              <w:jc w:val="center"/>
              <w:bidi/>
            </w:pPr>
            <w:r>
              <w:rPr>
                <w:rFonts w:ascii="Arial" w:hAnsi="Arial" w:cs="Arial"/>
                <w:sz w:val="15"/>
                <w:rtl/>
              </w:rPr>
            </w:r>
            <w:r>
              <w:rPr>
                <w:rFonts w:ascii="Arial" w:hAnsi="Arial" w:cs="Arial"/>
                <w:b w:val="0"/>
                <w:sz w:val="15"/>
                <w:rtl/>
              </w:rPr>
              <w:t>تقارير دورية وختامية</w:t>
            </w:r>
          </w:p>
        </w:tc>
      </w:tr>
    </w:tbl>
    <w:p w14:paraId="6E8EBD9F" w14:textId="77777777" w:rsidR="00A564F2" w:rsidRDefault="00A564F2" w:rsidP="00A564F2">
      <w:pPr>
        <w:bidi/>
      </w:pPr>
    </w:p>
    <w:p w14:paraId="750D7039" w14:textId="77777777" w:rsidR="00A564F2" w:rsidRDefault="00A564F2" w:rsidP="00A564F2">
      <w:pPr>
        <w:pStyle w:val="Heading2"/>
        <w:bidi w:val="1"/>
        <w:jc w:val="right"/>
      </w:pPr>
      <w:proofErr w:type="spellStart"/>
      <w:r>
        <w:rPr>
          <w:b/>
          <w:sz w:val="25"/>
          <w:rtl w:val="1"/>
          <w:rFonts w:ascii="Arial" w:hAnsi="Arial" w:cs="Arial" w:eastAsia="Arial"/>
          <w:szCs w:val="25"/>
        </w:rPr>
        <w:t>الرموز</w:t>
      </w:r>
      <w:proofErr w:type="spellEnd"/>
    </w:p>
    <w:tbl>
      <w:tblPr>
        <w:tblStyle w:val="TableGrid"/>
        <w:tblW w:w="0" w:type="auto"/>
        <w:tblLook w:val="04A0" w:firstRow="1" w:lastRow="0" w:firstColumn="1" w:lastColumn="0" w:noHBand="0" w:noVBand="1"/>
        <w:bidiVisual w:val="1"/>
        <w:jc w:val="center"/>
        <w:tblLayout w:type="fixed"/>
      </w:tblPr>
      <w:tblGrid>
        <w:gridCol w:w="4986"/>
        <w:gridCol w:w="4986"/>
      </w:tblGrid>
      <w:tr w:rsidR="00A564F2" w14:paraId="7A42ABB6" w14:textId="77777777" w:rsidTr="009D38E5">
        <w:trPr>
          <w:trHeight w:hRule="atLeast"/>
          <w:tblHeader w:val="true"/>
          <w:cantSplit w:val="true"/>
        </w:trPr>
        <w:tc>
          <w:tcPr>
            <w:tcW w:w="4986" w:type="dxa"/>
            <w:shd w:val="clear" w:color="auto" w:fill="D9EAD3"/>
            <w:vAlign w:val="center"/>
            <w:tcMar>
              <w:top w:w="75" w:type="dxa"/>
              <w:start w:w="75" w:type="dxa"/>
              <w:bottom w:w="75" w:type="dxa"/>
              <w:end w:w="75" w:type="dxa"/>
            </w:tcMar>
          </w:tcPr>
          <w:p w14:paraId="1F973777" w14:textId="77777777" w:rsidR="00A564F2" w:rsidRDefault="00A564F2" w:rsidP="009D38E5">
            <w:pPr>
              <w:spacing w:before="0" w:after="0" w:line="240" w:lineRule="auto"/>
              <w:jc w:val="center"/>
              <w:bidi w:val="1"/>
              <w:mirrorIndents w:val="1"/>
            </w:pPr>
            <w:proofErr w:type="spellStart"/>
            <w:r>
              <w:rPr>
                <w:rFonts w:ascii="Arial" w:hAnsi="Arial" w:cs="Arial" w:eastAsia="Arial"/>
                <w:b/>
                <w:sz w:val="16"/>
                <w:rtl w:val="1"/>
                <w:szCs w:val="17"/>
              </w:rPr>
              <w:t>الرمز</w:t>
            </w:r>
            <w:proofErr w:type="spellEnd"/>
          </w:p>
        </w:tc>
        <w:tc>
          <w:tcPr>
            <w:tcW w:w="4986" w:type="dxa"/>
            <w:shd w:val="clear" w:color="auto" w:fill="D9EAD3"/>
            <w:vAlign w:val="center"/>
            <w:tcMar>
              <w:top w:w="75" w:type="dxa"/>
              <w:start w:w="75" w:type="dxa"/>
              <w:bottom w:w="75" w:type="dxa"/>
              <w:end w:w="75" w:type="dxa"/>
            </w:tcMar>
          </w:tcPr>
          <w:p w14:paraId="07379458" w14:textId="77777777" w:rsidR="00A564F2" w:rsidRDefault="00A564F2" w:rsidP="009D38E5">
            <w:pPr>
              <w:spacing w:before="0" w:after="0" w:line="240" w:lineRule="auto"/>
              <w:jc w:val="center"/>
              <w:bidi w:val="1"/>
              <w:mirrorIndents w:val="1"/>
            </w:pPr>
            <w:proofErr w:type="spellStart"/>
            <w:r>
              <w:rPr>
                <w:rFonts w:ascii="Arial" w:hAnsi="Arial" w:cs="Arial" w:eastAsia="Arial"/>
                <w:b/>
                <w:sz w:val="16"/>
                <w:rtl w:val="1"/>
                <w:szCs w:val="17"/>
              </w:rPr>
              <w:t>المعنى</w:t>
            </w:r>
            <w:proofErr w:type="spellEnd"/>
          </w:p>
        </w:tc>
      </w:tr>
      <w:tr w:rsidR="00A564F2" w14:paraId="63424C41" w14:textId="77777777" w:rsidTr="009D38E5">
        <w:trPr>
          <w:cantSplit w:val="true"/>
          <w:trHeight w:hRule="atLeast"/>
        </w:trPr>
        <w:tc>
          <w:tcPr>
            <w:tcW w:w="4986" w:type="dxa"/>
            <w:vAlign w:val="center"/>
            <w:tcMar>
              <w:top w:w="75" w:type="dxa"/>
              <w:start w:w="75" w:type="dxa"/>
              <w:bottom w:w="75" w:type="dxa"/>
              <w:end w:w="75" w:type="dxa"/>
            </w:tcMar>
          </w:tcPr>
          <w:p w14:paraId="6AC26AB6" w14:textId="77777777" w:rsidR="00A564F2" w:rsidRDefault="00A564F2" w:rsidP="009D38E5">
            <w:pPr>
              <w:spacing w:before="0" w:after="0" w:line="240" w:lineRule="auto"/>
              <w:jc w:val="center"/>
              <w:bidi w:val="1"/>
              <w:mirrorIndents w:val="1"/>
            </w:pPr>
            <w:r>
              <w:rPr>
                <w:rFonts w:ascii="Arial" w:hAnsi="Arial" w:cs="Arial" w:eastAsia="Arial"/>
                <w:b/>
                <w:sz w:val="16"/>
                <w:rtl w:val="1"/>
                <w:szCs w:val="16"/>
              </w:rPr>
              <w:t>A</w:t>
            </w:r>
          </w:p>
        </w:tc>
        <w:tc>
          <w:tcPr>
            <w:tcW w:w="4986" w:type="dxa"/>
            <w:vAlign w:val="center"/>
            <w:tcMar>
              <w:top w:w="75" w:type="dxa"/>
              <w:start w:w="75" w:type="dxa"/>
              <w:bottom w:w="75" w:type="dxa"/>
              <w:end w:w="75" w:type="dxa"/>
            </w:tcMar>
          </w:tcPr>
          <w:p w14:paraId="3F84C33A" w14:textId="77777777" w:rsidR="00A564F2" w:rsidRDefault="00A564F2" w:rsidP="009D38E5">
            <w:pPr>
              <w:spacing w:before="0" w:after="0" w:line="240" w:lineRule="auto"/>
              <w:jc w:val="center"/>
              <w:bidi w:val="1"/>
              <w:mirrorIndents w:val="1"/>
            </w:pPr>
            <w:r>
              <w:rPr>
                <w:rFonts w:ascii="Arial" w:hAnsi="Arial" w:cs="Arial" w:eastAsia="Arial"/>
                <w:b w:val="0"/>
                <w:sz w:val="16"/>
                <w:rtl w:val="1"/>
                <w:szCs w:val="17"/>
              </w:rPr>
              <w:t>اعتماد نهائي</w:t>
            </w:r>
          </w:p>
        </w:tc>
      </w:tr>
      <w:tr w:rsidR="00A564F2" w14:paraId="08DBA28E" w14:textId="77777777" w:rsidTr="009D38E5">
        <w:trPr>
          <w:cantSplit w:val="true"/>
          <w:trHeight w:hRule="atLeast"/>
        </w:trPr>
        <w:tc>
          <w:tcPr>
            <w:tcW w:w="4986" w:type="dxa"/>
            <w:vAlign w:val="center"/>
            <w:tcMar>
              <w:top w:w="75" w:type="dxa"/>
              <w:start w:w="75" w:type="dxa"/>
              <w:bottom w:w="75" w:type="dxa"/>
              <w:end w:w="75" w:type="dxa"/>
            </w:tcMar>
          </w:tcPr>
          <w:p w14:paraId="01743EB2" w14:textId="77777777" w:rsidR="00A564F2" w:rsidRDefault="00A564F2" w:rsidP="009D38E5">
            <w:pPr>
              <w:spacing w:before="0" w:after="0" w:line="240" w:lineRule="auto"/>
              <w:jc w:val="center"/>
              <w:bidi w:val="1"/>
              <w:mirrorIndents w:val="1"/>
            </w:pPr>
            <w:r>
              <w:rPr>
                <w:rFonts w:ascii="Arial" w:hAnsi="Arial" w:cs="Arial" w:eastAsia="Arial"/>
                <w:b/>
                <w:sz w:val="16"/>
                <w:rtl w:val="1"/>
                <w:szCs w:val="16"/>
              </w:rPr>
              <w:t>R</w:t>
            </w:r>
          </w:p>
        </w:tc>
        <w:tc>
          <w:tcPr>
            <w:tcW w:w="4986" w:type="dxa"/>
            <w:vAlign w:val="center"/>
            <w:tcMar>
              <w:top w:w="75" w:type="dxa"/>
              <w:start w:w="75" w:type="dxa"/>
              <w:bottom w:w="75" w:type="dxa"/>
              <w:end w:w="75" w:type="dxa"/>
            </w:tcMar>
          </w:tcPr>
          <w:p w14:paraId="6395E769" w14:textId="77777777" w:rsidR="00A564F2" w:rsidRDefault="00A564F2" w:rsidP="009D38E5">
            <w:pPr>
              <w:spacing w:before="0" w:after="0" w:line="240" w:lineRule="auto"/>
              <w:jc w:val="center"/>
              <w:bidi w:val="1"/>
              <w:mirrorIndents w:val="1"/>
            </w:pPr>
            <w:r>
              <w:rPr>
                <w:rFonts w:ascii="Arial" w:hAnsi="Arial" w:cs="Arial" w:eastAsia="Arial"/>
                <w:b w:val="0"/>
                <w:sz w:val="16"/>
                <w:rtl w:val="1"/>
                <w:szCs w:val="17"/>
              </w:rPr>
              <w:t>توصية</w:t>
            </w:r>
          </w:p>
        </w:tc>
      </w:tr>
      <w:tr w:rsidR="00A564F2" w14:paraId="4C9144C8" w14:textId="77777777" w:rsidTr="009D38E5">
        <w:trPr>
          <w:cantSplit w:val="true"/>
          <w:trHeight w:hRule="atLeast"/>
        </w:trPr>
        <w:tc>
          <w:tcPr>
            <w:tcW w:w="4986" w:type="dxa"/>
            <w:vAlign w:val="center"/>
            <w:tcMar>
              <w:top w:w="75" w:type="dxa"/>
              <w:start w:w="75" w:type="dxa"/>
              <w:bottom w:w="75" w:type="dxa"/>
              <w:end w:w="75" w:type="dxa"/>
            </w:tcMar>
          </w:tcPr>
          <w:p w14:paraId="6CF7E6BE" w14:textId="77777777" w:rsidR="00A564F2" w:rsidRDefault="00A564F2" w:rsidP="009D38E5">
            <w:pPr>
              <w:spacing w:before="0" w:after="0" w:line="240" w:lineRule="auto"/>
              <w:jc w:val="center"/>
              <w:bidi w:val="1"/>
              <w:mirrorIndents w:val="1"/>
            </w:pPr>
            <w:r>
              <w:rPr>
                <w:rFonts w:ascii="Arial" w:hAnsi="Arial" w:cs="Arial" w:eastAsia="Arial"/>
                <w:b/>
                <w:sz w:val="16"/>
                <w:rtl w:val="1"/>
                <w:szCs w:val="16"/>
              </w:rPr>
              <w:t>V</w:t>
            </w:r>
          </w:p>
        </w:tc>
        <w:tc>
          <w:tcPr>
            <w:tcW w:w="4986" w:type="dxa"/>
            <w:vAlign w:val="center"/>
            <w:tcMar>
              <w:top w:w="75" w:type="dxa"/>
              <w:start w:w="75" w:type="dxa"/>
              <w:bottom w:w="75" w:type="dxa"/>
              <w:end w:w="75" w:type="dxa"/>
            </w:tcMar>
          </w:tcPr>
          <w:p w14:paraId="7D5BF9F6" w14:textId="77777777" w:rsidR="00A564F2" w:rsidRDefault="00A564F2" w:rsidP="009D38E5">
            <w:pPr>
              <w:spacing w:before="0" w:after="0" w:line="240" w:lineRule="auto"/>
              <w:jc w:val="center"/>
              <w:bidi w:val="1"/>
              <w:mirrorIndents w:val="1"/>
            </w:pPr>
            <w:r>
              <w:rPr>
                <w:rFonts w:ascii="Arial" w:hAnsi="Arial" w:cs="Arial" w:eastAsia="Arial"/>
                <w:b w:val="0"/>
                <w:sz w:val="16"/>
                <w:rtl w:val="1"/>
                <w:szCs w:val="17"/>
              </w:rPr>
              <w:t>مراجعة</w:t>
            </w:r>
          </w:p>
        </w:tc>
      </w:tr>
      <w:tr w:rsidR="00A564F2" w14:paraId="5348AD2F" w14:textId="77777777" w:rsidTr="009D38E5">
        <w:trPr>
          <w:cantSplit w:val="true"/>
          <w:trHeight w:hRule="atLeast"/>
        </w:trPr>
        <w:tc>
          <w:tcPr>
            <w:tcW w:w="4986" w:type="dxa"/>
            <w:vAlign w:val="center"/>
            <w:tcMar>
              <w:top w:w="75" w:type="dxa"/>
              <w:start w:w="75" w:type="dxa"/>
              <w:bottom w:w="75" w:type="dxa"/>
              <w:end w:w="75" w:type="dxa"/>
            </w:tcMar>
          </w:tcPr>
          <w:p w14:paraId="7C089494" w14:textId="77777777" w:rsidR="00A564F2" w:rsidRDefault="00A564F2" w:rsidP="009D38E5">
            <w:pPr>
              <w:spacing w:before="0" w:after="0" w:line="240" w:lineRule="auto"/>
              <w:jc w:val="center"/>
              <w:bidi w:val="1"/>
              <w:mirrorIndents w:val="1"/>
            </w:pPr>
            <w:r>
              <w:rPr>
                <w:rFonts w:ascii="Arial" w:hAnsi="Arial" w:cs="Arial" w:eastAsia="Arial"/>
                <w:b/>
                <w:sz w:val="16"/>
                <w:rtl w:val="1"/>
                <w:szCs w:val="16"/>
              </w:rPr>
              <w:t>E</w:t>
            </w:r>
          </w:p>
        </w:tc>
        <w:tc>
          <w:tcPr>
            <w:tcW w:w="4986" w:type="dxa"/>
            <w:vAlign w:val="center"/>
            <w:tcMar>
              <w:top w:w="75" w:type="dxa"/>
              <w:start w:w="75" w:type="dxa"/>
              <w:bottom w:w="75" w:type="dxa"/>
              <w:end w:w="75" w:type="dxa"/>
            </w:tcMar>
          </w:tcPr>
          <w:p w14:paraId="7038EF7E" w14:textId="77777777" w:rsidR="00A564F2" w:rsidRDefault="00A564F2" w:rsidP="009D38E5">
            <w:pPr>
              <w:spacing w:before="0" w:after="0" w:line="240" w:lineRule="auto"/>
              <w:jc w:val="center"/>
              <w:bidi w:val="1"/>
              <w:mirrorIndents w:val="1"/>
            </w:pPr>
            <w:r>
              <w:rPr>
                <w:rFonts w:ascii="Arial" w:hAnsi="Arial" w:cs="Arial" w:eastAsia="Arial"/>
                <w:b w:val="0"/>
                <w:sz w:val="16"/>
                <w:rtl w:val="1"/>
                <w:szCs w:val="17"/>
              </w:rPr>
              <w:t>تنفيذ</w:t>
            </w:r>
          </w:p>
        </w:tc>
      </w:tr>
      <w:tr>
        <w:trPr>
          <w:cantSplit/>
          <w:trHeight w:hRule="atLeast"/>
        </w:trPr>
        <w:tc>
          <w:tcPr>
            <w:tcW w:type="dxa" w:w="4986"/>
            <w:vAlign w:val="center"/>
            <w:tcMar>
              <w:top w:w="75" w:type="dxa"/>
              <w:start w:w="75" w:type="dxa"/>
              <w:bottom w:w="75" w:type="dxa"/>
              <w:end w:w="75" w:type="dxa"/>
            </w:tcMar>
          </w:tcPr>
          <w:p>
            <w:pPr>
              <w:spacing w:before="0" w:after="0" w:line="240" w:lineRule="auto"/>
              <w:jc w:val="center"/>
              <w:bidi/>
            </w:pPr>
            <w:r>
              <w:rPr>
                <w:rFonts w:ascii="Arial" w:hAnsi="Arial" w:cs="Arial" w:eastAsia="Arial"/>
                <w:b/>
                <w:sz w:val="16"/>
                <w:szCs w:val="16"/>
                <w:rtl/>
              </w:rPr>
              <w:t>I</w:t>
            </w:r>
          </w:p>
        </w:tc>
        <w:tc>
          <w:tcPr>
            <w:tcW w:type="dxa" w:w="4986"/>
            <w:vAlign w:val="center"/>
            <w:tcMar>
              <w:top w:w="75" w:type="dxa"/>
              <w:start w:w="75" w:type="dxa"/>
              <w:bottom w:w="75" w:type="dxa"/>
              <w:end w:w="75" w:type="dxa"/>
            </w:tcMar>
          </w:tcPr>
          <w:p>
            <w:pPr>
              <w:spacing w:before="0" w:after="0" w:line="240" w:lineRule="auto"/>
              <w:jc w:val="center"/>
              <w:bidi/>
            </w:pPr>
            <w:r>
              <w:rPr>
                <w:rFonts w:ascii="Arial" w:hAnsi="Arial" w:cs="Arial" w:eastAsia="Arial"/>
                <w:b w:val="0"/>
                <w:sz w:val="16"/>
                <w:szCs w:val="17"/>
                <w:rtl/>
              </w:rPr>
              <w:t>إحاطة</w:t>
            </w:r>
          </w:p>
        </w:tc>
      </w:tr>
    </w:tbl>
    <w:p w14:paraId="2628BA05" w14:textId="77777777" w:rsidR="00A564F2" w:rsidRDefault="00A564F2" w:rsidP="00A564F2">
      <w:pPr>
        <w:bidi/>
      </w:pPr>
    </w:p>
    <w:p w14:paraId="03751269" w14:textId="77777777" w:rsidR="00A564F2" w:rsidRDefault="00A564F2" w:rsidP="00A564F2">
      <w:pPr>
        <w:bidi/>
      </w:pPr>
      <w:r>
        <w:rPr>
          <w:rFonts w:ascii="Arial" w:hAnsi="Arial" w:eastAsia="Arial" w:cs="Arial"/>
          <w:sz w:val="21"/>
          <w:szCs w:val="21"/>
        </w:rPr>
      </w:r>
    </w:p>
    <w:p w14:paraId="3D4FE949" w14:textId="77777777" w:rsidR="00A564F2" w:rsidRDefault="00A564F2" w:rsidP="00A564F2">
      <w:pPr>
        <w:pStyle w:val="Heading1"/>
        <w:bidi w:val="1"/>
        <w:spacing w:before="160" w:after="120"/>
        <w:jc w:val="right"/>
        <w:keepNext w:val="1"/>
      </w:pPr>
      <w:proofErr w:type="spellStart"/>
      <w:r>
        <w:rPr>
          <w:b/>
          <w:color w:val="0F4761"/>
          <w:sz w:val="32"/>
          <w:rtl w:val="1"/>
          <w:rFonts w:ascii="Arial" w:hAnsi="Arial" w:cs="Arial" w:eastAsia="Arial"/>
          <w:szCs w:val="32"/>
        </w:rPr>
        <w:t>أمانة مجلس الإدارة وإدارة الوثائق</w:t>
      </w:r>
      <w:proofErr w:type="spellEnd"/>
      <w:r>
        <w:rPr>
          <w:b/>
          <w:color w:val="0F4761"/>
          <w:sz w:val="32"/>
          <w:rtl w:val="1"/>
          <w:rFonts w:ascii="Arial" w:hAnsi="Arial" w:cs="Arial" w:eastAsia="Arial"/>
          <w:szCs w:val="32"/>
        </w:rPr>
      </w:r>
      <w:proofErr w:type="spellStart"/>
      <w:r>
        <w:rPr>
          <w:b/>
          <w:color w:val="0F4761"/>
          <w:sz w:val="32"/>
          <w:rtl w:val="1"/>
          <w:rFonts w:ascii="Arial" w:hAnsi="Arial" w:cs="Arial" w:eastAsia="Arial"/>
          <w:szCs w:val="32"/>
        </w:rPr>
      </w:r>
      <w:proofErr w:type="spellEnd"/>
      <w:r>
        <w:rPr>
          <w:b/>
          <w:color w:val="0F4761"/>
          <w:sz w:val="32"/>
          <w:rtl w:val="1"/>
          <w:rFonts w:ascii="Arial" w:hAnsi="Arial" w:cs="Arial" w:eastAsia="Arial"/>
          <w:szCs w:val="32"/>
        </w:rPr>
      </w:r>
      <w:proofErr w:type="spellStart"/>
      <w:r>
        <w:rPr>
          <w:b/>
          <w:color w:val="0F4761"/>
          <w:sz w:val="32"/>
          <w:rtl w:val="1"/>
          <w:rFonts w:ascii="Arial" w:hAnsi="Arial" w:cs="Arial" w:eastAsia="Arial"/>
          <w:szCs w:val="32"/>
        </w:rPr>
      </w:r>
      <w:proofErr w:type="spellEnd"/>
    </w:p>
    <w:tbl>
      <w:tblPr>
        <w:tblStyle w:val="TableGrid"/>
        <w:tblW w:w="0" w:type="auto"/>
        <w:tblLook w:val="04A0" w:firstRow="1" w:lastRow="0" w:firstColumn="1" w:lastColumn="0" w:noHBand="0" w:noVBand="1"/>
        <w:bidiVisual w:val="1"/>
        <w:jc w:val="center"/>
        <w:tblLayout w:type="fixed"/>
      </w:tblPr>
      <w:tblGrid>
        <w:gridCol w:w="1220"/>
        <w:gridCol w:w="1138"/>
        <w:gridCol w:w="1097"/>
        <w:gridCol w:w="1100"/>
        <w:gridCol w:w="1101"/>
        <w:gridCol w:w="1093"/>
        <w:gridCol w:w="1094"/>
        <w:gridCol w:w="1096"/>
        <w:gridCol w:w="1104"/>
      </w:tblGrid>
      <w:tr w:rsidR="00A564F2" w14:paraId="263CC90E" w14:textId="77777777" w:rsidTr="009D38E5">
        <w:trPr>
          <w:trHeight w:hRule="atLeast"/>
          <w:tblHeader w:val="true"/>
          <w:cantSplit w:val="true"/>
        </w:trPr>
        <w:tc>
          <w:tcPr>
            <w:tcW w:w="1108" w:type="dxa"/>
            <w:shd w:val="clear" w:color="auto" w:fill="D9EAD3"/>
            <w:vAlign w:val="center"/>
            <w:tcMar>
              <w:top w:w="75" w:type="dxa"/>
              <w:start w:w="75" w:type="dxa"/>
              <w:bottom w:w="75" w:type="dxa"/>
              <w:end w:w="75" w:type="dxa"/>
            </w:tcMar>
          </w:tcPr>
          <w:p w14:paraId="7594C18C" w14:textId="77777777" w:rsidR="00A564F2" w:rsidRDefault="00A564F2" w:rsidP="009D38E5">
            <w:pPr>
              <w:spacing w:before="0" w:after="0" w:line="240" w:lineRule="auto"/>
              <w:jc w:val="center"/>
              <w:bidi w:val="1"/>
              <w:mirrorIndents w:val="1"/>
            </w:pPr>
            <w:proofErr w:type="spellStart"/>
            <w:r>
              <w:rPr>
                <w:rFonts w:ascii="Arial" w:hAnsi="Arial" w:cs="Arial" w:eastAsia="Arial"/>
                <w:b/>
                <w:sz w:val="15"/>
                <w:rtl w:val="1"/>
                <w:szCs w:val="16"/>
              </w:rPr>
              <w:t>المحور</w:t>
            </w:r>
            <w:proofErr w:type="spellEnd"/>
          </w:p>
        </w:tc>
        <w:tc>
          <w:tcPr>
            <w:tcW w:w="1108" w:type="dxa"/>
            <w:shd w:val="clear" w:color="auto" w:fill="D9EAD3"/>
            <w:vAlign w:val="center"/>
            <w:tcMar>
              <w:top w:w="75" w:type="dxa"/>
              <w:start w:w="75" w:type="dxa"/>
              <w:bottom w:w="75" w:type="dxa"/>
              <w:end w:w="75" w:type="dxa"/>
            </w:tcMar>
          </w:tcPr>
          <w:p w14:paraId="66D20780" w14:textId="77777777" w:rsidR="00A564F2" w:rsidRDefault="00A564F2" w:rsidP="009D38E5">
            <w:pPr>
              <w:spacing w:before="0" w:after="0" w:line="240" w:lineRule="auto"/>
              <w:jc w:val="center"/>
              <w:bidi w:val="1"/>
              <w:mirrorIndents w:val="1"/>
            </w:pPr>
            <w:r>
              <w:rPr>
                <w:rFonts w:ascii="Arial" w:hAnsi="Arial" w:cs="Arial" w:eastAsia="Arial"/>
                <w:b/>
                <w:sz w:val="15"/>
                <w:rtl w:val="1"/>
                <w:szCs w:val="16"/>
              </w:rPr>
              <w:t>الإجراء</w:t>
            </w:r>
          </w:p>
        </w:tc>
        <w:tc>
          <w:tcPr>
            <w:tcW w:w="1108" w:type="dxa"/>
            <w:shd w:val="clear" w:color="auto" w:fill="D9EAD3"/>
            <w:vAlign w:val="center"/>
            <w:tcMar>
              <w:top w:w="75" w:type="dxa"/>
              <w:start w:w="75" w:type="dxa"/>
              <w:bottom w:w="75" w:type="dxa"/>
              <w:end w:w="75" w:type="dxa"/>
            </w:tcMar>
          </w:tcPr>
          <w:p w14:paraId="2276AC38" w14:textId="77777777" w:rsidR="00A564F2" w:rsidRDefault="00A564F2" w:rsidP="009D38E5">
            <w:pPr>
              <w:spacing w:before="0" w:after="0" w:line="240" w:lineRule="auto"/>
              <w:jc w:val="center"/>
              <w:bidi w:val="1"/>
              <w:mirrorIndents w:val="1"/>
            </w:pPr>
            <w:r>
              <w:rPr>
                <w:rFonts w:ascii="Arial" w:hAnsi="Arial" w:cs="Arial" w:eastAsia="Arial"/>
                <w:b/>
                <w:sz w:val="15"/>
                <w:rtl w:val="1"/>
                <w:szCs w:val="16"/>
              </w:rPr>
              <w:t>مجلس الإدارة</w:t>
            </w:r>
          </w:p>
        </w:tc>
        <w:tc>
          <w:tcPr>
            <w:tcW w:w="1108" w:type="dxa"/>
            <w:shd w:val="clear" w:color="auto" w:fill="D9EAD3"/>
            <w:vAlign w:val="center"/>
            <w:tcMar>
              <w:top w:w="75" w:type="dxa"/>
              <w:start w:w="75" w:type="dxa"/>
              <w:bottom w:w="75" w:type="dxa"/>
              <w:end w:w="75" w:type="dxa"/>
            </w:tcMar>
          </w:tcPr>
          <w:p w14:paraId="3DB99757" w14:textId="77777777" w:rsidR="00A564F2" w:rsidRDefault="00A564F2" w:rsidP="009D38E5">
            <w:pPr>
              <w:spacing w:before="0" w:after="0" w:line="240" w:lineRule="auto"/>
              <w:jc w:val="center"/>
              <w:bidi w:val="1"/>
              <w:mirrorIndents w:val="1"/>
            </w:pPr>
            <w:r>
              <w:rPr>
                <w:rFonts w:ascii="Arial" w:hAnsi="Arial" w:cs="Arial" w:eastAsia="Arial"/>
                <w:b/>
                <w:sz w:val="15"/>
                <w:rtl w:val="1"/>
                <w:szCs w:val="16"/>
              </w:rPr>
              <w:t xml:space="preserve">رئيس </w:t>
            </w:r>
            <w:proofErr w:type="spellStart"/>
            <w:r>
              <w:rPr>
                <w:rFonts w:ascii="Arial" w:hAnsi="Arial" w:cs="Arial" w:eastAsia="Arial"/>
                <w:b/>
                <w:sz w:val="15"/>
                <w:rtl w:val="1"/>
                <w:szCs w:val="16"/>
              </w:rPr>
              <w:t>المجلس</w:t>
            </w:r>
            <w:proofErr w:type="spellEnd"/>
          </w:p>
        </w:tc>
        <w:tc>
          <w:tcPr>
            <w:tcW w:w="1108" w:type="dxa"/>
            <w:shd w:val="clear" w:color="auto" w:fill="D9EAD3"/>
            <w:vAlign w:val="center"/>
            <w:tcMar>
              <w:top w:w="75" w:type="dxa"/>
              <w:start w:w="75" w:type="dxa"/>
              <w:bottom w:w="75" w:type="dxa"/>
              <w:end w:w="75" w:type="dxa"/>
            </w:tcMar>
          </w:tcPr>
          <w:p>
            <w:pPr>
              <w:spacing w:before="0" w:after="0" w:line="240" w:lineRule="auto"/>
              <w:jc w:val="center"/>
              <w:bidi/>
            </w:pPr>
            <w:r>
              <w:rPr>
                <w:rFonts w:ascii="Arial" w:hAnsi="Arial" w:cs="Arial"/>
                <w:sz w:val="15"/>
                <w:rtl/>
              </w:rPr>
              <w:t>المدير التنفيذي</w:t>
            </w:r>
          </w:p>
        </w:tc>
        <w:tc>
          <w:tcPr>
            <w:tcW w:w="1108" w:type="dxa"/>
            <w:shd w:val="clear" w:color="auto" w:fill="D9EAD3"/>
            <w:vAlign w:val="center"/>
            <w:tcMar>
              <w:top w:w="75" w:type="dxa"/>
              <w:start w:w="75" w:type="dxa"/>
              <w:bottom w:w="75" w:type="dxa"/>
              <w:end w:w="75" w:type="dxa"/>
            </w:tcMar>
          </w:tcPr>
          <w:p>
            <w:pPr>
              <w:spacing w:before="0" w:after="0" w:line="240" w:lineRule="auto"/>
              <w:jc w:val="center"/>
              <w:bidi/>
            </w:pPr>
            <w:r>
              <w:rPr>
                <w:rFonts w:ascii="Arial" w:hAnsi="Arial" w:cs="Arial"/>
                <w:sz w:val="15"/>
                <w:rtl/>
              </w:rPr>
              <w:t>مدير إدارة الخدمات المساندة</w:t>
            </w:r>
          </w:p>
        </w:tc>
        <w:tc>
          <w:tcPr>
            <w:tcW w:w="1108" w:type="dxa"/>
            <w:shd w:val="clear" w:color="auto" w:fill="D9EAD3"/>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sz w:val="15"/>
                <w:rtl w:val="1"/>
                <w:szCs w:val="16"/>
              </w:rPr>
              <w:t>مسؤول الحوكمة/الوحدة المختصة</w:t>
            </w:r>
          </w:p>
        </w:tc>
        <w:tc>
          <w:tcPr>
            <w:tcW w:w="1108" w:type="dxa"/>
            <w:shd w:val="clear" w:color="auto" w:fill="D9EAD3"/>
            <w:vAlign w:val="center"/>
            <w:tcMar>
              <w:top w:w="75" w:type="dxa"/>
              <w:start w:w="75" w:type="dxa"/>
              <w:bottom w:w="75" w:type="dxa"/>
              <w:end w:w="75" w:type="dxa"/>
            </w:tcMar>
          </w:tcPr>
          <w:p w14:paraId="7A17058F" w14:textId="77777777" w:rsidR="00A564F2" w:rsidRDefault="00A564F2" w:rsidP="009D38E5">
            <w:pPr>
              <w:spacing w:before="0" w:after="0" w:line="240" w:lineRule="auto"/>
              <w:jc w:val="center"/>
              <w:bidi w:val="1"/>
              <w:mirrorIndents w:val="1"/>
            </w:pPr>
            <w:r>
              <w:rPr>
                <w:rFonts w:ascii="Arial" w:hAnsi="Arial" w:cs="Arial" w:eastAsia="Arial"/>
                <w:b/>
                <w:sz w:val="15"/>
                <w:rtl w:val="1"/>
                <w:szCs w:val="16"/>
              </w:rPr>
              <w:t>التنفيذ</w:t>
            </w:r>
          </w:p>
        </w:tc>
        <w:tc>
          <w:tcPr>
            <w:tcW w:w="1108" w:type="dxa"/>
            <w:shd w:val="clear" w:color="auto" w:fill="D9EAD3"/>
            <w:vAlign w:val="center"/>
            <w:tcMar>
              <w:top w:w="75" w:type="dxa"/>
              <w:start w:w="75" w:type="dxa"/>
              <w:bottom w:w="75" w:type="dxa"/>
              <w:end w:w="75" w:type="dxa"/>
            </w:tcMar>
          </w:tcPr>
          <w:p w14:paraId="603D2EE4" w14:textId="77777777" w:rsidR="00A564F2" w:rsidRDefault="00A564F2" w:rsidP="009D38E5">
            <w:pPr>
              <w:spacing w:before="0" w:after="0" w:line="240" w:lineRule="auto"/>
              <w:jc w:val="center"/>
              <w:bidi w:val="1"/>
              <w:mirrorIndents w:val="1"/>
            </w:pPr>
            <w:proofErr w:type="spellStart"/>
            <w:r>
              <w:rPr>
                <w:rFonts w:ascii="Arial" w:hAnsi="Arial" w:cs="Arial" w:eastAsia="Arial"/>
                <w:b/>
                <w:sz w:val="15"/>
                <w:rtl w:val="1"/>
                <w:szCs w:val="16"/>
              </w:rPr>
              <w:t>ملاحظات</w:t>
            </w:r>
            <w:proofErr w:type="spellEnd"/>
          </w:p>
        </w:tc>
      </w:tr>
      <w:tr w:rsidR="00A564F2" w14:paraId="1A5A7F11" w14:textId="77777777" w:rsidTr="009D38E5">
        <w:trPr>
          <w:cantSplit w:val="true"/>
          <w:trHeight w:hRule="atLeast"/>
        </w:trPr>
        <w:tc>
          <w:tcPr>
            <w:tcW w:w="1108" w:type="dxa"/>
            <w:vAlign w:val="center"/>
            <w:tcMar>
              <w:top w:w="75" w:type="dxa"/>
              <w:start w:w="75" w:type="dxa"/>
              <w:bottom w:w="75" w:type="dxa"/>
              <w:end w:w="75" w:type="dxa"/>
            </w:tcMar>
          </w:tcPr>
          <w:p w14:paraId="44EDAA8F" w14:textId="77777777" w:rsidR="00A564F2" w:rsidRDefault="00A564F2" w:rsidP="009D38E5">
            <w:pPr>
              <w:spacing w:before="0" w:after="0" w:line="240" w:lineRule="auto"/>
              <w:jc w:val="center"/>
              <w:bidi w:val="1"/>
              <w:mirrorIndents w:val="1"/>
            </w:pPr>
            <w:proofErr w:type="spellStart"/>
            <w:r>
              <w:rPr>
                <w:rFonts w:ascii="Arial" w:hAnsi="Arial" w:cs="Arial" w:eastAsia="Arial"/>
                <w:b w:val="0"/>
                <w:sz w:val="15"/>
                <w:rtl w:val="1"/>
                <w:szCs w:val="15"/>
              </w:rPr>
              <w:t>أمانة مجلس الإدارة وإدارة الوثائق</w:t>
            </w:r>
            <w:proofErr w:type="spellEnd"/>
            <w:r>
              <w:rPr>
                <w:rFonts w:ascii="Arial" w:hAnsi="Arial" w:cs="Arial" w:eastAsia="Arial"/>
                <w:b w:val="0"/>
                <w:sz w:val="15"/>
                <w:rtl w:val="1"/>
                <w:szCs w:val="15"/>
              </w:rPr>
            </w:r>
            <w:proofErr w:type="spellStart"/>
            <w:r>
              <w:rPr>
                <w:rFonts w:ascii="Arial" w:hAnsi="Arial" w:cs="Arial" w:eastAsia="Arial"/>
                <w:b w:val="0"/>
                <w:sz w:val="15"/>
                <w:rtl w:val="1"/>
                <w:szCs w:val="15"/>
              </w:rPr>
            </w:r>
            <w:proofErr w:type="spellEnd"/>
            <w:r>
              <w:rPr>
                <w:rFonts w:ascii="Arial" w:hAnsi="Arial" w:cs="Arial" w:eastAsia="Arial"/>
                <w:b w:val="0"/>
                <w:sz w:val="15"/>
                <w:rtl w:val="1"/>
                <w:szCs w:val="15"/>
              </w:rPr>
            </w:r>
          </w:p>
        </w:tc>
        <w:tc>
          <w:tcPr>
            <w:tcW w:w="1108" w:type="dxa"/>
            <w:vAlign w:val="center"/>
            <w:tcMar>
              <w:top w:w="75" w:type="dxa"/>
              <w:start w:w="75" w:type="dxa"/>
              <w:bottom w:w="75" w:type="dxa"/>
              <w:end w:w="75" w:type="dxa"/>
            </w:tcMar>
          </w:tcPr>
          <w:p w14:paraId="6CB4F867" w14:textId="77777777" w:rsidR="00A564F2" w:rsidRDefault="00A564F2" w:rsidP="009D38E5">
            <w:pPr>
              <w:spacing w:before="0" w:after="0" w:line="240" w:lineRule="auto"/>
              <w:jc w:val="center"/>
              <w:bidi w:val="1"/>
              <w:mirrorIndents w:val="1"/>
            </w:pPr>
            <w:r>
              <w:rPr>
                <w:rFonts w:ascii="Arial" w:hAnsi="Arial" w:cs="Arial" w:eastAsia="Arial"/>
                <w:b w:val="0"/>
                <w:sz w:val="15"/>
                <w:rtl w:val="1"/>
                <w:szCs w:val="15"/>
              </w:rPr>
              <w:t xml:space="preserve">اعتماد جدول </w:t>
            </w:r>
            <w:proofErr w:type="spellStart"/>
            <w:r>
              <w:rPr>
                <w:rFonts w:ascii="Arial" w:hAnsi="Arial" w:cs="Arial" w:eastAsia="Arial"/>
                <w:b w:val="0"/>
                <w:sz w:val="15"/>
                <w:rtl w:val="1"/>
                <w:szCs w:val="15"/>
              </w:rPr>
              <w:t>اجتماعات</w:t>
            </w:r>
            <w:proofErr w:type="spellEnd"/>
            <w:r>
              <w:rPr>
                <w:rFonts w:ascii="Arial" w:hAnsi="Arial" w:cs="Arial" w:eastAsia="Arial"/>
                <w:b w:val="0"/>
                <w:sz w:val="15"/>
                <w:rtl w:val="1"/>
                <w:szCs w:val="15"/>
              </w:rPr>
              <w:t xml:space="preserve"> </w:t>
            </w:r>
            <w:proofErr w:type="spellStart"/>
            <w:r>
              <w:rPr>
                <w:rFonts w:ascii="Arial" w:hAnsi="Arial" w:cs="Arial" w:eastAsia="Arial"/>
                <w:b w:val="0"/>
                <w:sz w:val="15"/>
                <w:rtl w:val="1"/>
                <w:szCs w:val="15"/>
              </w:rPr>
              <w:t>المجلس</w:t>
            </w:r>
            <w:proofErr w:type="spellEnd"/>
          </w:p>
        </w:tc>
        <w:tc>
          <w:tcPr>
            <w:tcW w:w="1108" w:type="dxa"/>
            <w:vAlign w:val="center"/>
            <w:tcMar>
              <w:top w:w="75" w:type="dxa"/>
              <w:start w:w="75" w:type="dxa"/>
              <w:bottom w:w="75" w:type="dxa"/>
              <w:end w:w="75" w:type="dxa"/>
            </w:tcMar>
          </w:tcPr>
          <w:p w14:paraId="75AA7A0E" w14:textId="77777777" w:rsidR="00A564F2" w:rsidRDefault="00A564F2" w:rsidP="009D38E5">
            <w:pPr>
              <w:spacing w:before="0" w:after="0" w:line="240" w:lineRule="auto"/>
              <w:jc w:val="center"/>
              <w:bidi w:val="1"/>
              <w:mirrorIndents w:val="1"/>
            </w:pPr>
          </w:p>
        </w:tc>
        <w:tc>
          <w:tcPr>
            <w:tcW w:w="1108" w:type="dxa"/>
            <w:vAlign w:val="center"/>
            <w:tcMar>
              <w:top w:w="75" w:type="dxa"/>
              <w:start w:w="75" w:type="dxa"/>
              <w:bottom w:w="75" w:type="dxa"/>
              <w:end w:w="75" w:type="dxa"/>
            </w:tcMar>
          </w:tcPr>
          <w:p w14:paraId="281967FE" w14:textId="77777777" w:rsidR="00A564F2" w:rsidRDefault="00A564F2" w:rsidP="009D38E5">
            <w:pPr>
              <w:spacing w:before="0" w:after="0" w:line="240" w:lineRule="auto"/>
              <w:jc w:val="center"/>
              <w:bidi w:val="1"/>
              <w:mirrorIndents w:val="1"/>
            </w:pPr>
          </w:p>
        </w:tc>
        <w:tc>
          <w:tcPr>
            <w:tcW w:w="1108" w:type="dxa"/>
            <w:vAlign w:val="center"/>
            <w:tcMar>
              <w:top w:w="75" w:type="dxa"/>
              <w:start w:w="75" w:type="dxa"/>
              <w:bottom w:w="75" w:type="dxa"/>
              <w:end w:w="75" w:type="dxa"/>
            </w:tcMar>
          </w:tcPr>
          <w:p w14:paraId="71B74D51" w14:textId="77777777" w:rsidR="00A564F2" w:rsidRDefault="00A564F2" w:rsidP="009D38E5">
            <w:pPr>
              <w:spacing w:before="0" w:after="0" w:line="240" w:lineRule="auto"/>
              <w:jc w:val="center"/>
              <w:bidi w:val="1"/>
              <w:mirrorIndents w:val="1"/>
            </w:pPr>
            <w:r>
              <w:rPr>
                <w:rFonts w:ascii="Arial" w:hAnsi="Arial" w:cs="Arial" w:eastAsia="Arial"/>
                <w:b/>
                <w:sz w:val="15"/>
                <w:rtl w:val="1"/>
                <w:szCs w:val="16"/>
              </w:rPr>
              <w:t>A</w:t>
            </w:r>
          </w:p>
        </w:tc>
        <w:tc>
          <w:tcPr>
            <w:tcW w:w="1108" w:type="dxa"/>
            <w:vAlign w:val="center"/>
            <w:tcMar>
              <w:top w:w="75" w:type="dxa"/>
              <w:start w:w="75" w:type="dxa"/>
              <w:bottom w:w="75" w:type="dxa"/>
              <w:end w:w="75" w:type="dxa"/>
            </w:tcMar>
          </w:tcPr>
          <w:p w14:paraId="201E18A9" w14:textId="77777777" w:rsidR="00A564F2" w:rsidRDefault="00A564F2" w:rsidP="009D38E5">
            <w:pPr>
              <w:spacing w:before="0" w:after="0" w:line="240" w:lineRule="auto"/>
              <w:jc w:val="center"/>
              <w:bidi w:val="1"/>
              <w:mirrorIndents w:val="1"/>
            </w:pPr>
            <w:r>
              <w:rPr>
                <w:rFonts w:ascii="Arial" w:hAnsi="Arial" w:cs="Arial" w:eastAsia="Arial"/>
                <w:b/>
                <w:sz w:val="15"/>
                <w:rtl w:val="1"/>
                <w:szCs w:val="16"/>
              </w:rPr>
              <w:t>R</w:t>
            </w:r>
          </w:p>
        </w:tc>
        <w:tc>
          <w:tcPr>
            <w:tcW w:w="1108" w:type="dxa"/>
            <w:vAlign w:val="center"/>
            <w:tcMar>
              <w:top w:w="75" w:type="dxa"/>
              <w:start w:w="75" w:type="dxa"/>
              <w:bottom w:w="75" w:type="dxa"/>
              <w:end w:w="75" w:type="dxa"/>
            </w:tcMar>
          </w:tcPr>
          <w:p w14:paraId="3DA4C52A" w14:textId="77777777" w:rsidR="00A564F2" w:rsidRDefault="00A564F2" w:rsidP="009D38E5">
            <w:pPr>
              <w:spacing w:before="0" w:after="0" w:line="240" w:lineRule="auto"/>
              <w:jc w:val="center"/>
              <w:bidi w:val="1"/>
              <w:mirrorIndents w:val="1"/>
            </w:pPr>
            <w:r>
              <w:rPr>
                <w:rFonts w:ascii="Arial" w:hAnsi="Arial" w:cs="Arial" w:eastAsia="Arial"/>
                <w:b/>
                <w:sz w:val="15"/>
                <w:rtl w:val="1"/>
                <w:szCs w:val="16"/>
              </w:rPr>
              <w:t>V</w:t>
            </w:r>
          </w:p>
        </w:tc>
        <w:tc>
          <w:tcPr>
            <w:tcW w:w="1108" w:type="dxa"/>
            <w:vAlign w:val="center"/>
            <w:tcMar>
              <w:top w:w="75" w:type="dxa"/>
              <w:start w:w="75" w:type="dxa"/>
              <w:bottom w:w="75" w:type="dxa"/>
              <w:end w:w="75" w:type="dxa"/>
            </w:tcMar>
          </w:tcPr>
          <w:p w14:paraId="752CB7D1" w14:textId="77777777" w:rsidR="00A564F2" w:rsidRDefault="00A564F2" w:rsidP="009D38E5">
            <w:pPr>
              <w:spacing w:before="0" w:after="0" w:line="240" w:lineRule="auto"/>
              <w:jc w:val="center"/>
              <w:bidi w:val="1"/>
              <w:mirrorIndents w:val="1"/>
            </w:pPr>
            <w:r>
              <w:rPr>
                <w:rFonts w:ascii="Arial" w:hAnsi="Arial" w:cs="Arial" w:eastAsia="Arial"/>
                <w:b/>
                <w:sz w:val="15"/>
                <w:rtl w:val="1"/>
                <w:szCs w:val="16"/>
              </w:rPr>
              <w:t>E</w:t>
            </w:r>
          </w:p>
        </w:tc>
        <w:tc>
          <w:tcPr>
            <w:tcW w:w="1108"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t>أمانة مجلس الإدارة/وحدة الدعم الإداري</w:t>
            </w:r>
          </w:p>
        </w:tc>
      </w:tr>
      <w:tr w:rsidR="00A564F2" w14:paraId="1B215D99" w14:textId="77777777" w:rsidTr="009D38E5">
        <w:trPr>
          <w:cantSplit w:val="true"/>
          <w:trHeight w:hRule="atLeast"/>
        </w:trPr>
        <w:tc>
          <w:tcPr>
            <w:tcW w:w="1108" w:type="dxa"/>
            <w:vAlign w:val="center"/>
            <w:tcMar>
              <w:top w:w="75" w:type="dxa"/>
              <w:start w:w="75" w:type="dxa"/>
              <w:bottom w:w="75" w:type="dxa"/>
              <w:end w:w="75" w:type="dxa"/>
            </w:tcMar>
          </w:tcPr>
          <w:p w14:paraId="1CC966A0" w14:textId="77777777" w:rsidR="00A564F2" w:rsidRDefault="00A564F2" w:rsidP="009D38E5">
            <w:pPr>
              <w:spacing w:before="0" w:after="0" w:line="240" w:lineRule="auto"/>
              <w:jc w:val="center"/>
              <w:bidi w:val="1"/>
              <w:mirrorIndents w:val="1"/>
            </w:pPr>
            <w:proofErr w:type="spellStart"/>
            <w:r>
              <w:rPr>
                <w:rFonts w:ascii="Arial" w:hAnsi="Arial" w:cs="Arial" w:eastAsia="Arial"/>
                <w:b w:val="0"/>
                <w:sz w:val="15"/>
                <w:rtl w:val="1"/>
                <w:szCs w:val="15"/>
              </w:rPr>
              <w:t>أمانة مجلس الإدارة وإدارة الوثائق</w:t>
            </w:r>
            <w:proofErr w:type="spellEnd"/>
            <w:r>
              <w:rPr>
                <w:rFonts w:ascii="Arial" w:hAnsi="Arial" w:cs="Arial" w:eastAsia="Arial"/>
                <w:b w:val="0"/>
                <w:sz w:val="15"/>
                <w:rtl w:val="1"/>
                <w:szCs w:val="15"/>
              </w:rPr>
            </w:r>
            <w:proofErr w:type="spellStart"/>
            <w:r>
              <w:rPr>
                <w:rFonts w:ascii="Arial" w:hAnsi="Arial" w:cs="Arial" w:eastAsia="Arial"/>
                <w:b w:val="0"/>
                <w:sz w:val="15"/>
                <w:rtl w:val="1"/>
                <w:szCs w:val="15"/>
              </w:rPr>
            </w:r>
            <w:proofErr w:type="spellEnd"/>
            <w:r>
              <w:rPr>
                <w:rFonts w:ascii="Arial" w:hAnsi="Arial" w:cs="Arial" w:eastAsia="Arial"/>
                <w:b w:val="0"/>
                <w:sz w:val="15"/>
                <w:rtl w:val="1"/>
                <w:szCs w:val="15"/>
              </w:rPr>
            </w:r>
          </w:p>
        </w:tc>
        <w:tc>
          <w:tcPr>
            <w:tcW w:w="1108" w:type="dxa"/>
            <w:vAlign w:val="center"/>
            <w:tcMar>
              <w:top w:w="75" w:type="dxa"/>
              <w:start w:w="75" w:type="dxa"/>
              <w:bottom w:w="75" w:type="dxa"/>
              <w:end w:w="75" w:type="dxa"/>
            </w:tcMar>
          </w:tcPr>
          <w:p w14:paraId="7572CB7C" w14:textId="77777777" w:rsidR="00A564F2" w:rsidRDefault="00A564F2" w:rsidP="009D38E5">
            <w:pPr>
              <w:spacing w:before="0" w:after="0" w:line="240" w:lineRule="auto"/>
              <w:jc w:val="center"/>
              <w:bidi w:val="1"/>
              <w:mirrorIndents w:val="1"/>
            </w:pPr>
            <w:r>
              <w:rPr>
                <w:rFonts w:ascii="Arial" w:hAnsi="Arial" w:cs="Arial" w:eastAsia="Arial"/>
                <w:b w:val="0"/>
                <w:sz w:val="15"/>
                <w:rtl w:val="1"/>
                <w:szCs w:val="15"/>
              </w:rPr>
              <w:t xml:space="preserve">اعتماد </w:t>
            </w:r>
            <w:proofErr w:type="spellStart"/>
            <w:r>
              <w:rPr>
                <w:rFonts w:ascii="Arial" w:hAnsi="Arial" w:cs="Arial" w:eastAsia="Arial"/>
                <w:b w:val="0"/>
                <w:sz w:val="15"/>
                <w:rtl w:val="1"/>
                <w:szCs w:val="15"/>
              </w:rPr>
              <w:t>محاضر</w:t>
            </w:r>
            <w:proofErr w:type="spellEnd"/>
            <w:r>
              <w:rPr>
                <w:rFonts w:ascii="Arial" w:hAnsi="Arial" w:cs="Arial" w:eastAsia="Arial"/>
                <w:b w:val="0"/>
                <w:sz w:val="15"/>
                <w:rtl w:val="1"/>
                <w:szCs w:val="15"/>
              </w:rPr>
              <w:t xml:space="preserve"> </w:t>
            </w:r>
            <w:proofErr w:type="spellStart"/>
            <w:r>
              <w:rPr>
                <w:rFonts w:ascii="Arial" w:hAnsi="Arial" w:cs="Arial" w:eastAsia="Arial"/>
                <w:b w:val="0"/>
                <w:sz w:val="15"/>
                <w:rtl w:val="1"/>
                <w:szCs w:val="15"/>
              </w:rPr>
              <w:t>الاجتماعات</w:t>
            </w:r>
            <w:proofErr w:type="spellEnd"/>
          </w:p>
        </w:tc>
        <w:tc>
          <w:tcPr>
            <w:tcW w:w="1108" w:type="dxa"/>
            <w:vAlign w:val="center"/>
            <w:tcMar>
              <w:top w:w="75" w:type="dxa"/>
              <w:start w:w="75" w:type="dxa"/>
              <w:bottom w:w="75" w:type="dxa"/>
              <w:end w:w="75" w:type="dxa"/>
            </w:tcMar>
          </w:tcPr>
          <w:p w14:paraId="4FF53933" w14:textId="77777777" w:rsidR="00A564F2" w:rsidRDefault="00A564F2" w:rsidP="009D38E5">
            <w:pPr>
              <w:spacing w:before="0" w:after="0" w:line="240" w:lineRule="auto"/>
              <w:jc w:val="center"/>
              <w:bidi w:val="1"/>
              <w:mirrorIndents w:val="1"/>
            </w:pPr>
            <w:r>
              <w:rPr>
                <w:rFonts w:ascii="Arial" w:hAnsi="Arial" w:cs="Arial" w:eastAsia="Arial"/>
                <w:b/>
                <w:sz w:val="15"/>
                <w:rtl w:val="1"/>
                <w:szCs w:val="16"/>
              </w:rPr>
              <w:t>A</w:t>
            </w:r>
          </w:p>
        </w:tc>
        <w:tc>
          <w:tcPr>
            <w:tcW w:w="1108" w:type="dxa"/>
            <w:vAlign w:val="center"/>
            <w:tcMar>
              <w:top w:w="75" w:type="dxa"/>
              <w:start w:w="75" w:type="dxa"/>
              <w:bottom w:w="75" w:type="dxa"/>
              <w:end w:w="75" w:type="dxa"/>
            </w:tcMar>
          </w:tcPr>
          <w:p w14:paraId="0DA03BC3" w14:textId="77777777" w:rsidR="00A564F2" w:rsidRDefault="00A564F2" w:rsidP="009D38E5">
            <w:pPr>
              <w:spacing w:before="0" w:after="0" w:line="240" w:lineRule="auto"/>
              <w:jc w:val="center"/>
              <w:bidi w:val="1"/>
              <w:mirrorIndents w:val="1"/>
            </w:pPr>
            <w:r>
              <w:rPr>
                <w:rFonts w:ascii="Arial" w:hAnsi="Arial" w:cs="Arial" w:eastAsia="Arial"/>
                <w:b/>
                <w:sz w:val="15"/>
                <w:rtl w:val="1"/>
                <w:szCs w:val="16"/>
              </w:rPr>
              <w:t>R</w:t>
            </w:r>
          </w:p>
        </w:tc>
        <w:tc>
          <w:tcPr>
            <w:tcW w:w="1108" w:type="dxa"/>
            <w:vAlign w:val="center"/>
            <w:tcMar>
              <w:top w:w="75" w:type="dxa"/>
              <w:start w:w="75" w:type="dxa"/>
              <w:bottom w:w="75" w:type="dxa"/>
              <w:end w:w="75" w:type="dxa"/>
            </w:tcMar>
          </w:tcPr>
          <w:p w14:paraId="57216056" w14:textId="77777777" w:rsidR="00A564F2" w:rsidRDefault="00A564F2" w:rsidP="009D38E5">
            <w:pPr>
              <w:spacing w:before="0" w:after="0" w:line="240" w:lineRule="auto"/>
              <w:jc w:val="center"/>
              <w:bidi w:val="1"/>
              <w:mirrorIndents w:val="1"/>
            </w:pPr>
            <w:r>
              <w:rPr>
                <w:rFonts w:ascii="Arial" w:hAnsi="Arial" w:cs="Arial" w:eastAsia="Arial"/>
                <w:b/>
                <w:sz w:val="15"/>
                <w:rtl w:val="1"/>
                <w:szCs w:val="16"/>
              </w:rPr>
              <w:t>V</w:t>
            </w:r>
          </w:p>
        </w:tc>
        <w:tc>
          <w:tcPr>
            <w:tcW w:w="1108" w:type="dxa"/>
            <w:vAlign w:val="center"/>
            <w:tcMar>
              <w:top w:w="75" w:type="dxa"/>
              <w:start w:w="75" w:type="dxa"/>
              <w:bottom w:w="75" w:type="dxa"/>
              <w:end w:w="75" w:type="dxa"/>
            </w:tcMar>
          </w:tcPr>
          <w:p w14:paraId="36799B6F" w14:textId="77777777" w:rsidR="00A564F2" w:rsidRDefault="00A564F2" w:rsidP="009D38E5">
            <w:pPr>
              <w:spacing w:before="0" w:after="0" w:line="240" w:lineRule="auto"/>
              <w:jc w:val="center"/>
              <w:bidi w:val="1"/>
              <w:mirrorIndents w:val="1"/>
            </w:pPr>
            <w:r>
              <w:rPr>
                <w:rFonts w:ascii="Arial" w:hAnsi="Arial" w:cs="Arial" w:eastAsia="Arial"/>
                <w:b/>
                <w:sz w:val="15"/>
                <w:rtl w:val="1"/>
                <w:szCs w:val="16"/>
              </w:rPr>
              <w:t>R</w:t>
            </w:r>
          </w:p>
        </w:tc>
        <w:tc>
          <w:tcPr>
            <w:tcW w:w="1108" w:type="dxa"/>
            <w:vAlign w:val="center"/>
            <w:tcMar>
              <w:top w:w="75" w:type="dxa"/>
              <w:start w:w="75" w:type="dxa"/>
              <w:bottom w:w="75" w:type="dxa"/>
              <w:end w:w="75" w:type="dxa"/>
            </w:tcMar>
          </w:tcPr>
          <w:p w14:paraId="724CC325" w14:textId="77777777" w:rsidR="00A564F2" w:rsidRDefault="00A564F2" w:rsidP="009D38E5">
            <w:pPr>
              <w:spacing w:before="0" w:after="0" w:line="240" w:lineRule="auto"/>
              <w:jc w:val="center"/>
              <w:bidi w:val="1"/>
              <w:mirrorIndents w:val="1"/>
            </w:pPr>
            <w:r>
              <w:rPr>
                <w:rFonts w:ascii="Arial" w:hAnsi="Arial" w:cs="Arial" w:eastAsia="Arial"/>
                <w:b/>
                <w:sz w:val="15"/>
                <w:rtl w:val="1"/>
                <w:szCs w:val="16"/>
              </w:rPr>
              <w:t>V</w:t>
            </w:r>
          </w:p>
        </w:tc>
        <w:tc>
          <w:tcPr>
            <w:tcW w:w="1108" w:type="dxa"/>
            <w:vAlign w:val="center"/>
            <w:tcMar>
              <w:top w:w="75" w:type="dxa"/>
              <w:start w:w="75" w:type="dxa"/>
              <w:bottom w:w="75" w:type="dxa"/>
              <w:end w:w="75" w:type="dxa"/>
            </w:tcMar>
          </w:tcPr>
          <w:p w14:paraId="05E749C5" w14:textId="77777777" w:rsidR="00A564F2" w:rsidRDefault="00A564F2" w:rsidP="009D38E5">
            <w:pPr>
              <w:spacing w:before="0" w:after="0" w:line="240" w:lineRule="auto"/>
              <w:jc w:val="center"/>
              <w:bidi w:val="1"/>
              <w:mirrorIndents w:val="1"/>
            </w:pPr>
            <w:r>
              <w:rPr>
                <w:rFonts w:ascii="Arial" w:hAnsi="Arial" w:cs="Arial" w:eastAsia="Arial"/>
                <w:b/>
                <w:sz w:val="15"/>
                <w:rtl w:val="1"/>
                <w:szCs w:val="16"/>
              </w:rPr>
              <w:t>E</w:t>
            </w:r>
          </w:p>
        </w:tc>
        <w:tc>
          <w:tcPr>
            <w:tcW w:w="1108"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t>أمانة مجلس الإدارة/وحدة الدعم الإداري</w:t>
            </w:r>
          </w:p>
        </w:tc>
      </w:tr>
      <w:tr w:rsidR="00A564F2" w14:paraId="16D9F25E" w14:textId="77777777" w:rsidTr="009D38E5">
        <w:trPr>
          <w:cantSplit w:val="true"/>
          <w:trHeight w:hRule="atLeast"/>
        </w:trPr>
        <w:tc>
          <w:tcPr>
            <w:tcW w:w="1108" w:type="dxa"/>
            <w:vAlign w:val="center"/>
            <w:tcMar>
              <w:top w:w="75" w:type="dxa"/>
              <w:start w:w="75" w:type="dxa"/>
              <w:bottom w:w="75" w:type="dxa"/>
              <w:end w:w="75" w:type="dxa"/>
            </w:tcMar>
          </w:tcPr>
          <w:p w14:paraId="6A107765" w14:textId="77777777" w:rsidR="00A564F2" w:rsidRDefault="00A564F2" w:rsidP="009D38E5">
            <w:pPr>
              <w:spacing w:before="0" w:after="0" w:line="240" w:lineRule="auto"/>
              <w:jc w:val="center"/>
              <w:bidi w:val="1"/>
              <w:mirrorIndents w:val="1"/>
            </w:pPr>
            <w:proofErr w:type="spellStart"/>
            <w:r>
              <w:rPr>
                <w:rFonts w:ascii="Arial" w:hAnsi="Arial" w:cs="Arial" w:eastAsia="Arial"/>
                <w:b w:val="0"/>
                <w:sz w:val="15"/>
                <w:rtl w:val="1"/>
                <w:szCs w:val="15"/>
              </w:rPr>
              <w:t>أمانة مجلس الإدارة وإدارة الوثائق</w:t>
            </w:r>
            <w:proofErr w:type="spellEnd"/>
            <w:r>
              <w:rPr>
                <w:rFonts w:ascii="Arial" w:hAnsi="Arial" w:cs="Arial" w:eastAsia="Arial"/>
                <w:b w:val="0"/>
                <w:sz w:val="15"/>
                <w:rtl w:val="1"/>
                <w:szCs w:val="15"/>
              </w:rPr>
            </w:r>
            <w:proofErr w:type="spellStart"/>
            <w:r>
              <w:rPr>
                <w:rFonts w:ascii="Arial" w:hAnsi="Arial" w:cs="Arial" w:eastAsia="Arial"/>
                <w:b w:val="0"/>
                <w:sz w:val="15"/>
                <w:rtl w:val="1"/>
                <w:szCs w:val="15"/>
              </w:rPr>
            </w:r>
            <w:proofErr w:type="spellEnd"/>
            <w:r>
              <w:rPr>
                <w:rFonts w:ascii="Arial" w:hAnsi="Arial" w:cs="Arial" w:eastAsia="Arial"/>
                <w:b w:val="0"/>
                <w:sz w:val="15"/>
                <w:rtl w:val="1"/>
                <w:szCs w:val="15"/>
              </w:rPr>
            </w:r>
          </w:p>
        </w:tc>
        <w:tc>
          <w:tcPr>
            <w:tcW w:w="1108" w:type="dxa"/>
            <w:vAlign w:val="center"/>
            <w:tcMar>
              <w:top w:w="75" w:type="dxa"/>
              <w:start w:w="75" w:type="dxa"/>
              <w:bottom w:w="75" w:type="dxa"/>
              <w:end w:w="75" w:type="dxa"/>
            </w:tcMar>
          </w:tcPr>
          <w:p w14:paraId="14C13C1B" w14:textId="77777777" w:rsidR="00A564F2" w:rsidRDefault="00A564F2" w:rsidP="009D38E5">
            <w:pPr>
              <w:spacing w:before="0" w:after="0" w:line="240" w:lineRule="auto"/>
              <w:jc w:val="center"/>
              <w:bidi w:val="1"/>
              <w:mirrorIndents w:val="1"/>
            </w:pPr>
            <w:r>
              <w:rPr>
                <w:rFonts w:ascii="Arial" w:hAnsi="Arial" w:cs="Arial" w:eastAsia="Arial"/>
                <w:b w:val="0"/>
                <w:sz w:val="15"/>
                <w:rtl w:val="1"/>
                <w:szCs w:val="15"/>
              </w:rPr>
              <w:t xml:space="preserve">اعتماد </w:t>
            </w:r>
            <w:proofErr w:type="spellStart"/>
            <w:r>
              <w:rPr>
                <w:rFonts w:ascii="Arial" w:hAnsi="Arial" w:cs="Arial" w:eastAsia="Arial"/>
                <w:b w:val="0"/>
                <w:sz w:val="15"/>
                <w:rtl w:val="1"/>
                <w:szCs w:val="15"/>
              </w:rPr>
              <w:t>القرارات</w:t>
            </w:r>
            <w:proofErr w:type="spellEnd"/>
          </w:p>
        </w:tc>
        <w:tc>
          <w:tcPr>
            <w:tcW w:w="1108" w:type="dxa"/>
            <w:vAlign w:val="center"/>
            <w:tcMar>
              <w:top w:w="75" w:type="dxa"/>
              <w:start w:w="75" w:type="dxa"/>
              <w:bottom w:w="75" w:type="dxa"/>
              <w:end w:w="75" w:type="dxa"/>
            </w:tcMar>
          </w:tcPr>
          <w:p w14:paraId="542B8630" w14:textId="77777777" w:rsidR="00A564F2" w:rsidRDefault="00A564F2" w:rsidP="009D38E5">
            <w:pPr>
              <w:spacing w:before="0" w:after="0" w:line="240" w:lineRule="auto"/>
              <w:jc w:val="center"/>
              <w:bidi w:val="1"/>
              <w:mirrorIndents w:val="1"/>
            </w:pPr>
            <w:r>
              <w:rPr>
                <w:rFonts w:ascii="Arial" w:hAnsi="Arial" w:cs="Arial" w:eastAsia="Arial"/>
                <w:b/>
                <w:sz w:val="15"/>
                <w:rtl w:val="1"/>
                <w:szCs w:val="16"/>
              </w:rPr>
              <w:t>A</w:t>
            </w:r>
          </w:p>
        </w:tc>
        <w:tc>
          <w:tcPr>
            <w:tcW w:w="1108" w:type="dxa"/>
            <w:vAlign w:val="center"/>
            <w:tcMar>
              <w:top w:w="75" w:type="dxa"/>
              <w:start w:w="75" w:type="dxa"/>
              <w:bottom w:w="75" w:type="dxa"/>
              <w:end w:w="75" w:type="dxa"/>
            </w:tcMar>
          </w:tcPr>
          <w:p w14:paraId="24C7C9FD" w14:textId="77777777" w:rsidR="00A564F2" w:rsidRDefault="00A564F2" w:rsidP="009D38E5">
            <w:pPr>
              <w:spacing w:before="0" w:after="0" w:line="240" w:lineRule="auto"/>
              <w:jc w:val="center"/>
              <w:bidi w:val="1"/>
              <w:mirrorIndents w:val="1"/>
            </w:pPr>
            <w:r>
              <w:rPr>
                <w:rFonts w:ascii="Arial" w:hAnsi="Arial" w:cs="Arial" w:eastAsia="Arial"/>
                <w:b/>
                <w:sz w:val="15"/>
                <w:rtl w:val="1"/>
                <w:szCs w:val="16"/>
              </w:rPr>
              <w:t>R</w:t>
            </w:r>
          </w:p>
        </w:tc>
        <w:tc>
          <w:tcPr>
            <w:tcW w:w="1108" w:type="dxa"/>
            <w:vAlign w:val="center"/>
            <w:tcMar>
              <w:top w:w="75" w:type="dxa"/>
              <w:start w:w="75" w:type="dxa"/>
              <w:bottom w:w="75" w:type="dxa"/>
              <w:end w:w="75" w:type="dxa"/>
            </w:tcMar>
          </w:tcPr>
          <w:p w14:paraId="1F9CADA1" w14:textId="77777777" w:rsidR="00A564F2" w:rsidRDefault="00A564F2" w:rsidP="009D38E5">
            <w:pPr>
              <w:spacing w:before="0" w:after="0" w:line="240" w:lineRule="auto"/>
              <w:jc w:val="center"/>
              <w:bidi w:val="1"/>
              <w:mirrorIndents w:val="1"/>
            </w:pPr>
            <w:r>
              <w:rPr>
                <w:rFonts w:ascii="Arial" w:hAnsi="Arial" w:cs="Arial" w:eastAsia="Arial"/>
                <w:b/>
                <w:sz w:val="15"/>
                <w:rtl w:val="1"/>
                <w:szCs w:val="16"/>
              </w:rPr>
              <w:t>V</w:t>
            </w:r>
          </w:p>
        </w:tc>
        <w:tc>
          <w:tcPr>
            <w:tcW w:w="1108" w:type="dxa"/>
            <w:vAlign w:val="center"/>
            <w:tcMar>
              <w:top w:w="75" w:type="dxa"/>
              <w:start w:w="75" w:type="dxa"/>
              <w:bottom w:w="75" w:type="dxa"/>
              <w:end w:w="75" w:type="dxa"/>
            </w:tcMar>
          </w:tcPr>
          <w:p w14:paraId="58BDAE3D" w14:textId="77777777" w:rsidR="00A564F2" w:rsidRDefault="00A564F2" w:rsidP="009D38E5">
            <w:pPr>
              <w:spacing w:before="0" w:after="0" w:line="240" w:lineRule="auto"/>
              <w:jc w:val="center"/>
              <w:bidi w:val="1"/>
              <w:mirrorIndents w:val="1"/>
            </w:pPr>
            <w:r>
              <w:rPr>
                <w:rFonts w:ascii="Arial" w:hAnsi="Arial" w:cs="Arial" w:eastAsia="Arial"/>
                <w:b/>
                <w:sz w:val="15"/>
                <w:rtl w:val="1"/>
                <w:szCs w:val="16"/>
              </w:rPr>
              <w:t>R</w:t>
            </w:r>
          </w:p>
        </w:tc>
        <w:tc>
          <w:tcPr>
            <w:tcW w:w="1108" w:type="dxa"/>
            <w:vAlign w:val="center"/>
            <w:tcMar>
              <w:top w:w="75" w:type="dxa"/>
              <w:start w:w="75" w:type="dxa"/>
              <w:bottom w:w="75" w:type="dxa"/>
              <w:end w:w="75" w:type="dxa"/>
            </w:tcMar>
          </w:tcPr>
          <w:p w14:paraId="7FD22F33" w14:textId="77777777" w:rsidR="00A564F2" w:rsidRDefault="00A564F2" w:rsidP="009D38E5">
            <w:pPr>
              <w:spacing w:before="0" w:after="0" w:line="240" w:lineRule="auto"/>
              <w:jc w:val="center"/>
              <w:bidi w:val="1"/>
              <w:mirrorIndents w:val="1"/>
            </w:pPr>
            <w:r>
              <w:rPr>
                <w:rFonts w:ascii="Arial" w:hAnsi="Arial" w:cs="Arial" w:eastAsia="Arial"/>
                <w:b/>
                <w:sz w:val="15"/>
                <w:rtl w:val="1"/>
                <w:szCs w:val="16"/>
              </w:rPr>
              <w:t>V</w:t>
            </w:r>
          </w:p>
        </w:tc>
        <w:tc>
          <w:tcPr>
            <w:tcW w:w="1108" w:type="dxa"/>
            <w:vAlign w:val="center"/>
            <w:tcMar>
              <w:top w:w="75" w:type="dxa"/>
              <w:start w:w="75" w:type="dxa"/>
              <w:bottom w:w="75" w:type="dxa"/>
              <w:end w:w="75" w:type="dxa"/>
            </w:tcMar>
          </w:tcPr>
          <w:p w14:paraId="3D69BDF3" w14:textId="77777777" w:rsidR="00A564F2" w:rsidRDefault="00A564F2" w:rsidP="009D38E5">
            <w:pPr>
              <w:spacing w:before="0" w:after="0" w:line="240" w:lineRule="auto"/>
              <w:jc w:val="center"/>
              <w:bidi w:val="1"/>
              <w:mirrorIndents w:val="1"/>
            </w:pPr>
            <w:r>
              <w:rPr>
                <w:rFonts w:ascii="Arial" w:hAnsi="Arial" w:cs="Arial" w:eastAsia="Arial"/>
                <w:b/>
                <w:sz w:val="15"/>
                <w:rtl w:val="1"/>
                <w:szCs w:val="16"/>
              </w:rPr>
              <w:t>E</w:t>
            </w:r>
          </w:p>
        </w:tc>
        <w:tc>
          <w:tcPr>
            <w:tcW w:w="1108"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t>أمانة مجلس الإدارة/وحدة الدعم الإداري</w:t>
            </w:r>
          </w:p>
        </w:tc>
      </w:tr>
      <w:tr w:rsidR="00A564F2" w14:paraId="3813252F" w14:textId="77777777" w:rsidTr="009D38E5">
        <w:trPr>
          <w:cantSplit w:val="true"/>
          <w:trHeight w:hRule="atLeast"/>
        </w:trPr>
        <w:tc>
          <w:tcPr>
            <w:tcW w:w="1108" w:type="dxa"/>
            <w:vAlign w:val="center"/>
            <w:tcMar>
              <w:top w:w="75" w:type="dxa"/>
              <w:start w:w="75" w:type="dxa"/>
              <w:bottom w:w="75" w:type="dxa"/>
              <w:end w:w="75" w:type="dxa"/>
            </w:tcMar>
          </w:tcPr>
          <w:p w14:paraId="4233BEDD" w14:textId="77777777" w:rsidR="00A564F2" w:rsidRDefault="00A564F2" w:rsidP="009D38E5">
            <w:pPr>
              <w:spacing w:before="0" w:after="0" w:line="240" w:lineRule="auto"/>
              <w:jc w:val="center"/>
              <w:bidi w:val="1"/>
              <w:mirrorIndents w:val="1"/>
            </w:pPr>
            <w:proofErr w:type="spellStart"/>
            <w:r>
              <w:rPr>
                <w:rFonts w:ascii="Arial" w:hAnsi="Arial" w:cs="Arial" w:eastAsia="Arial"/>
                <w:b w:val="0"/>
                <w:sz w:val="15"/>
                <w:rtl w:val="1"/>
                <w:szCs w:val="15"/>
              </w:rPr>
              <w:t>أمانة مجلس الإدارة وإدارة الوثائق</w:t>
            </w:r>
            <w:proofErr w:type="spellEnd"/>
            <w:r>
              <w:rPr>
                <w:rFonts w:ascii="Arial" w:hAnsi="Arial" w:cs="Arial" w:eastAsia="Arial"/>
                <w:b w:val="0"/>
                <w:sz w:val="15"/>
                <w:rtl w:val="1"/>
                <w:szCs w:val="15"/>
              </w:rPr>
            </w:r>
            <w:proofErr w:type="spellStart"/>
            <w:r>
              <w:rPr>
                <w:rFonts w:ascii="Arial" w:hAnsi="Arial" w:cs="Arial" w:eastAsia="Arial"/>
                <w:b w:val="0"/>
                <w:sz w:val="15"/>
                <w:rtl w:val="1"/>
                <w:szCs w:val="15"/>
              </w:rPr>
            </w:r>
            <w:proofErr w:type="spellEnd"/>
            <w:r>
              <w:rPr>
                <w:rFonts w:ascii="Arial" w:hAnsi="Arial" w:cs="Arial" w:eastAsia="Arial"/>
                <w:b w:val="0"/>
                <w:sz w:val="15"/>
                <w:rtl w:val="1"/>
                <w:szCs w:val="15"/>
              </w:rPr>
            </w:r>
          </w:p>
        </w:tc>
        <w:tc>
          <w:tcPr>
            <w:tcW w:w="1108" w:type="dxa"/>
            <w:vAlign w:val="center"/>
            <w:tcMar>
              <w:top w:w="75" w:type="dxa"/>
              <w:start w:w="75" w:type="dxa"/>
              <w:bottom w:w="75" w:type="dxa"/>
              <w:end w:w="75" w:type="dxa"/>
            </w:tcMar>
          </w:tcPr>
          <w:p w14:paraId="562DFF66" w14:textId="77777777" w:rsidR="00A564F2" w:rsidRDefault="00A564F2" w:rsidP="009D38E5">
            <w:pPr>
              <w:spacing w:before="0" w:after="0" w:line="240" w:lineRule="auto"/>
              <w:jc w:val="center"/>
              <w:bidi w:val="1"/>
              <w:mirrorIndents w:val="1"/>
            </w:pPr>
            <w:r>
              <w:rPr>
                <w:rFonts w:ascii="Arial" w:hAnsi="Arial" w:cs="Arial" w:eastAsia="Arial"/>
                <w:b w:val="0"/>
                <w:sz w:val="15"/>
                <w:rtl w:val="1"/>
                <w:szCs w:val="15"/>
              </w:rPr>
              <w:t xml:space="preserve">اعتماد </w:t>
            </w:r>
            <w:proofErr w:type="spellStart"/>
            <w:r>
              <w:rPr>
                <w:rFonts w:ascii="Arial" w:hAnsi="Arial" w:cs="Arial" w:eastAsia="Arial"/>
                <w:b w:val="0"/>
                <w:sz w:val="15"/>
                <w:rtl w:val="1"/>
                <w:szCs w:val="15"/>
              </w:rPr>
              <w:t>حفظ</w:t>
            </w:r>
            <w:proofErr w:type="spellEnd"/>
            <w:r>
              <w:rPr>
                <w:rFonts w:ascii="Arial" w:hAnsi="Arial" w:cs="Arial" w:eastAsia="Arial"/>
                <w:b w:val="0"/>
                <w:sz w:val="15"/>
                <w:rtl w:val="1"/>
                <w:szCs w:val="15"/>
              </w:rPr>
              <w:t xml:space="preserve"> الوثائق</w:t>
            </w:r>
          </w:p>
        </w:tc>
        <w:tc>
          <w:tcPr>
            <w:tcW w:w="1108" w:type="dxa"/>
            <w:vAlign w:val="center"/>
            <w:tcMar>
              <w:top w:w="75" w:type="dxa"/>
              <w:start w:w="75" w:type="dxa"/>
              <w:bottom w:w="75" w:type="dxa"/>
              <w:end w:w="75" w:type="dxa"/>
            </w:tcMar>
          </w:tcPr>
          <w:p w14:paraId="3DABC119" w14:textId="77777777" w:rsidR="00A564F2" w:rsidRDefault="00A564F2" w:rsidP="009D38E5">
            <w:pPr>
              <w:spacing w:before="0" w:after="0" w:line="240" w:lineRule="auto"/>
              <w:jc w:val="center"/>
              <w:bidi w:val="1"/>
              <w:mirrorIndents w:val="1"/>
            </w:pPr>
          </w:p>
        </w:tc>
        <w:tc>
          <w:tcPr>
            <w:tcW w:w="1108" w:type="dxa"/>
            <w:vAlign w:val="center"/>
            <w:tcMar>
              <w:top w:w="75" w:type="dxa"/>
              <w:start w:w="75" w:type="dxa"/>
              <w:bottom w:w="75" w:type="dxa"/>
              <w:end w:w="75" w:type="dxa"/>
            </w:tcMar>
          </w:tcPr>
          <w:p w14:paraId="011BBC25" w14:textId="77777777" w:rsidR="00A564F2" w:rsidRDefault="00A564F2" w:rsidP="009D38E5">
            <w:pPr>
              <w:spacing w:before="0" w:after="0" w:line="240" w:lineRule="auto"/>
              <w:jc w:val="center"/>
              <w:bidi w:val="1"/>
              <w:mirrorIndents w:val="1"/>
            </w:pPr>
          </w:p>
        </w:tc>
        <w:tc>
          <w:tcPr>
            <w:tcW w:w="1108" w:type="dxa"/>
            <w:vAlign w:val="center"/>
            <w:tcMar>
              <w:top w:w="75" w:type="dxa"/>
              <w:start w:w="75" w:type="dxa"/>
              <w:bottom w:w="75" w:type="dxa"/>
              <w:end w:w="75" w:type="dxa"/>
            </w:tcMar>
          </w:tcPr>
          <w:p w14:paraId="200D85AD" w14:textId="77777777" w:rsidR="00A564F2" w:rsidRDefault="00A564F2" w:rsidP="009D38E5">
            <w:pPr>
              <w:spacing w:before="0" w:after="0" w:line="240" w:lineRule="auto"/>
              <w:jc w:val="center"/>
              <w:bidi w:val="1"/>
              <w:mirrorIndents w:val="1"/>
            </w:pPr>
            <w:r>
              <w:rPr>
                <w:rFonts w:ascii="Arial" w:hAnsi="Arial" w:cs="Arial" w:eastAsia="Arial"/>
                <w:b/>
                <w:sz w:val="15"/>
                <w:rtl w:val="1"/>
                <w:szCs w:val="16"/>
              </w:rPr>
              <w:t>A</w:t>
            </w:r>
          </w:p>
        </w:tc>
        <w:tc>
          <w:tcPr>
            <w:tcW w:w="1108" w:type="dxa"/>
            <w:vAlign w:val="center"/>
            <w:tcMar>
              <w:top w:w="75" w:type="dxa"/>
              <w:start w:w="75" w:type="dxa"/>
              <w:bottom w:w="75" w:type="dxa"/>
              <w:end w:w="75" w:type="dxa"/>
            </w:tcMar>
          </w:tcPr>
          <w:p w14:paraId="41CDF419" w14:textId="77777777" w:rsidR="00A564F2" w:rsidRDefault="00A564F2" w:rsidP="009D38E5">
            <w:pPr>
              <w:spacing w:before="0" w:after="0" w:line="240" w:lineRule="auto"/>
              <w:jc w:val="center"/>
              <w:bidi w:val="1"/>
              <w:mirrorIndents w:val="1"/>
            </w:pPr>
            <w:r>
              <w:rPr>
                <w:rFonts w:ascii="Arial" w:hAnsi="Arial" w:cs="Arial" w:eastAsia="Arial"/>
                <w:b/>
                <w:sz w:val="15"/>
                <w:rtl w:val="1"/>
                <w:szCs w:val="16"/>
              </w:rPr>
              <w:t>R</w:t>
            </w:r>
          </w:p>
        </w:tc>
        <w:tc>
          <w:tcPr>
            <w:tcW w:w="1108" w:type="dxa"/>
            <w:vAlign w:val="center"/>
            <w:tcMar>
              <w:top w:w="75" w:type="dxa"/>
              <w:start w:w="75" w:type="dxa"/>
              <w:bottom w:w="75" w:type="dxa"/>
              <w:end w:w="75" w:type="dxa"/>
            </w:tcMar>
          </w:tcPr>
          <w:p w14:paraId="151A358B" w14:textId="77777777" w:rsidR="00A564F2" w:rsidRDefault="00A564F2" w:rsidP="009D38E5">
            <w:pPr>
              <w:spacing w:before="0" w:after="0" w:line="240" w:lineRule="auto"/>
              <w:jc w:val="center"/>
              <w:bidi w:val="1"/>
              <w:mirrorIndents w:val="1"/>
            </w:pPr>
            <w:r>
              <w:rPr>
                <w:rFonts w:ascii="Arial" w:hAnsi="Arial" w:cs="Arial" w:eastAsia="Arial"/>
                <w:b/>
                <w:sz w:val="15"/>
                <w:rtl w:val="1"/>
                <w:szCs w:val="16"/>
              </w:rPr>
              <w:t>V</w:t>
            </w:r>
          </w:p>
        </w:tc>
        <w:tc>
          <w:tcPr>
            <w:tcW w:w="1108" w:type="dxa"/>
            <w:vAlign w:val="center"/>
            <w:tcMar>
              <w:top w:w="75" w:type="dxa"/>
              <w:start w:w="75" w:type="dxa"/>
              <w:bottom w:w="75" w:type="dxa"/>
              <w:end w:w="75" w:type="dxa"/>
            </w:tcMar>
          </w:tcPr>
          <w:p w14:paraId="2984D82F" w14:textId="77777777" w:rsidR="00A564F2" w:rsidRDefault="00A564F2" w:rsidP="009D38E5">
            <w:pPr>
              <w:spacing w:before="0" w:after="0" w:line="240" w:lineRule="auto"/>
              <w:jc w:val="center"/>
              <w:bidi w:val="1"/>
              <w:mirrorIndents w:val="1"/>
            </w:pPr>
            <w:r>
              <w:rPr>
                <w:rFonts w:ascii="Arial" w:hAnsi="Arial" w:cs="Arial" w:eastAsia="Arial"/>
                <w:b/>
                <w:sz w:val="15"/>
                <w:rtl w:val="1"/>
                <w:szCs w:val="16"/>
              </w:rPr>
              <w:t>E</w:t>
            </w:r>
          </w:p>
        </w:tc>
        <w:tc>
          <w:tcPr>
            <w:tcW w:w="1108"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t>أمانة مجلس الإدارة/وحدة الدعم الإداري</w:t>
            </w:r>
          </w:p>
        </w:tc>
      </w:tr>
      <w:tr w:rsidR="00A564F2" w14:paraId="6FBEA3DB" w14:textId="77777777" w:rsidTr="009D38E5">
        <w:trPr>
          <w:cantSplit w:val="true"/>
          <w:trHeight w:hRule="atLeast"/>
        </w:trPr>
        <w:tc>
          <w:tcPr>
            <w:tcW w:w="1108" w:type="dxa"/>
            <w:vAlign w:val="center"/>
            <w:tcMar>
              <w:top w:w="75" w:type="dxa"/>
              <w:start w:w="75" w:type="dxa"/>
              <w:bottom w:w="75" w:type="dxa"/>
              <w:end w:w="75" w:type="dxa"/>
            </w:tcMar>
          </w:tcPr>
          <w:p w14:paraId="518649A0" w14:textId="77777777" w:rsidR="00A564F2" w:rsidRDefault="00A564F2" w:rsidP="009D38E5">
            <w:pPr>
              <w:spacing w:before="0" w:after="0" w:line="240" w:lineRule="auto"/>
              <w:jc w:val="center"/>
              <w:bidi w:val="1"/>
              <w:mirrorIndents w:val="1"/>
            </w:pPr>
            <w:proofErr w:type="spellStart"/>
            <w:r>
              <w:rPr>
                <w:rFonts w:ascii="Arial" w:hAnsi="Arial" w:cs="Arial" w:eastAsia="Arial"/>
                <w:b w:val="0"/>
                <w:sz w:val="15"/>
                <w:rtl w:val="1"/>
                <w:szCs w:val="15"/>
              </w:rPr>
              <w:t>أمانة مجلس الإدارة وإدارة الوثائق</w:t>
            </w:r>
            <w:proofErr w:type="spellEnd"/>
            <w:r>
              <w:rPr>
                <w:rFonts w:ascii="Arial" w:hAnsi="Arial" w:cs="Arial" w:eastAsia="Arial"/>
                <w:b w:val="0"/>
                <w:sz w:val="15"/>
                <w:rtl w:val="1"/>
                <w:szCs w:val="15"/>
              </w:rPr>
            </w:r>
            <w:proofErr w:type="spellStart"/>
            <w:r>
              <w:rPr>
                <w:rFonts w:ascii="Arial" w:hAnsi="Arial" w:cs="Arial" w:eastAsia="Arial"/>
                <w:b w:val="0"/>
                <w:sz w:val="15"/>
                <w:rtl w:val="1"/>
                <w:szCs w:val="15"/>
              </w:rPr>
            </w:r>
            <w:proofErr w:type="spellEnd"/>
            <w:r>
              <w:rPr>
                <w:rFonts w:ascii="Arial" w:hAnsi="Arial" w:cs="Arial" w:eastAsia="Arial"/>
                <w:b w:val="0"/>
                <w:sz w:val="15"/>
                <w:rtl w:val="1"/>
                <w:szCs w:val="15"/>
              </w:rPr>
            </w:r>
          </w:p>
        </w:tc>
        <w:tc>
          <w:tcPr>
            <w:tcW w:w="1108" w:type="dxa"/>
            <w:vAlign w:val="center"/>
            <w:tcMar>
              <w:top w:w="75" w:type="dxa"/>
              <w:start w:w="75" w:type="dxa"/>
              <w:bottom w:w="75" w:type="dxa"/>
              <w:end w:w="75" w:type="dxa"/>
            </w:tcMar>
          </w:tcPr>
          <w:p w14:paraId="27C358E4" w14:textId="77777777" w:rsidR="00A564F2" w:rsidRDefault="00A564F2" w:rsidP="009D38E5">
            <w:pPr>
              <w:spacing w:before="0" w:after="0" w:line="240" w:lineRule="auto"/>
              <w:jc w:val="center"/>
              <w:bidi w:val="1"/>
              <w:mirrorIndents w:val="1"/>
            </w:pPr>
            <w:r>
              <w:rPr>
                <w:rFonts w:ascii="Arial" w:hAnsi="Arial" w:cs="Arial" w:eastAsia="Arial"/>
                <w:b w:val="0"/>
                <w:sz w:val="15"/>
                <w:rtl w:val="1"/>
                <w:szCs w:val="15"/>
              </w:rPr>
              <w:t xml:space="preserve">اعتماد </w:t>
            </w:r>
            <w:proofErr w:type="spellStart"/>
            <w:r>
              <w:rPr>
                <w:rFonts w:ascii="Arial" w:hAnsi="Arial" w:cs="Arial" w:eastAsia="Arial"/>
                <w:b w:val="0"/>
                <w:sz w:val="15"/>
                <w:rtl w:val="1"/>
                <w:szCs w:val="15"/>
              </w:rPr>
              <w:t>الصادر</w:t>
            </w:r>
            <w:proofErr w:type="spellEnd"/>
            <w:r>
              <w:rPr>
                <w:rFonts w:ascii="Arial" w:hAnsi="Arial" w:cs="Arial" w:eastAsia="Arial"/>
                <w:b w:val="0"/>
                <w:sz w:val="15"/>
                <w:rtl w:val="1"/>
                <w:szCs w:val="15"/>
              </w:rPr>
              <w:t xml:space="preserve"> </w:t>
            </w:r>
            <w:proofErr w:type="spellStart"/>
            <w:r>
              <w:rPr>
                <w:rFonts w:ascii="Arial" w:hAnsi="Arial" w:cs="Arial" w:eastAsia="Arial"/>
                <w:b w:val="0"/>
                <w:sz w:val="15"/>
                <w:rtl w:val="1"/>
                <w:szCs w:val="15"/>
              </w:rPr>
              <w:t>والوارد</w:t>
            </w:r>
            <w:proofErr w:type="spellEnd"/>
          </w:p>
        </w:tc>
        <w:tc>
          <w:tcPr>
            <w:tcW w:w="1108" w:type="dxa"/>
            <w:vAlign w:val="center"/>
            <w:tcMar>
              <w:top w:w="75" w:type="dxa"/>
              <w:start w:w="75" w:type="dxa"/>
              <w:bottom w:w="75" w:type="dxa"/>
              <w:end w:w="75" w:type="dxa"/>
            </w:tcMar>
          </w:tcPr>
          <w:p w14:paraId="0C35ED89" w14:textId="77777777" w:rsidR="00A564F2" w:rsidRDefault="00A564F2" w:rsidP="009D38E5">
            <w:pPr>
              <w:spacing w:before="0" w:after="0" w:line="240" w:lineRule="auto"/>
              <w:jc w:val="center"/>
              <w:bidi w:val="1"/>
              <w:mirrorIndents w:val="1"/>
            </w:pPr>
          </w:p>
        </w:tc>
        <w:tc>
          <w:tcPr>
            <w:tcW w:w="1108" w:type="dxa"/>
            <w:vAlign w:val="center"/>
            <w:tcMar>
              <w:top w:w="75" w:type="dxa"/>
              <w:start w:w="75" w:type="dxa"/>
              <w:bottom w:w="75" w:type="dxa"/>
              <w:end w:w="75" w:type="dxa"/>
            </w:tcMar>
          </w:tcPr>
          <w:p w14:paraId="0BE657EC" w14:textId="77777777" w:rsidR="00A564F2" w:rsidRDefault="00A564F2" w:rsidP="009D38E5">
            <w:pPr>
              <w:spacing w:before="0" w:after="0" w:line="240" w:lineRule="auto"/>
              <w:jc w:val="center"/>
              <w:bidi w:val="1"/>
              <w:mirrorIndents w:val="1"/>
            </w:pPr>
          </w:p>
        </w:tc>
        <w:tc>
          <w:tcPr>
            <w:tcW w:w="1108" w:type="dxa"/>
            <w:vAlign w:val="center"/>
            <w:tcMar>
              <w:top w:w="75" w:type="dxa"/>
              <w:start w:w="75" w:type="dxa"/>
              <w:bottom w:w="75" w:type="dxa"/>
              <w:end w:w="75" w:type="dxa"/>
            </w:tcMar>
          </w:tcPr>
          <w:p w14:paraId="1EC7A039" w14:textId="77777777" w:rsidR="00A564F2" w:rsidRDefault="00A564F2" w:rsidP="009D38E5">
            <w:pPr>
              <w:spacing w:before="0" w:after="0" w:line="240" w:lineRule="auto"/>
              <w:jc w:val="center"/>
              <w:bidi w:val="1"/>
              <w:mirrorIndents w:val="1"/>
            </w:pPr>
            <w:r>
              <w:rPr>
                <w:rFonts w:ascii="Arial" w:hAnsi="Arial" w:cs="Arial" w:eastAsia="Arial"/>
                <w:b/>
                <w:sz w:val="15"/>
                <w:rtl w:val="1"/>
                <w:szCs w:val="16"/>
              </w:rPr>
              <w:t>A</w:t>
            </w:r>
          </w:p>
        </w:tc>
        <w:tc>
          <w:tcPr>
            <w:tcW w:w="1108" w:type="dxa"/>
            <w:vAlign w:val="center"/>
            <w:tcMar>
              <w:top w:w="75" w:type="dxa"/>
              <w:start w:w="75" w:type="dxa"/>
              <w:bottom w:w="75" w:type="dxa"/>
              <w:end w:w="75" w:type="dxa"/>
            </w:tcMar>
          </w:tcPr>
          <w:p w14:paraId="6B5A79FB" w14:textId="77777777" w:rsidR="00A564F2" w:rsidRDefault="00A564F2" w:rsidP="009D38E5">
            <w:pPr>
              <w:spacing w:before="0" w:after="0" w:line="240" w:lineRule="auto"/>
              <w:jc w:val="center"/>
              <w:bidi w:val="1"/>
              <w:mirrorIndents w:val="1"/>
            </w:pPr>
            <w:r>
              <w:rPr>
                <w:rFonts w:ascii="Arial" w:hAnsi="Arial" w:cs="Arial" w:eastAsia="Arial"/>
                <w:b/>
                <w:sz w:val="15"/>
                <w:rtl w:val="1"/>
                <w:szCs w:val="16"/>
              </w:rPr>
              <w:t>R</w:t>
            </w:r>
          </w:p>
        </w:tc>
        <w:tc>
          <w:tcPr>
            <w:tcW w:w="1108" w:type="dxa"/>
            <w:vAlign w:val="center"/>
            <w:tcMar>
              <w:top w:w="75" w:type="dxa"/>
              <w:start w:w="75" w:type="dxa"/>
              <w:bottom w:w="75" w:type="dxa"/>
              <w:end w:w="75" w:type="dxa"/>
            </w:tcMar>
          </w:tcPr>
          <w:p w14:paraId="090672C5" w14:textId="77777777" w:rsidR="00A564F2" w:rsidRDefault="00A564F2" w:rsidP="009D38E5">
            <w:pPr>
              <w:spacing w:before="0" w:after="0" w:line="240" w:lineRule="auto"/>
              <w:jc w:val="center"/>
              <w:bidi w:val="1"/>
              <w:mirrorIndents w:val="1"/>
            </w:pPr>
            <w:r>
              <w:rPr>
                <w:rFonts w:ascii="Arial" w:hAnsi="Arial" w:cs="Arial" w:eastAsia="Arial"/>
                <w:b/>
                <w:sz w:val="15"/>
                <w:rtl w:val="1"/>
                <w:szCs w:val="16"/>
              </w:rPr>
              <w:t>V</w:t>
            </w:r>
          </w:p>
        </w:tc>
        <w:tc>
          <w:tcPr>
            <w:tcW w:w="1108" w:type="dxa"/>
            <w:vAlign w:val="center"/>
            <w:tcMar>
              <w:top w:w="75" w:type="dxa"/>
              <w:start w:w="75" w:type="dxa"/>
              <w:bottom w:w="75" w:type="dxa"/>
              <w:end w:w="75" w:type="dxa"/>
            </w:tcMar>
          </w:tcPr>
          <w:p w14:paraId="576DA849" w14:textId="77777777" w:rsidR="00A564F2" w:rsidRDefault="00A564F2" w:rsidP="009D38E5">
            <w:pPr>
              <w:spacing w:before="0" w:after="0" w:line="240" w:lineRule="auto"/>
              <w:jc w:val="center"/>
              <w:bidi w:val="1"/>
              <w:mirrorIndents w:val="1"/>
            </w:pPr>
            <w:r>
              <w:rPr>
                <w:rFonts w:ascii="Arial" w:hAnsi="Arial" w:cs="Arial" w:eastAsia="Arial"/>
                <w:b/>
                <w:sz w:val="15"/>
                <w:rtl w:val="1"/>
                <w:szCs w:val="16"/>
              </w:rPr>
              <w:t>E</w:t>
            </w:r>
          </w:p>
        </w:tc>
        <w:tc>
          <w:tcPr>
            <w:tcW w:w="1108"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t>أمانة مجلس الإدارة/وحدة الدعم الإداري</w:t>
            </w:r>
          </w:p>
        </w:tc>
      </w:tr>
      <w:tr w:rsidR="00A564F2" w14:paraId="0F31A9C8" w14:textId="77777777" w:rsidTr="009D38E5">
        <w:trPr>
          <w:cantSplit w:val="true"/>
          <w:trHeight w:hRule="atLeast"/>
        </w:trPr>
        <w:tc>
          <w:tcPr>
            <w:tcW w:w="1108" w:type="dxa"/>
            <w:vAlign w:val="center"/>
            <w:tcMar>
              <w:top w:w="75" w:type="dxa"/>
              <w:start w:w="75" w:type="dxa"/>
              <w:bottom w:w="75" w:type="dxa"/>
              <w:end w:w="75" w:type="dxa"/>
            </w:tcMar>
          </w:tcPr>
          <w:p w14:paraId="7FA0F101" w14:textId="77777777" w:rsidR="00A564F2" w:rsidRDefault="00A564F2" w:rsidP="009D38E5">
            <w:pPr>
              <w:spacing w:before="0" w:after="0" w:line="240" w:lineRule="auto"/>
              <w:jc w:val="center"/>
              <w:bidi w:val="1"/>
              <w:mirrorIndents w:val="1"/>
            </w:pPr>
            <w:proofErr w:type="spellStart"/>
            <w:r>
              <w:rPr>
                <w:rFonts w:ascii="Arial" w:hAnsi="Arial" w:cs="Arial" w:eastAsia="Arial"/>
                <w:b w:val="0"/>
                <w:sz w:val="15"/>
                <w:rtl w:val="1"/>
                <w:szCs w:val="15"/>
              </w:rPr>
              <w:t>أمانة مجلس الإدارة وإدارة الوثائق</w:t>
            </w:r>
            <w:proofErr w:type="spellEnd"/>
            <w:r>
              <w:rPr>
                <w:rFonts w:ascii="Arial" w:hAnsi="Arial" w:cs="Arial" w:eastAsia="Arial"/>
                <w:b w:val="0"/>
                <w:sz w:val="15"/>
                <w:rtl w:val="1"/>
                <w:szCs w:val="15"/>
              </w:rPr>
            </w:r>
            <w:proofErr w:type="spellStart"/>
            <w:r>
              <w:rPr>
                <w:rFonts w:ascii="Arial" w:hAnsi="Arial" w:cs="Arial" w:eastAsia="Arial"/>
                <w:b w:val="0"/>
                <w:sz w:val="15"/>
                <w:rtl w:val="1"/>
                <w:szCs w:val="15"/>
              </w:rPr>
            </w:r>
            <w:proofErr w:type="spellEnd"/>
            <w:r>
              <w:rPr>
                <w:rFonts w:ascii="Arial" w:hAnsi="Arial" w:cs="Arial" w:eastAsia="Arial"/>
                <w:b w:val="0"/>
                <w:sz w:val="15"/>
                <w:rtl w:val="1"/>
                <w:szCs w:val="15"/>
              </w:rPr>
            </w:r>
          </w:p>
        </w:tc>
        <w:tc>
          <w:tcPr>
            <w:tcW w:w="1108" w:type="dxa"/>
            <w:vAlign w:val="center"/>
            <w:tcMar>
              <w:top w:w="75" w:type="dxa"/>
              <w:start w:w="75" w:type="dxa"/>
              <w:bottom w:w="75" w:type="dxa"/>
              <w:end w:w="75" w:type="dxa"/>
            </w:tcMar>
          </w:tcPr>
          <w:p w14:paraId="5C4ABBA8" w14:textId="77777777" w:rsidR="00A564F2" w:rsidRDefault="00A564F2" w:rsidP="009D38E5">
            <w:pPr>
              <w:spacing w:before="0" w:after="0" w:line="240" w:lineRule="auto"/>
              <w:jc w:val="center"/>
              <w:bidi w:val="1"/>
              <w:mirrorIndents w:val="1"/>
            </w:pPr>
            <w:r>
              <w:rPr>
                <w:rFonts w:ascii="Arial" w:hAnsi="Arial" w:cs="Arial" w:eastAsia="Arial"/>
                <w:b w:val="0"/>
                <w:sz w:val="15"/>
                <w:rtl w:val="1"/>
                <w:szCs w:val="15"/>
              </w:rPr>
              <w:t xml:space="preserve">اعتماد </w:t>
            </w:r>
            <w:proofErr w:type="spellStart"/>
            <w:r>
              <w:rPr>
                <w:rFonts w:ascii="Arial" w:hAnsi="Arial" w:cs="Arial" w:eastAsia="Arial"/>
                <w:b w:val="0"/>
                <w:sz w:val="15"/>
                <w:rtl w:val="1"/>
                <w:szCs w:val="15"/>
              </w:rPr>
              <w:t>الأرشفة</w:t>
            </w:r>
            <w:proofErr w:type="spellEnd"/>
            <w:r>
              <w:rPr>
                <w:rFonts w:ascii="Arial" w:hAnsi="Arial" w:cs="Arial" w:eastAsia="Arial"/>
                <w:b w:val="0"/>
                <w:sz w:val="15"/>
                <w:rtl w:val="1"/>
                <w:szCs w:val="15"/>
              </w:rPr>
              <w:t xml:space="preserve"> </w:t>
            </w:r>
            <w:proofErr w:type="spellStart"/>
            <w:r>
              <w:rPr>
                <w:rFonts w:ascii="Arial" w:hAnsi="Arial" w:cs="Arial" w:eastAsia="Arial"/>
                <w:b w:val="0"/>
                <w:sz w:val="15"/>
                <w:rtl w:val="1"/>
                <w:szCs w:val="15"/>
              </w:rPr>
              <w:t>الإلكترونية</w:t>
            </w:r>
            <w:proofErr w:type="spellEnd"/>
          </w:p>
        </w:tc>
        <w:tc>
          <w:tcPr>
            <w:tcW w:w="1108" w:type="dxa"/>
            <w:vAlign w:val="center"/>
            <w:tcMar>
              <w:top w:w="75" w:type="dxa"/>
              <w:start w:w="75" w:type="dxa"/>
              <w:bottom w:w="75" w:type="dxa"/>
              <w:end w:w="75" w:type="dxa"/>
            </w:tcMar>
          </w:tcPr>
          <w:p w14:paraId="3A0E0575" w14:textId="77777777" w:rsidR="00A564F2" w:rsidRDefault="00A564F2" w:rsidP="009D38E5">
            <w:pPr>
              <w:spacing w:before="0" w:after="0" w:line="240" w:lineRule="auto"/>
              <w:jc w:val="center"/>
              <w:bidi w:val="1"/>
              <w:mirrorIndents w:val="1"/>
            </w:pPr>
          </w:p>
        </w:tc>
        <w:tc>
          <w:tcPr>
            <w:tcW w:w="1108" w:type="dxa"/>
            <w:vAlign w:val="center"/>
            <w:tcMar>
              <w:top w:w="75" w:type="dxa"/>
              <w:start w:w="75" w:type="dxa"/>
              <w:bottom w:w="75" w:type="dxa"/>
              <w:end w:w="75" w:type="dxa"/>
            </w:tcMar>
          </w:tcPr>
          <w:p w14:paraId="46F422C9" w14:textId="77777777" w:rsidR="00A564F2" w:rsidRDefault="00A564F2" w:rsidP="009D38E5">
            <w:pPr>
              <w:spacing w:before="0" w:after="0" w:line="240" w:lineRule="auto"/>
              <w:jc w:val="center"/>
              <w:bidi w:val="1"/>
              <w:mirrorIndents w:val="1"/>
            </w:pPr>
          </w:p>
        </w:tc>
        <w:tc>
          <w:tcPr>
            <w:tcW w:w="1108" w:type="dxa"/>
            <w:vAlign w:val="center"/>
            <w:tcMar>
              <w:top w:w="75" w:type="dxa"/>
              <w:start w:w="75" w:type="dxa"/>
              <w:bottom w:w="75" w:type="dxa"/>
              <w:end w:w="75" w:type="dxa"/>
            </w:tcMar>
          </w:tcPr>
          <w:p w14:paraId="1EE74539" w14:textId="77777777" w:rsidR="00A564F2" w:rsidRDefault="00A564F2" w:rsidP="009D38E5">
            <w:pPr>
              <w:spacing w:before="0" w:after="0" w:line="240" w:lineRule="auto"/>
              <w:jc w:val="center"/>
              <w:bidi w:val="1"/>
              <w:mirrorIndents w:val="1"/>
            </w:pPr>
            <w:r>
              <w:rPr>
                <w:rFonts w:ascii="Arial" w:hAnsi="Arial" w:cs="Arial" w:eastAsia="Arial"/>
                <w:b/>
                <w:sz w:val="15"/>
                <w:rtl w:val="1"/>
                <w:szCs w:val="16"/>
              </w:rPr>
              <w:t>A</w:t>
            </w:r>
          </w:p>
        </w:tc>
        <w:tc>
          <w:tcPr>
            <w:tcW w:w="1108" w:type="dxa"/>
            <w:vAlign w:val="center"/>
            <w:tcMar>
              <w:top w:w="75" w:type="dxa"/>
              <w:start w:w="75" w:type="dxa"/>
              <w:bottom w:w="75" w:type="dxa"/>
              <w:end w:w="75" w:type="dxa"/>
            </w:tcMar>
          </w:tcPr>
          <w:p w14:paraId="29576B22" w14:textId="77777777" w:rsidR="00A564F2" w:rsidRDefault="00A564F2" w:rsidP="009D38E5">
            <w:pPr>
              <w:spacing w:before="0" w:after="0" w:line="240" w:lineRule="auto"/>
              <w:jc w:val="center"/>
              <w:bidi w:val="1"/>
              <w:mirrorIndents w:val="1"/>
            </w:pPr>
            <w:r>
              <w:rPr>
                <w:rFonts w:ascii="Arial" w:hAnsi="Arial" w:cs="Arial" w:eastAsia="Arial"/>
                <w:b/>
                <w:sz w:val="15"/>
                <w:rtl w:val="1"/>
                <w:szCs w:val="16"/>
              </w:rPr>
              <w:t>R</w:t>
            </w:r>
          </w:p>
        </w:tc>
        <w:tc>
          <w:tcPr>
            <w:tcW w:w="1108" w:type="dxa"/>
            <w:vAlign w:val="center"/>
            <w:tcMar>
              <w:top w:w="75" w:type="dxa"/>
              <w:start w:w="75" w:type="dxa"/>
              <w:bottom w:w="75" w:type="dxa"/>
              <w:end w:w="75" w:type="dxa"/>
            </w:tcMar>
          </w:tcPr>
          <w:p w14:paraId="19B5BF83" w14:textId="77777777" w:rsidR="00A564F2" w:rsidRDefault="00A564F2" w:rsidP="009D38E5">
            <w:pPr>
              <w:spacing w:before="0" w:after="0" w:line="240" w:lineRule="auto"/>
              <w:jc w:val="center"/>
              <w:bidi w:val="1"/>
              <w:mirrorIndents w:val="1"/>
            </w:pPr>
            <w:r>
              <w:rPr>
                <w:rFonts w:ascii="Arial" w:hAnsi="Arial" w:cs="Arial" w:eastAsia="Arial"/>
                <w:b/>
                <w:sz w:val="15"/>
                <w:rtl w:val="1"/>
                <w:szCs w:val="16"/>
              </w:rPr>
              <w:t>V</w:t>
            </w:r>
          </w:p>
        </w:tc>
        <w:tc>
          <w:tcPr>
            <w:tcW w:w="1108" w:type="dxa"/>
            <w:vAlign w:val="center"/>
            <w:tcMar>
              <w:top w:w="75" w:type="dxa"/>
              <w:start w:w="75" w:type="dxa"/>
              <w:bottom w:w="75" w:type="dxa"/>
              <w:end w:w="75" w:type="dxa"/>
            </w:tcMar>
          </w:tcPr>
          <w:p w14:paraId="6C80B4FE" w14:textId="77777777" w:rsidR="00A564F2" w:rsidRDefault="00A564F2" w:rsidP="009D38E5">
            <w:pPr>
              <w:spacing w:before="0" w:after="0" w:line="240" w:lineRule="auto"/>
              <w:jc w:val="center"/>
              <w:bidi w:val="1"/>
              <w:mirrorIndents w:val="1"/>
            </w:pPr>
            <w:r>
              <w:rPr>
                <w:rFonts w:ascii="Arial" w:hAnsi="Arial" w:cs="Arial" w:eastAsia="Arial"/>
                <w:b/>
                <w:sz w:val="15"/>
                <w:rtl w:val="1"/>
                <w:szCs w:val="16"/>
              </w:rPr>
              <w:t>E</w:t>
            </w:r>
          </w:p>
        </w:tc>
        <w:tc>
          <w:tcPr>
            <w:tcW w:w="1108"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t>أمانة مجلس الإدارة/وحدة الدعم الإداري</w:t>
            </w:r>
          </w:p>
        </w:tc>
      </w:tr>
      <w:tr w:rsidR="00A564F2" w14:paraId="073A3365" w14:textId="77777777" w:rsidTr="009D38E5">
        <w:trPr>
          <w:cantSplit w:val="true"/>
          <w:trHeight w:hRule="atLeast"/>
        </w:trPr>
        <w:tc>
          <w:tcPr>
            <w:tcW w:w="1108" w:type="dxa"/>
            <w:vAlign w:val="center"/>
            <w:tcMar>
              <w:top w:w="75" w:type="dxa"/>
              <w:start w:w="75" w:type="dxa"/>
              <w:bottom w:w="75" w:type="dxa"/>
              <w:end w:w="75" w:type="dxa"/>
            </w:tcMar>
          </w:tcPr>
          <w:p w14:paraId="7F4B237C" w14:textId="77777777" w:rsidR="00A564F2" w:rsidRDefault="00A564F2" w:rsidP="009D38E5">
            <w:pPr>
              <w:spacing w:before="0" w:after="0" w:line="240" w:lineRule="auto"/>
              <w:jc w:val="center"/>
              <w:bidi w:val="1"/>
              <w:mirrorIndents w:val="1"/>
            </w:pPr>
            <w:proofErr w:type="spellStart"/>
            <w:r>
              <w:rPr>
                <w:rFonts w:ascii="Arial" w:hAnsi="Arial" w:cs="Arial" w:eastAsia="Arial"/>
                <w:b w:val="0"/>
                <w:sz w:val="15"/>
                <w:rtl w:val="1"/>
                <w:szCs w:val="15"/>
              </w:rPr>
              <w:t>أمانة مجلس الإدارة وإدارة الوثائق</w:t>
            </w:r>
            <w:proofErr w:type="spellEnd"/>
            <w:r>
              <w:rPr>
                <w:rFonts w:ascii="Arial" w:hAnsi="Arial" w:cs="Arial" w:eastAsia="Arial"/>
                <w:b w:val="0"/>
                <w:sz w:val="15"/>
                <w:rtl w:val="1"/>
                <w:szCs w:val="15"/>
              </w:rPr>
            </w:r>
            <w:proofErr w:type="spellStart"/>
            <w:r>
              <w:rPr>
                <w:rFonts w:ascii="Arial" w:hAnsi="Arial" w:cs="Arial" w:eastAsia="Arial"/>
                <w:b w:val="0"/>
                <w:sz w:val="15"/>
                <w:rtl w:val="1"/>
                <w:szCs w:val="15"/>
              </w:rPr>
            </w:r>
            <w:proofErr w:type="spellEnd"/>
            <w:r>
              <w:rPr>
                <w:rFonts w:ascii="Arial" w:hAnsi="Arial" w:cs="Arial" w:eastAsia="Arial"/>
                <w:b w:val="0"/>
                <w:sz w:val="15"/>
                <w:rtl w:val="1"/>
                <w:szCs w:val="15"/>
              </w:rPr>
            </w:r>
          </w:p>
        </w:tc>
        <w:tc>
          <w:tcPr>
            <w:tcW w:w="1108" w:type="dxa"/>
            <w:vAlign w:val="center"/>
            <w:tcMar>
              <w:top w:w="75" w:type="dxa"/>
              <w:start w:w="75" w:type="dxa"/>
              <w:bottom w:w="75" w:type="dxa"/>
              <w:end w:w="75" w:type="dxa"/>
            </w:tcMar>
          </w:tcPr>
          <w:p w14:paraId="009D5758" w14:textId="77777777" w:rsidR="00A564F2" w:rsidRDefault="00A564F2" w:rsidP="009D38E5">
            <w:pPr>
              <w:spacing w:before="0" w:after="0" w:line="240" w:lineRule="auto"/>
              <w:jc w:val="center"/>
              <w:bidi w:val="1"/>
              <w:mirrorIndents w:val="1"/>
            </w:pPr>
            <w:r>
              <w:rPr>
                <w:rFonts w:ascii="Arial" w:hAnsi="Arial" w:cs="Arial" w:eastAsia="Arial"/>
                <w:b w:val="0"/>
                <w:sz w:val="15"/>
                <w:rtl w:val="1"/>
                <w:szCs w:val="15"/>
              </w:rPr>
              <w:t xml:space="preserve">اعتماد </w:t>
            </w:r>
            <w:proofErr w:type="spellStart"/>
            <w:r>
              <w:rPr>
                <w:rFonts w:ascii="Arial" w:hAnsi="Arial" w:cs="Arial" w:eastAsia="Arial"/>
                <w:b w:val="0"/>
                <w:sz w:val="15"/>
                <w:rtl w:val="1"/>
                <w:szCs w:val="15"/>
              </w:rPr>
              <w:t>التعميمات</w:t>
            </w:r>
            <w:proofErr w:type="spellEnd"/>
          </w:p>
        </w:tc>
        <w:tc>
          <w:tcPr>
            <w:tcW w:w="1108" w:type="dxa"/>
            <w:vAlign w:val="center"/>
            <w:tcMar>
              <w:top w:w="75" w:type="dxa"/>
              <w:start w:w="75" w:type="dxa"/>
              <w:bottom w:w="75" w:type="dxa"/>
              <w:end w:w="75" w:type="dxa"/>
            </w:tcMar>
          </w:tcPr>
          <w:p w14:paraId="2F2C71DC" w14:textId="77777777" w:rsidR="00A564F2" w:rsidRDefault="00A564F2" w:rsidP="009D38E5">
            <w:pPr>
              <w:spacing w:before="0" w:after="0" w:line="240" w:lineRule="auto"/>
              <w:jc w:val="center"/>
              <w:bidi w:val="1"/>
              <w:mirrorIndents w:val="1"/>
            </w:pPr>
          </w:p>
        </w:tc>
        <w:tc>
          <w:tcPr>
            <w:tcW w:w="1108" w:type="dxa"/>
            <w:vAlign w:val="center"/>
            <w:tcMar>
              <w:top w:w="75" w:type="dxa"/>
              <w:start w:w="75" w:type="dxa"/>
              <w:bottom w:w="75" w:type="dxa"/>
              <w:end w:w="75" w:type="dxa"/>
            </w:tcMar>
          </w:tcPr>
          <w:p w14:paraId="5718C2D0" w14:textId="77777777" w:rsidR="00A564F2" w:rsidRDefault="00A564F2" w:rsidP="009D38E5">
            <w:pPr>
              <w:spacing w:before="0" w:after="0" w:line="240" w:lineRule="auto"/>
              <w:jc w:val="center"/>
              <w:bidi w:val="1"/>
              <w:mirrorIndents w:val="1"/>
            </w:pPr>
          </w:p>
        </w:tc>
        <w:tc>
          <w:tcPr>
            <w:tcW w:w="1108" w:type="dxa"/>
            <w:vAlign w:val="center"/>
            <w:tcMar>
              <w:top w:w="75" w:type="dxa"/>
              <w:start w:w="75" w:type="dxa"/>
              <w:bottom w:w="75" w:type="dxa"/>
              <w:end w:w="75" w:type="dxa"/>
            </w:tcMar>
          </w:tcPr>
          <w:p w14:paraId="6BF68C40" w14:textId="77777777" w:rsidR="00A564F2" w:rsidRDefault="00A564F2" w:rsidP="009D38E5">
            <w:pPr>
              <w:spacing w:before="0" w:after="0" w:line="240" w:lineRule="auto"/>
              <w:jc w:val="center"/>
              <w:bidi w:val="1"/>
              <w:mirrorIndents w:val="1"/>
            </w:pPr>
            <w:r>
              <w:rPr>
                <w:rFonts w:ascii="Arial" w:hAnsi="Arial" w:cs="Arial" w:eastAsia="Arial"/>
                <w:b/>
                <w:sz w:val="15"/>
                <w:rtl w:val="1"/>
                <w:szCs w:val="16"/>
              </w:rPr>
              <w:t>A</w:t>
            </w:r>
          </w:p>
        </w:tc>
        <w:tc>
          <w:tcPr>
            <w:tcW w:w="1108" w:type="dxa"/>
            <w:vAlign w:val="center"/>
            <w:tcMar>
              <w:top w:w="75" w:type="dxa"/>
              <w:start w:w="75" w:type="dxa"/>
              <w:bottom w:w="75" w:type="dxa"/>
              <w:end w:w="75" w:type="dxa"/>
            </w:tcMar>
          </w:tcPr>
          <w:p w14:paraId="6C6F5DF2" w14:textId="77777777" w:rsidR="00A564F2" w:rsidRDefault="00A564F2" w:rsidP="009D38E5">
            <w:pPr>
              <w:spacing w:before="0" w:after="0" w:line="240" w:lineRule="auto"/>
              <w:jc w:val="center"/>
              <w:bidi w:val="1"/>
              <w:mirrorIndents w:val="1"/>
            </w:pPr>
            <w:r>
              <w:rPr>
                <w:rFonts w:ascii="Arial" w:hAnsi="Arial" w:cs="Arial" w:eastAsia="Arial"/>
                <w:b/>
                <w:sz w:val="15"/>
                <w:rtl w:val="1"/>
                <w:szCs w:val="16"/>
              </w:rPr>
              <w:t>R</w:t>
            </w:r>
          </w:p>
        </w:tc>
        <w:tc>
          <w:tcPr>
            <w:tcW w:w="1108" w:type="dxa"/>
            <w:vAlign w:val="center"/>
            <w:tcMar>
              <w:top w:w="75" w:type="dxa"/>
              <w:start w:w="75" w:type="dxa"/>
              <w:bottom w:w="75" w:type="dxa"/>
              <w:end w:w="75" w:type="dxa"/>
            </w:tcMar>
          </w:tcPr>
          <w:p w14:paraId="0773FFEF" w14:textId="77777777" w:rsidR="00A564F2" w:rsidRDefault="00A564F2" w:rsidP="009D38E5">
            <w:pPr>
              <w:spacing w:before="0" w:after="0" w:line="240" w:lineRule="auto"/>
              <w:jc w:val="center"/>
              <w:bidi w:val="1"/>
              <w:mirrorIndents w:val="1"/>
            </w:pPr>
            <w:r>
              <w:rPr>
                <w:rFonts w:ascii="Arial" w:hAnsi="Arial" w:cs="Arial" w:eastAsia="Arial"/>
                <w:b/>
                <w:sz w:val="15"/>
                <w:rtl w:val="1"/>
                <w:szCs w:val="16"/>
              </w:rPr>
              <w:t>V</w:t>
            </w:r>
          </w:p>
        </w:tc>
        <w:tc>
          <w:tcPr>
            <w:tcW w:w="1108" w:type="dxa"/>
            <w:vAlign w:val="center"/>
            <w:tcMar>
              <w:top w:w="75" w:type="dxa"/>
              <w:start w:w="75" w:type="dxa"/>
              <w:bottom w:w="75" w:type="dxa"/>
              <w:end w:w="75" w:type="dxa"/>
            </w:tcMar>
          </w:tcPr>
          <w:p w14:paraId="082E2069" w14:textId="77777777" w:rsidR="00A564F2" w:rsidRDefault="00A564F2" w:rsidP="009D38E5">
            <w:pPr>
              <w:spacing w:before="0" w:after="0" w:line="240" w:lineRule="auto"/>
              <w:jc w:val="center"/>
              <w:bidi w:val="1"/>
              <w:mirrorIndents w:val="1"/>
            </w:pPr>
            <w:r>
              <w:rPr>
                <w:rFonts w:ascii="Arial" w:hAnsi="Arial" w:cs="Arial" w:eastAsia="Arial"/>
                <w:b/>
                <w:sz w:val="15"/>
                <w:rtl w:val="1"/>
                <w:szCs w:val="16"/>
              </w:rPr>
              <w:t>E</w:t>
            </w:r>
          </w:p>
        </w:tc>
        <w:tc>
          <w:tcPr>
            <w:tcW w:w="1108"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t>أمانة مجلس الإدارة/وحدة الدعم الإداري</w:t>
            </w:r>
          </w:p>
        </w:tc>
      </w:tr>
      <w:tr w:rsidR="00A564F2" w14:paraId="2D814F56" w14:textId="77777777" w:rsidTr="009D38E5">
        <w:trPr>
          <w:cantSplit w:val="true"/>
          <w:trHeight w:hRule="atLeast"/>
        </w:trPr>
        <w:tc>
          <w:tcPr>
            <w:tcW w:w="1108" w:type="dxa"/>
            <w:vAlign w:val="center"/>
            <w:tcMar>
              <w:top w:w="75" w:type="dxa"/>
              <w:start w:w="75" w:type="dxa"/>
              <w:bottom w:w="75" w:type="dxa"/>
              <w:end w:w="75" w:type="dxa"/>
            </w:tcMar>
          </w:tcPr>
          <w:p w14:paraId="5ED25586" w14:textId="77777777" w:rsidR="00A564F2" w:rsidRDefault="00A564F2" w:rsidP="009D38E5">
            <w:pPr>
              <w:spacing w:before="0" w:after="0" w:line="240" w:lineRule="auto"/>
              <w:jc w:val="center"/>
              <w:bidi w:val="1"/>
              <w:mirrorIndents w:val="1"/>
            </w:pPr>
            <w:proofErr w:type="spellStart"/>
            <w:r>
              <w:rPr>
                <w:rFonts w:ascii="Arial" w:hAnsi="Arial" w:cs="Arial" w:eastAsia="Arial"/>
                <w:b w:val="0"/>
                <w:sz w:val="15"/>
                <w:rtl w:val="1"/>
                <w:szCs w:val="15"/>
              </w:rPr>
              <w:t>أمانة مجلس الإدارة وإدارة الوثائق</w:t>
            </w:r>
            <w:proofErr w:type="spellEnd"/>
            <w:r>
              <w:rPr>
                <w:rFonts w:ascii="Arial" w:hAnsi="Arial" w:cs="Arial" w:eastAsia="Arial"/>
                <w:b w:val="0"/>
                <w:sz w:val="15"/>
                <w:rtl w:val="1"/>
                <w:szCs w:val="15"/>
              </w:rPr>
            </w:r>
            <w:proofErr w:type="spellStart"/>
            <w:r>
              <w:rPr>
                <w:rFonts w:ascii="Arial" w:hAnsi="Arial" w:cs="Arial" w:eastAsia="Arial"/>
                <w:b w:val="0"/>
                <w:sz w:val="15"/>
                <w:rtl w:val="1"/>
                <w:szCs w:val="15"/>
              </w:rPr>
            </w:r>
            <w:proofErr w:type="spellEnd"/>
            <w:r>
              <w:rPr>
                <w:rFonts w:ascii="Arial" w:hAnsi="Arial" w:cs="Arial" w:eastAsia="Arial"/>
                <w:b w:val="0"/>
                <w:sz w:val="15"/>
                <w:rtl w:val="1"/>
                <w:szCs w:val="15"/>
              </w:rPr>
            </w:r>
          </w:p>
        </w:tc>
        <w:tc>
          <w:tcPr>
            <w:tcW w:w="1108" w:type="dxa"/>
            <w:vAlign w:val="center"/>
            <w:tcMar>
              <w:top w:w="75" w:type="dxa"/>
              <w:start w:w="75" w:type="dxa"/>
              <w:bottom w:w="75" w:type="dxa"/>
              <w:end w:w="75" w:type="dxa"/>
            </w:tcMar>
          </w:tcPr>
          <w:p w14:paraId="4627D97C" w14:textId="77777777" w:rsidR="00A564F2" w:rsidRDefault="00A564F2" w:rsidP="009D38E5">
            <w:pPr>
              <w:spacing w:before="0" w:after="0" w:line="240" w:lineRule="auto"/>
              <w:jc w:val="center"/>
              <w:bidi w:val="1"/>
              <w:mirrorIndents w:val="1"/>
            </w:pPr>
            <w:r>
              <w:rPr>
                <w:rFonts w:ascii="Arial" w:hAnsi="Arial" w:cs="Arial" w:eastAsia="Arial"/>
                <w:b w:val="0"/>
                <w:sz w:val="15"/>
                <w:rtl w:val="1"/>
                <w:szCs w:val="15"/>
              </w:rPr>
              <w:t xml:space="preserve">اعتماد </w:t>
            </w:r>
            <w:proofErr w:type="spellStart"/>
            <w:r>
              <w:rPr>
                <w:rFonts w:ascii="Arial" w:hAnsi="Arial" w:cs="Arial" w:eastAsia="Arial"/>
                <w:b w:val="0"/>
                <w:sz w:val="15"/>
                <w:rtl w:val="1"/>
                <w:szCs w:val="15"/>
              </w:rPr>
              <w:t>متابعة</w:t>
            </w:r>
            <w:proofErr w:type="spellEnd"/>
            <w:r>
              <w:rPr>
                <w:rFonts w:ascii="Arial" w:hAnsi="Arial" w:cs="Arial" w:eastAsia="Arial"/>
                <w:b w:val="0"/>
                <w:sz w:val="15"/>
                <w:rtl w:val="1"/>
                <w:szCs w:val="15"/>
              </w:rPr>
              <w:t xml:space="preserve"> تنفيذ </w:t>
            </w:r>
            <w:proofErr w:type="spellStart"/>
            <w:r>
              <w:rPr>
                <w:rFonts w:ascii="Arial" w:hAnsi="Arial" w:cs="Arial" w:eastAsia="Arial"/>
                <w:b w:val="0"/>
                <w:sz w:val="15"/>
                <w:rtl w:val="1"/>
                <w:szCs w:val="15"/>
              </w:rPr>
              <w:t>القرارات</w:t>
            </w:r>
            <w:proofErr w:type="spellEnd"/>
          </w:p>
        </w:tc>
        <w:tc>
          <w:tcPr>
            <w:tcW w:w="1108" w:type="dxa"/>
            <w:vAlign w:val="center"/>
            <w:tcMar>
              <w:top w:w="75" w:type="dxa"/>
              <w:start w:w="75" w:type="dxa"/>
              <w:bottom w:w="75" w:type="dxa"/>
              <w:end w:w="75" w:type="dxa"/>
            </w:tcMar>
          </w:tcPr>
          <w:p w14:paraId="01CF41CB" w14:textId="77777777" w:rsidR="00A564F2" w:rsidRDefault="00A564F2" w:rsidP="009D38E5">
            <w:pPr>
              <w:spacing w:before="0" w:after="0" w:line="240" w:lineRule="auto"/>
              <w:jc w:val="center"/>
              <w:bidi w:val="1"/>
              <w:mirrorIndents w:val="1"/>
            </w:pPr>
            <w:r>
              <w:rPr>
                <w:rFonts w:ascii="Arial" w:hAnsi="Arial" w:cs="Arial" w:eastAsia="Arial"/>
                <w:b/>
                <w:sz w:val="15"/>
                <w:rtl w:val="1"/>
                <w:szCs w:val="16"/>
              </w:rPr>
              <w:t>A</w:t>
            </w:r>
          </w:p>
        </w:tc>
        <w:tc>
          <w:tcPr>
            <w:tcW w:w="1108" w:type="dxa"/>
            <w:vAlign w:val="center"/>
            <w:tcMar>
              <w:top w:w="75" w:type="dxa"/>
              <w:start w:w="75" w:type="dxa"/>
              <w:bottom w:w="75" w:type="dxa"/>
              <w:end w:w="75" w:type="dxa"/>
            </w:tcMar>
          </w:tcPr>
          <w:p w14:paraId="071BB0C3" w14:textId="77777777" w:rsidR="00A564F2" w:rsidRDefault="00A564F2" w:rsidP="009D38E5">
            <w:pPr>
              <w:spacing w:before="0" w:after="0" w:line="240" w:lineRule="auto"/>
              <w:jc w:val="center"/>
              <w:bidi w:val="1"/>
              <w:mirrorIndents w:val="1"/>
            </w:pPr>
            <w:r>
              <w:rPr>
                <w:rFonts w:ascii="Arial" w:hAnsi="Arial" w:cs="Arial" w:eastAsia="Arial"/>
                <w:b/>
                <w:sz w:val="15"/>
                <w:rtl w:val="1"/>
                <w:szCs w:val="16"/>
              </w:rPr>
              <w:t>R</w:t>
            </w:r>
          </w:p>
        </w:tc>
        <w:tc>
          <w:tcPr>
            <w:tcW w:w="1108" w:type="dxa"/>
            <w:vAlign w:val="center"/>
            <w:tcMar>
              <w:top w:w="75" w:type="dxa"/>
              <w:start w:w="75" w:type="dxa"/>
              <w:bottom w:w="75" w:type="dxa"/>
              <w:end w:w="75" w:type="dxa"/>
            </w:tcMar>
          </w:tcPr>
          <w:p w14:paraId="4C58DC2B" w14:textId="77777777" w:rsidR="00A564F2" w:rsidRDefault="00A564F2" w:rsidP="009D38E5">
            <w:pPr>
              <w:spacing w:before="0" w:after="0" w:line="240" w:lineRule="auto"/>
              <w:jc w:val="center"/>
              <w:bidi w:val="1"/>
              <w:mirrorIndents w:val="1"/>
            </w:pPr>
            <w:r>
              <w:rPr>
                <w:rFonts w:ascii="Arial" w:hAnsi="Arial" w:cs="Arial" w:eastAsia="Arial"/>
                <w:b/>
                <w:sz w:val="15"/>
                <w:rtl w:val="1"/>
                <w:szCs w:val="16"/>
              </w:rPr>
              <w:t>V</w:t>
            </w:r>
          </w:p>
        </w:tc>
        <w:tc>
          <w:tcPr>
            <w:tcW w:w="1108" w:type="dxa"/>
            <w:vAlign w:val="center"/>
            <w:tcMar>
              <w:top w:w="75" w:type="dxa"/>
              <w:start w:w="75" w:type="dxa"/>
              <w:bottom w:w="75" w:type="dxa"/>
              <w:end w:w="75" w:type="dxa"/>
            </w:tcMar>
          </w:tcPr>
          <w:p w14:paraId="0803385B" w14:textId="77777777" w:rsidR="00A564F2" w:rsidRDefault="00A564F2" w:rsidP="009D38E5">
            <w:pPr>
              <w:spacing w:before="0" w:after="0" w:line="240" w:lineRule="auto"/>
              <w:jc w:val="center"/>
              <w:bidi w:val="1"/>
              <w:mirrorIndents w:val="1"/>
            </w:pPr>
            <w:r>
              <w:rPr>
                <w:rFonts w:ascii="Arial" w:hAnsi="Arial" w:cs="Arial" w:eastAsia="Arial"/>
                <w:b/>
                <w:sz w:val="15"/>
                <w:rtl w:val="1"/>
                <w:szCs w:val="16"/>
              </w:rPr>
              <w:t>R</w:t>
            </w:r>
          </w:p>
        </w:tc>
        <w:tc>
          <w:tcPr>
            <w:tcW w:w="1108" w:type="dxa"/>
            <w:vAlign w:val="center"/>
            <w:tcMar>
              <w:top w:w="75" w:type="dxa"/>
              <w:start w:w="75" w:type="dxa"/>
              <w:bottom w:w="75" w:type="dxa"/>
              <w:end w:w="75" w:type="dxa"/>
            </w:tcMar>
          </w:tcPr>
          <w:p w14:paraId="7E959DF9" w14:textId="77777777" w:rsidR="00A564F2" w:rsidRDefault="00A564F2" w:rsidP="009D38E5">
            <w:pPr>
              <w:spacing w:before="0" w:after="0" w:line="240" w:lineRule="auto"/>
              <w:jc w:val="center"/>
              <w:bidi w:val="1"/>
              <w:mirrorIndents w:val="1"/>
            </w:pPr>
            <w:r>
              <w:rPr>
                <w:rFonts w:ascii="Arial" w:hAnsi="Arial" w:cs="Arial" w:eastAsia="Arial"/>
                <w:b/>
                <w:sz w:val="15"/>
                <w:rtl w:val="1"/>
                <w:szCs w:val="16"/>
              </w:rPr>
              <w:t>V</w:t>
            </w:r>
          </w:p>
        </w:tc>
        <w:tc>
          <w:tcPr>
            <w:tcW w:w="1108" w:type="dxa"/>
            <w:vAlign w:val="center"/>
            <w:tcMar>
              <w:top w:w="75" w:type="dxa"/>
              <w:start w:w="75" w:type="dxa"/>
              <w:bottom w:w="75" w:type="dxa"/>
              <w:end w:w="75" w:type="dxa"/>
            </w:tcMar>
          </w:tcPr>
          <w:p w14:paraId="4CDA4C06" w14:textId="77777777" w:rsidR="00A564F2" w:rsidRDefault="00A564F2" w:rsidP="009D38E5">
            <w:pPr>
              <w:spacing w:before="0" w:after="0" w:line="240" w:lineRule="auto"/>
              <w:jc w:val="center"/>
              <w:bidi w:val="1"/>
              <w:mirrorIndents w:val="1"/>
            </w:pPr>
            <w:r>
              <w:rPr>
                <w:rFonts w:ascii="Arial" w:hAnsi="Arial" w:cs="Arial" w:eastAsia="Arial"/>
                <w:b/>
                <w:sz w:val="15"/>
                <w:rtl w:val="1"/>
                <w:szCs w:val="16"/>
              </w:rPr>
              <w:t>E</w:t>
            </w:r>
          </w:p>
        </w:tc>
        <w:tc>
          <w:tcPr>
            <w:tcW w:w="1108" w:type="dxa"/>
            <w:vAlign w:val="center"/>
            <w:tcMar>
              <w:top w:w="75" w:type="dxa"/>
              <w:start w:w="75" w:type="dxa"/>
              <w:bottom w:w="75" w:type="dxa"/>
              <w:end w:w="75" w:type="dxa"/>
            </w:tcMar>
          </w:tcPr>
          <w:p>
            <w:pPr>
              <w:spacing w:before="0" w:after="0" w:line="240" w:lineRule="auto"/>
              <w:jc w:val="center"/>
              <w:bidi w:val="1"/>
              <w:mirrorIndents w:val="1"/>
            </w:pPr>
            <w:r>
              <w:rPr>
                <w:rFonts w:ascii="Arial" w:hAnsi="Arial" w:eastAsia="Arial" w:cs="Arial"/>
                <w:b w:val="0"/>
                <w:sz w:val="15"/>
                <w:rtl w:val="1"/>
                <w:szCs w:val="15"/>
              </w:rPr>
              <w:t>أمانة مجلس الإدارة/وحدة الدعم الإداري</w:t>
            </w:r>
          </w:p>
        </w:tc>
      </w:tr>
    </w:tbl>
    <w:p w14:paraId="069259F3" w14:textId="77777777" w:rsidR="00A564F2" w:rsidRDefault="00A564F2" w:rsidP="00A564F2">
      <w:pPr>
        <w:bidi/>
      </w:pPr>
    </w:p>
    <w:p w14:paraId="37917AD9" w14:textId="77777777" w:rsidR="00A564F2" w:rsidRDefault="00A564F2" w:rsidP="00A564F2">
      <w:pPr>
        <w:pStyle w:val="Heading2"/>
        <w:bidi w:val="1"/>
        <w:jc w:val="right"/>
      </w:pPr>
      <w:proofErr w:type="spellStart"/>
      <w:r>
        <w:rPr>
          <w:b/>
          <w:sz w:val="25"/>
          <w:rtl w:val="1"/>
          <w:rFonts w:ascii="Arial" w:hAnsi="Arial" w:cs="Arial" w:eastAsia="Arial"/>
          <w:szCs w:val="25"/>
        </w:rPr>
        <w:t>الرموز</w:t>
      </w:r>
      <w:proofErr w:type="spellEnd"/>
    </w:p>
    <w:tbl>
      <w:tblPr>
        <w:tblStyle w:val="TableGrid"/>
        <w:tblW w:w="0" w:type="auto"/>
        <w:tblLook w:val="04A0" w:firstRow="1" w:lastRow="0" w:firstColumn="1" w:lastColumn="0" w:noHBand="0" w:noVBand="1"/>
        <w:bidiVisual w:val="1"/>
        <w:jc w:val="center"/>
        <w:tblLayout w:type="fixed"/>
      </w:tblPr>
      <w:tblGrid>
        <w:gridCol w:w="4986"/>
        <w:gridCol w:w="4986"/>
      </w:tblGrid>
      <w:tr w:rsidR="00A564F2" w14:paraId="12F01746" w14:textId="77777777" w:rsidTr="009D38E5">
        <w:trPr>
          <w:trHeight w:hRule="atLeast"/>
          <w:tblHeader w:val="true"/>
          <w:cantSplit w:val="true"/>
        </w:trPr>
        <w:tc>
          <w:tcPr>
            <w:tcW w:w="4986" w:type="dxa"/>
            <w:shd w:val="clear" w:color="auto" w:fill="D9EAD3"/>
            <w:vAlign w:val="center"/>
            <w:tcMar>
              <w:top w:w="75" w:type="dxa"/>
              <w:start w:w="75" w:type="dxa"/>
              <w:bottom w:w="75" w:type="dxa"/>
              <w:end w:w="75" w:type="dxa"/>
            </w:tcMar>
          </w:tcPr>
          <w:p w14:paraId="632299D1" w14:textId="77777777" w:rsidR="00A564F2" w:rsidRDefault="00A564F2" w:rsidP="009D38E5">
            <w:pPr>
              <w:spacing w:before="0" w:after="0" w:line="240" w:lineRule="auto"/>
              <w:jc w:val="center"/>
              <w:bidi w:val="1"/>
              <w:mirrorIndents w:val="1"/>
            </w:pPr>
            <w:proofErr w:type="spellStart"/>
            <w:r>
              <w:rPr>
                <w:rFonts w:ascii="Arial" w:hAnsi="Arial" w:cs="Arial" w:eastAsia="Arial"/>
                <w:b/>
                <w:sz w:val="16"/>
                <w:rtl w:val="1"/>
                <w:szCs w:val="17"/>
              </w:rPr>
              <w:t>الرمز</w:t>
            </w:r>
            <w:proofErr w:type="spellEnd"/>
          </w:p>
        </w:tc>
        <w:tc>
          <w:tcPr>
            <w:tcW w:w="4986" w:type="dxa"/>
            <w:shd w:val="clear" w:color="auto" w:fill="D9EAD3"/>
            <w:vAlign w:val="center"/>
            <w:tcMar>
              <w:top w:w="75" w:type="dxa"/>
              <w:start w:w="75" w:type="dxa"/>
              <w:bottom w:w="75" w:type="dxa"/>
              <w:end w:w="75" w:type="dxa"/>
            </w:tcMar>
          </w:tcPr>
          <w:p w14:paraId="4173CF9A" w14:textId="77777777" w:rsidR="00A564F2" w:rsidRDefault="00A564F2" w:rsidP="009D38E5">
            <w:pPr>
              <w:spacing w:before="0" w:after="0" w:line="240" w:lineRule="auto"/>
              <w:jc w:val="center"/>
              <w:bidi w:val="1"/>
              <w:mirrorIndents w:val="1"/>
            </w:pPr>
            <w:proofErr w:type="spellStart"/>
            <w:r>
              <w:rPr>
                <w:rFonts w:ascii="Arial" w:hAnsi="Arial" w:cs="Arial" w:eastAsia="Arial"/>
                <w:b/>
                <w:sz w:val="16"/>
                <w:rtl w:val="1"/>
                <w:szCs w:val="17"/>
              </w:rPr>
              <w:t>المعنى</w:t>
            </w:r>
            <w:proofErr w:type="spellEnd"/>
          </w:p>
        </w:tc>
      </w:tr>
      <w:tr w:rsidR="00A564F2" w14:paraId="1D4A1DC7" w14:textId="77777777" w:rsidTr="009D38E5">
        <w:trPr>
          <w:cantSplit w:val="true"/>
          <w:trHeight w:hRule="atLeast"/>
        </w:trPr>
        <w:tc>
          <w:tcPr>
            <w:tcW w:w="4986" w:type="dxa"/>
            <w:vAlign w:val="center"/>
            <w:tcMar>
              <w:top w:w="75" w:type="dxa"/>
              <w:start w:w="75" w:type="dxa"/>
              <w:bottom w:w="75" w:type="dxa"/>
              <w:end w:w="75" w:type="dxa"/>
            </w:tcMar>
          </w:tcPr>
          <w:p w14:paraId="1FB9811E" w14:textId="77777777" w:rsidR="00A564F2" w:rsidRDefault="00A564F2" w:rsidP="009D38E5">
            <w:pPr>
              <w:spacing w:before="0" w:after="0" w:line="240" w:lineRule="auto"/>
              <w:jc w:val="center"/>
              <w:bidi w:val="1"/>
              <w:mirrorIndents w:val="1"/>
            </w:pPr>
            <w:r>
              <w:rPr>
                <w:rFonts w:ascii="Arial" w:hAnsi="Arial" w:cs="Arial" w:eastAsia="Arial"/>
                <w:b/>
                <w:sz w:val="16"/>
                <w:rtl w:val="1"/>
                <w:szCs w:val="16"/>
              </w:rPr>
              <w:t>A</w:t>
            </w:r>
          </w:p>
        </w:tc>
        <w:tc>
          <w:tcPr>
            <w:tcW w:w="4986" w:type="dxa"/>
            <w:vAlign w:val="center"/>
            <w:tcMar>
              <w:top w:w="75" w:type="dxa"/>
              <w:start w:w="75" w:type="dxa"/>
              <w:bottom w:w="75" w:type="dxa"/>
              <w:end w:w="75" w:type="dxa"/>
            </w:tcMar>
          </w:tcPr>
          <w:p w14:paraId="2A9B2794" w14:textId="77777777" w:rsidR="00A564F2" w:rsidRDefault="00A564F2" w:rsidP="009D38E5">
            <w:pPr>
              <w:spacing w:before="0" w:after="0" w:line="240" w:lineRule="auto"/>
              <w:jc w:val="center"/>
              <w:bidi w:val="1"/>
              <w:mirrorIndents w:val="1"/>
            </w:pPr>
            <w:r>
              <w:rPr>
                <w:rFonts w:ascii="Arial" w:hAnsi="Arial" w:cs="Arial" w:eastAsia="Arial"/>
                <w:b w:val="0"/>
                <w:sz w:val="16"/>
                <w:rtl w:val="1"/>
                <w:szCs w:val="17"/>
              </w:rPr>
              <w:t>اعتماد نهائي</w:t>
            </w:r>
          </w:p>
        </w:tc>
      </w:tr>
      <w:tr w:rsidR="00A564F2" w14:paraId="450B3842" w14:textId="77777777" w:rsidTr="009D38E5">
        <w:trPr>
          <w:cantSplit w:val="true"/>
          <w:trHeight w:hRule="atLeast"/>
        </w:trPr>
        <w:tc>
          <w:tcPr>
            <w:tcW w:w="4986" w:type="dxa"/>
            <w:vAlign w:val="center"/>
            <w:tcMar>
              <w:top w:w="75" w:type="dxa"/>
              <w:start w:w="75" w:type="dxa"/>
              <w:bottom w:w="75" w:type="dxa"/>
              <w:end w:w="75" w:type="dxa"/>
            </w:tcMar>
          </w:tcPr>
          <w:p w14:paraId="3F6519EF" w14:textId="77777777" w:rsidR="00A564F2" w:rsidRDefault="00A564F2" w:rsidP="009D38E5">
            <w:pPr>
              <w:spacing w:before="0" w:after="0" w:line="240" w:lineRule="auto"/>
              <w:jc w:val="center"/>
              <w:bidi w:val="1"/>
              <w:mirrorIndents w:val="1"/>
            </w:pPr>
            <w:r>
              <w:rPr>
                <w:rFonts w:ascii="Arial" w:hAnsi="Arial" w:cs="Arial" w:eastAsia="Arial"/>
                <w:b/>
                <w:sz w:val="16"/>
                <w:rtl w:val="1"/>
                <w:szCs w:val="16"/>
              </w:rPr>
              <w:t>R</w:t>
            </w:r>
          </w:p>
        </w:tc>
        <w:tc>
          <w:tcPr>
            <w:tcW w:w="4986" w:type="dxa"/>
            <w:vAlign w:val="center"/>
            <w:tcMar>
              <w:top w:w="75" w:type="dxa"/>
              <w:start w:w="75" w:type="dxa"/>
              <w:bottom w:w="75" w:type="dxa"/>
              <w:end w:w="75" w:type="dxa"/>
            </w:tcMar>
          </w:tcPr>
          <w:p w14:paraId="24A0B9F8" w14:textId="77777777" w:rsidR="00A564F2" w:rsidRDefault="00A564F2" w:rsidP="009D38E5">
            <w:pPr>
              <w:spacing w:before="0" w:after="0" w:line="240" w:lineRule="auto"/>
              <w:jc w:val="center"/>
              <w:bidi w:val="1"/>
              <w:mirrorIndents w:val="1"/>
            </w:pPr>
            <w:r>
              <w:rPr>
                <w:rFonts w:ascii="Arial" w:hAnsi="Arial" w:cs="Arial" w:eastAsia="Arial"/>
                <w:b w:val="0"/>
                <w:sz w:val="16"/>
                <w:rtl w:val="1"/>
                <w:szCs w:val="17"/>
              </w:rPr>
              <w:t>توصية</w:t>
            </w:r>
          </w:p>
        </w:tc>
      </w:tr>
      <w:tr w:rsidR="00A564F2" w14:paraId="772E3E71" w14:textId="77777777" w:rsidTr="009D38E5">
        <w:trPr>
          <w:cantSplit w:val="true"/>
          <w:trHeight w:hRule="atLeast"/>
        </w:trPr>
        <w:tc>
          <w:tcPr>
            <w:tcW w:w="4986" w:type="dxa"/>
            <w:vAlign w:val="center"/>
            <w:tcMar>
              <w:top w:w="75" w:type="dxa"/>
              <w:start w:w="75" w:type="dxa"/>
              <w:bottom w:w="75" w:type="dxa"/>
              <w:end w:w="75" w:type="dxa"/>
            </w:tcMar>
          </w:tcPr>
          <w:p w14:paraId="5A7A1BA9" w14:textId="77777777" w:rsidR="00A564F2" w:rsidRDefault="00A564F2" w:rsidP="009D38E5">
            <w:pPr>
              <w:spacing w:before="0" w:after="0" w:line="240" w:lineRule="auto"/>
              <w:jc w:val="center"/>
              <w:bidi w:val="1"/>
              <w:mirrorIndents w:val="1"/>
            </w:pPr>
            <w:r>
              <w:rPr>
                <w:rFonts w:ascii="Arial" w:hAnsi="Arial" w:cs="Arial" w:eastAsia="Arial"/>
                <w:b/>
                <w:sz w:val="16"/>
                <w:rtl w:val="1"/>
                <w:szCs w:val="16"/>
              </w:rPr>
              <w:t>V</w:t>
            </w:r>
          </w:p>
        </w:tc>
        <w:tc>
          <w:tcPr>
            <w:tcW w:w="4986" w:type="dxa"/>
            <w:vAlign w:val="center"/>
            <w:tcMar>
              <w:top w:w="75" w:type="dxa"/>
              <w:start w:w="75" w:type="dxa"/>
              <w:bottom w:w="75" w:type="dxa"/>
              <w:end w:w="75" w:type="dxa"/>
            </w:tcMar>
          </w:tcPr>
          <w:p w14:paraId="1983FA83" w14:textId="77777777" w:rsidR="00A564F2" w:rsidRDefault="00A564F2" w:rsidP="009D38E5">
            <w:pPr>
              <w:spacing w:before="0" w:after="0" w:line="240" w:lineRule="auto"/>
              <w:jc w:val="center"/>
              <w:bidi w:val="1"/>
              <w:mirrorIndents w:val="1"/>
            </w:pPr>
            <w:r>
              <w:rPr>
                <w:rFonts w:ascii="Arial" w:hAnsi="Arial" w:cs="Arial" w:eastAsia="Arial"/>
                <w:b w:val="0"/>
                <w:sz w:val="16"/>
                <w:rtl w:val="1"/>
                <w:szCs w:val="17"/>
              </w:rPr>
              <w:t>مراجعة</w:t>
            </w:r>
          </w:p>
        </w:tc>
      </w:tr>
      <w:tr w:rsidR="00A564F2" w14:paraId="3CA3C5F0" w14:textId="77777777" w:rsidTr="009D38E5">
        <w:trPr>
          <w:cantSplit w:val="true"/>
          <w:trHeight w:hRule="atLeast"/>
        </w:trPr>
        <w:tc>
          <w:tcPr>
            <w:tcW w:w="4986" w:type="dxa"/>
            <w:vAlign w:val="center"/>
            <w:tcMar>
              <w:top w:w="75" w:type="dxa"/>
              <w:start w:w="75" w:type="dxa"/>
              <w:bottom w:w="75" w:type="dxa"/>
              <w:end w:w="75" w:type="dxa"/>
            </w:tcMar>
          </w:tcPr>
          <w:p w14:paraId="441E607F" w14:textId="77777777" w:rsidR="00A564F2" w:rsidRDefault="00A564F2" w:rsidP="009D38E5">
            <w:pPr>
              <w:spacing w:before="0" w:after="0" w:line="240" w:lineRule="auto"/>
              <w:jc w:val="center"/>
              <w:bidi w:val="1"/>
              <w:mirrorIndents w:val="1"/>
            </w:pPr>
            <w:r>
              <w:rPr>
                <w:rFonts w:ascii="Arial" w:hAnsi="Arial" w:cs="Arial" w:eastAsia="Arial"/>
                <w:b/>
                <w:sz w:val="16"/>
                <w:rtl w:val="1"/>
                <w:szCs w:val="16"/>
              </w:rPr>
              <w:t>E</w:t>
            </w:r>
          </w:p>
        </w:tc>
        <w:tc>
          <w:tcPr>
            <w:tcW w:w="4986" w:type="dxa"/>
            <w:vAlign w:val="center"/>
            <w:tcMar>
              <w:top w:w="75" w:type="dxa"/>
              <w:start w:w="75" w:type="dxa"/>
              <w:bottom w:w="75" w:type="dxa"/>
              <w:end w:w="75" w:type="dxa"/>
            </w:tcMar>
          </w:tcPr>
          <w:p w14:paraId="5C68D442" w14:textId="77777777" w:rsidR="00A564F2" w:rsidRDefault="00A564F2" w:rsidP="009D38E5">
            <w:pPr>
              <w:spacing w:before="0" w:after="0" w:line="240" w:lineRule="auto"/>
              <w:jc w:val="center"/>
              <w:bidi w:val="1"/>
              <w:mirrorIndents w:val="1"/>
            </w:pPr>
            <w:r>
              <w:rPr>
                <w:rFonts w:ascii="Arial" w:hAnsi="Arial" w:cs="Arial" w:eastAsia="Arial"/>
                <w:b w:val="0"/>
                <w:sz w:val="16"/>
                <w:rtl w:val="1"/>
                <w:szCs w:val="17"/>
              </w:rPr>
              <w:t>تنفيذ</w:t>
            </w:r>
          </w:p>
        </w:tc>
      </w:tr>
      <w:tr>
        <w:trPr>
          <w:cantSplit/>
          <w:trHeight w:hRule="atLeast"/>
        </w:trPr>
        <w:tc>
          <w:tcPr>
            <w:tcW w:type="dxa" w:w="4986"/>
            <w:vAlign w:val="center"/>
            <w:tcMar>
              <w:top w:w="75" w:type="dxa"/>
              <w:start w:w="75" w:type="dxa"/>
              <w:bottom w:w="75" w:type="dxa"/>
              <w:end w:w="75" w:type="dxa"/>
            </w:tcMar>
          </w:tcPr>
          <w:p>
            <w:pPr>
              <w:spacing w:before="0" w:after="0" w:line="240" w:lineRule="auto"/>
              <w:jc w:val="center"/>
              <w:bidi/>
            </w:pPr>
            <w:r>
              <w:rPr>
                <w:rFonts w:ascii="Arial" w:hAnsi="Arial" w:cs="Arial" w:eastAsia="Arial"/>
                <w:b/>
                <w:sz w:val="16"/>
                <w:szCs w:val="16"/>
                <w:rtl/>
              </w:rPr>
              <w:t>I</w:t>
            </w:r>
          </w:p>
        </w:tc>
        <w:tc>
          <w:tcPr>
            <w:tcW w:type="dxa" w:w="4986"/>
            <w:vAlign w:val="center"/>
            <w:tcMar>
              <w:top w:w="75" w:type="dxa"/>
              <w:start w:w="75" w:type="dxa"/>
              <w:bottom w:w="75" w:type="dxa"/>
              <w:end w:w="75" w:type="dxa"/>
            </w:tcMar>
          </w:tcPr>
          <w:p>
            <w:pPr>
              <w:spacing w:before="0" w:after="0" w:line="240" w:lineRule="auto"/>
              <w:jc w:val="center"/>
              <w:bidi/>
            </w:pPr>
            <w:r>
              <w:rPr>
                <w:rFonts w:ascii="Arial" w:hAnsi="Arial" w:cs="Arial" w:eastAsia="Arial"/>
                <w:b w:val="0"/>
                <w:sz w:val="16"/>
                <w:szCs w:val="17"/>
                <w:rtl/>
              </w:rPr>
              <w:t>إحاطة</w:t>
            </w:r>
          </w:p>
        </w:tc>
      </w:tr>
    </w:tbl>
    <w:p w14:paraId="71ED597B" w14:textId="77777777" w:rsidR="00A564F2" w:rsidRDefault="00A564F2" w:rsidP="00A564F2">
      <w:pPr>
        <w:bidi/>
      </w:pPr>
    </w:p>
    <w:p w14:paraId="398EC6F5" w14:textId="64F6FCDD" w:rsidR="00A564F2" w:rsidRDefault="00A564F2" w:rsidP="00A564F2">
      <w:pPr>
        <w:bidi/>
      </w:pPr>
    </w:p>
    <w:p w14:paraId="357387D6" w14:textId="77777777" w:rsidR="00A564F2" w:rsidRDefault="00A564F2" w:rsidP="00A564F2">
      <w:pPr>
        <w:pStyle w:val="Heading1"/>
        <w:bidi w:val="1"/>
        <w:spacing w:before="160" w:after="120"/>
        <w:jc w:val="right"/>
        <w:keepNext w:val="1"/>
      </w:pPr>
      <w:proofErr w:type="spellStart"/>
      <w:r>
        <w:rPr>
          <w:b/>
          <w:color w:val="0F4761"/>
          <w:sz w:val="32"/>
          <w:rtl w:val="1"/>
          <w:rFonts w:ascii="Arial" w:hAnsi="Arial" w:cs="Arial" w:eastAsia="Arial"/>
          <w:szCs w:val="32"/>
        </w:rPr>
        <w:t>آلية</w:t>
      </w:r>
      <w:proofErr w:type="spellEnd"/>
      <w:r>
        <w:rPr>
          <w:b/>
          <w:color w:val="0F4761"/>
          <w:sz w:val="32"/>
          <w:rtl w:val="1"/>
          <w:rFonts w:ascii="Arial" w:hAnsi="Arial" w:cs="Arial" w:eastAsia="Arial"/>
          <w:szCs w:val="32"/>
        </w:rPr>
        <w:t xml:space="preserve"> المراجعة </w:t>
      </w:r>
      <w:proofErr w:type="spellStart"/>
      <w:r>
        <w:rPr>
          <w:b/>
          <w:color w:val="0F4761"/>
          <w:sz w:val="32"/>
          <w:rtl w:val="1"/>
          <w:rFonts w:ascii="Arial" w:hAnsi="Arial" w:cs="Arial" w:eastAsia="Arial"/>
          <w:szCs w:val="32"/>
        </w:rPr>
        <w:t>والتحديث</w:t>
      </w:r>
      <w:proofErr w:type="spellEnd"/>
    </w:p>
    <w:p w14:paraId="2C2EE69F" w14:textId="77777777" w:rsidR="00A564F2" w:rsidRDefault="00A564F2" w:rsidP="00A564F2">
      <w:pPr>
        <w:bidi w:val="1"/>
        <w:jc w:val="right"/>
      </w:pPr>
      <w:proofErr w:type="spellStart"/>
      <w:r>
        <w:rPr>
          <w:sz w:val="21"/>
          <w:rtl w:val="1"/>
          <w:rFonts w:ascii="Arial" w:hAnsi="Arial" w:cs="Arial" w:eastAsia="Arial"/>
          <w:szCs w:val="21"/>
        </w:rPr>
        <w:t>تراجع</w:t>
      </w:r>
      <w:proofErr w:type="spellEnd"/>
      <w:r>
        <w:rPr>
          <w:sz w:val="21"/>
          <w:rtl w:val="1"/>
          <w:rFonts w:ascii="Arial" w:hAnsi="Arial" w:cs="Arial" w:eastAsia="Arial"/>
          <w:szCs w:val="21"/>
        </w:rPr>
        <w:t xml:space="preserve"> هذه الوثيقة </w:t>
      </w:r>
      <w:proofErr w:type="spellStart"/>
      <w:r>
        <w:rPr>
          <w:sz w:val="21"/>
          <w:rtl w:val="1"/>
          <w:rFonts w:ascii="Arial" w:hAnsi="Arial" w:cs="Arial" w:eastAsia="Arial"/>
          <w:szCs w:val="21"/>
        </w:rPr>
        <w:t>مرة</w:t>
      </w:r>
      <w:proofErr w:type="spellEnd"/>
      <w:r>
        <w:rPr>
          <w:sz w:val="21"/>
          <w:rtl w:val="1"/>
          <w:rFonts w:ascii="Arial" w:hAnsi="Arial" w:cs="Arial" w:eastAsia="Arial"/>
          <w:szCs w:val="21"/>
        </w:rPr>
        <w:t xml:space="preserve"> </w:t>
      </w:r>
      <w:proofErr w:type="spellStart"/>
      <w:r>
        <w:rPr>
          <w:sz w:val="21"/>
          <w:rtl w:val="1"/>
          <w:rFonts w:ascii="Arial" w:hAnsi="Arial" w:cs="Arial" w:eastAsia="Arial"/>
          <w:szCs w:val="21"/>
        </w:rPr>
        <w:t>واحدة</w:t>
      </w:r>
      <w:proofErr w:type="spellEnd"/>
      <w:r>
        <w:rPr>
          <w:sz w:val="21"/>
          <w:rtl w:val="1"/>
          <w:rFonts w:ascii="Arial" w:hAnsi="Arial" w:cs="Arial" w:eastAsia="Arial"/>
          <w:szCs w:val="21"/>
        </w:rPr>
        <w:t xml:space="preserve"> على </w:t>
      </w:r>
      <w:proofErr w:type="spellStart"/>
      <w:r>
        <w:rPr>
          <w:sz w:val="21"/>
          <w:rtl w:val="1"/>
          <w:rFonts w:ascii="Arial" w:hAnsi="Arial" w:cs="Arial" w:eastAsia="Arial"/>
          <w:szCs w:val="21"/>
        </w:rPr>
        <w:t>الأقل</w:t>
      </w:r>
      <w:proofErr w:type="spellEnd"/>
      <w:r>
        <w:rPr>
          <w:sz w:val="21"/>
          <w:rtl w:val="1"/>
          <w:rFonts w:ascii="Arial" w:hAnsi="Arial" w:cs="Arial" w:eastAsia="Arial"/>
          <w:szCs w:val="21"/>
        </w:rPr>
        <w:t xml:space="preserve"> كل </w:t>
      </w:r>
      <w:proofErr w:type="spellStart"/>
      <w:r>
        <w:rPr>
          <w:sz w:val="21"/>
          <w:rtl w:val="1"/>
          <w:rFonts w:ascii="Arial" w:hAnsi="Arial" w:cs="Arial" w:eastAsia="Arial"/>
          <w:szCs w:val="21"/>
        </w:rPr>
        <w:t>ثلاث</w:t>
      </w:r>
      <w:proofErr w:type="spellEnd"/>
      <w:r>
        <w:rPr>
          <w:sz w:val="21"/>
          <w:rtl w:val="1"/>
          <w:rFonts w:ascii="Arial" w:hAnsi="Arial" w:cs="Arial" w:eastAsia="Arial"/>
          <w:szCs w:val="21"/>
        </w:rPr>
        <w:t xml:space="preserve"> </w:t>
      </w:r>
      <w:proofErr w:type="spellStart"/>
      <w:r>
        <w:rPr>
          <w:sz w:val="21"/>
          <w:rtl w:val="1"/>
          <w:rFonts w:ascii="Arial" w:hAnsi="Arial" w:cs="Arial" w:eastAsia="Arial"/>
          <w:szCs w:val="21"/>
        </w:rPr>
        <w:t>سنوات</w:t>
      </w:r>
      <w:proofErr w:type="spellEnd"/>
      <w:r>
        <w:rPr>
          <w:sz w:val="21"/>
          <w:rtl w:val="1"/>
          <w:rFonts w:ascii="Arial" w:hAnsi="Arial" w:cs="Arial" w:eastAsia="Arial"/>
          <w:szCs w:val="21"/>
        </w:rPr>
        <w:t xml:space="preserve">، أو </w:t>
      </w:r>
      <w:proofErr w:type="spellStart"/>
      <w:r>
        <w:rPr>
          <w:sz w:val="21"/>
          <w:rtl w:val="1"/>
          <w:rFonts w:ascii="Arial" w:hAnsi="Arial" w:cs="Arial" w:eastAsia="Arial"/>
          <w:szCs w:val="21"/>
        </w:rPr>
        <w:t>عند</w:t>
      </w:r>
      <w:proofErr w:type="spellEnd"/>
      <w:r>
        <w:rPr>
          <w:sz w:val="21"/>
          <w:rtl w:val="1"/>
          <w:rFonts w:ascii="Arial" w:hAnsi="Arial" w:cs="Arial" w:eastAsia="Arial"/>
          <w:szCs w:val="21"/>
        </w:rPr>
        <w:t xml:space="preserve"> </w:t>
      </w:r>
      <w:proofErr w:type="spellStart"/>
      <w:r>
        <w:rPr>
          <w:sz w:val="21"/>
          <w:rtl w:val="1"/>
          <w:rFonts w:ascii="Arial" w:hAnsi="Arial" w:cs="Arial" w:eastAsia="Arial"/>
          <w:szCs w:val="21"/>
        </w:rPr>
        <w:t>حدوث</w:t>
      </w:r>
      <w:proofErr w:type="spellEnd"/>
      <w:r>
        <w:rPr>
          <w:sz w:val="21"/>
          <w:rtl w:val="1"/>
          <w:rFonts w:ascii="Arial" w:hAnsi="Arial" w:cs="Arial" w:eastAsia="Arial"/>
          <w:szCs w:val="21"/>
        </w:rPr>
        <w:t xml:space="preserve"> </w:t>
      </w:r>
      <w:proofErr w:type="spellStart"/>
      <w:r>
        <w:rPr>
          <w:sz w:val="21"/>
          <w:rtl w:val="1"/>
          <w:rFonts w:ascii="Arial" w:hAnsi="Arial" w:cs="Arial" w:eastAsia="Arial"/>
          <w:szCs w:val="21"/>
        </w:rPr>
        <w:t>تغيير</w:t>
      </w:r>
      <w:proofErr w:type="spellEnd"/>
      <w:r>
        <w:rPr>
          <w:sz w:val="21"/>
          <w:rtl w:val="1"/>
          <w:rFonts w:ascii="Arial" w:hAnsi="Arial" w:cs="Arial" w:eastAsia="Arial"/>
          <w:szCs w:val="21"/>
        </w:rPr>
        <w:t xml:space="preserve"> </w:t>
      </w:r>
      <w:proofErr w:type="spellStart"/>
      <w:r>
        <w:rPr>
          <w:sz w:val="21"/>
          <w:rtl w:val="1"/>
          <w:rFonts w:ascii="Arial" w:hAnsi="Arial" w:cs="Arial" w:eastAsia="Arial"/>
          <w:szCs w:val="21"/>
        </w:rPr>
        <w:t>جوهري</w:t>
      </w:r>
      <w:proofErr w:type="spellEnd"/>
      <w:r>
        <w:rPr>
          <w:sz w:val="21"/>
          <w:rtl w:val="1"/>
          <w:rFonts w:ascii="Arial" w:hAnsi="Arial" w:cs="Arial" w:eastAsia="Arial"/>
          <w:szCs w:val="21"/>
        </w:rPr>
        <w:t xml:space="preserve"> في الهيكل التنظيمي أو </w:t>
      </w:r>
      <w:proofErr w:type="spellStart"/>
      <w:r>
        <w:rPr>
          <w:sz w:val="21"/>
          <w:rtl w:val="1"/>
          <w:rFonts w:ascii="Arial" w:hAnsi="Arial" w:cs="Arial" w:eastAsia="Arial"/>
          <w:szCs w:val="21"/>
        </w:rPr>
        <w:t>الأنظمة</w:t>
      </w:r>
      <w:proofErr w:type="spellEnd"/>
      <w:r>
        <w:rPr>
          <w:sz w:val="21"/>
          <w:rtl w:val="1"/>
          <w:rFonts w:ascii="Arial" w:hAnsi="Arial" w:cs="Arial" w:eastAsia="Arial"/>
          <w:szCs w:val="21"/>
        </w:rPr>
        <w:t xml:space="preserve"> أو الصلاحيات، </w:t>
      </w:r>
      <w:proofErr w:type="spellStart"/>
      <w:r>
        <w:rPr>
          <w:sz w:val="21"/>
          <w:rtl w:val="1"/>
          <w:rFonts w:ascii="Arial" w:hAnsi="Arial" w:cs="Arial" w:eastAsia="Arial"/>
          <w:szCs w:val="21"/>
        </w:rPr>
        <w:t>ويعتمد</w:t>
      </w:r>
      <w:proofErr w:type="spellEnd"/>
      <w:r>
        <w:rPr>
          <w:sz w:val="21"/>
          <w:rtl w:val="1"/>
          <w:rFonts w:ascii="Arial" w:hAnsi="Arial" w:cs="Arial" w:eastAsia="Arial"/>
          <w:szCs w:val="21"/>
        </w:rPr>
        <w:t xml:space="preserve"> </w:t>
      </w:r>
      <w:proofErr w:type="spellStart"/>
      <w:r>
        <w:rPr>
          <w:sz w:val="21"/>
          <w:rtl w:val="1"/>
          <w:rFonts w:ascii="Arial" w:hAnsi="Arial" w:cs="Arial" w:eastAsia="Arial"/>
          <w:szCs w:val="21"/>
        </w:rPr>
        <w:t>أي</w:t>
      </w:r>
      <w:proofErr w:type="spellEnd"/>
      <w:r>
        <w:rPr>
          <w:sz w:val="21"/>
          <w:rtl w:val="1"/>
          <w:rFonts w:ascii="Arial" w:hAnsi="Arial" w:cs="Arial" w:eastAsia="Arial"/>
          <w:szCs w:val="21"/>
        </w:rPr>
        <w:t xml:space="preserve"> </w:t>
      </w:r>
      <w:proofErr w:type="spellStart"/>
      <w:r>
        <w:rPr>
          <w:sz w:val="21"/>
          <w:rtl w:val="1"/>
          <w:rFonts w:ascii="Arial" w:hAnsi="Arial" w:cs="Arial" w:eastAsia="Arial"/>
          <w:szCs w:val="21"/>
        </w:rPr>
        <w:t>تعديل</w:t>
      </w:r>
      <w:proofErr w:type="spellEnd"/>
      <w:r>
        <w:rPr>
          <w:sz w:val="21"/>
          <w:rtl w:val="1"/>
          <w:rFonts w:ascii="Arial" w:hAnsi="Arial" w:cs="Arial" w:eastAsia="Arial"/>
          <w:szCs w:val="21"/>
        </w:rPr>
        <w:t xml:space="preserve"> وفق </w:t>
      </w:r>
      <w:proofErr w:type="spellStart"/>
      <w:r>
        <w:rPr>
          <w:sz w:val="21"/>
          <w:rtl w:val="1"/>
          <w:rFonts w:ascii="Arial" w:hAnsi="Arial" w:cs="Arial" w:eastAsia="Arial"/>
          <w:szCs w:val="21"/>
        </w:rPr>
        <w:t>إجراءات</w:t>
      </w:r>
      <w:proofErr w:type="spellEnd"/>
      <w:r>
        <w:rPr>
          <w:sz w:val="21"/>
          <w:rtl w:val="1"/>
          <w:rFonts w:ascii="Arial" w:hAnsi="Arial" w:cs="Arial" w:eastAsia="Arial"/>
          <w:szCs w:val="21"/>
        </w:rPr>
        <w:t xml:space="preserve"> الحوكمة المعتمدة.</w:t>
      </w:r>
    </w:p>
    <w:p w14:paraId="54550E26" w14:textId="77777777" w:rsidR="00A564F2" w:rsidRDefault="00A564F2" w:rsidP="00A564F2">
      <w:pPr>
        <w:pStyle w:val="Heading1"/>
        <w:bidi w:val="1"/>
        <w:spacing w:before="160" w:after="120"/>
        <w:jc w:val="right"/>
        <w:keepNext w:val="1"/>
      </w:pPr>
      <w:proofErr w:type="spellStart"/>
      <w:r>
        <w:rPr>
          <w:b/>
          <w:color w:val="0F4761"/>
          <w:sz w:val="32"/>
          <w:rtl w:val="1"/>
          <w:rFonts w:ascii="Arial" w:hAnsi="Arial" w:cs="Arial" w:eastAsia="Arial"/>
          <w:szCs w:val="32"/>
        </w:rPr>
        <w:lastRenderedPageBreak/>
        <w:t>إقرار</w:t>
      </w:r>
      <w:proofErr w:type="spellEnd"/>
    </w:p>
    <w:p w14:paraId="5E0CB952" w14:textId="77777777" w:rsidR="00A564F2" w:rsidRDefault="00A564F2" w:rsidP="00A564F2">
      <w:pPr>
        <w:bidi w:val="1"/>
        <w:jc w:val="right"/>
      </w:pPr>
      <w:proofErr w:type="spellStart"/>
      <w:r>
        <w:rPr>
          <w:sz w:val="21"/>
          <w:rtl w:val="1"/>
          <w:rFonts w:ascii="Arial" w:hAnsi="Arial" w:cs="Arial" w:eastAsia="Arial"/>
          <w:szCs w:val="21"/>
        </w:rPr>
        <w:t>يقر</w:t>
      </w:r>
      <w:proofErr w:type="spellEnd"/>
      <w:r>
        <w:rPr>
          <w:sz w:val="21"/>
          <w:rtl w:val="1"/>
          <w:rFonts w:ascii="Arial" w:hAnsi="Arial" w:cs="Arial" w:eastAsia="Arial"/>
          <w:szCs w:val="21"/>
        </w:rPr>
        <w:t xml:space="preserve"> مجلس الإدارة </w:t>
      </w:r>
      <w:proofErr w:type="spellStart"/>
      <w:r>
        <w:rPr>
          <w:sz w:val="21"/>
          <w:rtl w:val="1"/>
          <w:rFonts w:ascii="Arial" w:hAnsi="Arial" w:cs="Arial" w:eastAsia="Arial"/>
          <w:szCs w:val="21"/>
        </w:rPr>
        <w:t>بأن</w:t>
      </w:r>
      <w:proofErr w:type="spellEnd"/>
      <w:r>
        <w:rPr>
          <w:sz w:val="21"/>
          <w:rtl w:val="1"/>
          <w:rFonts w:ascii="Arial" w:hAnsi="Arial" w:cs="Arial" w:eastAsia="Arial"/>
          <w:szCs w:val="21"/>
        </w:rPr>
        <w:t xml:space="preserve"> هذه الوثيقة </w:t>
      </w:r>
      <w:proofErr w:type="spellStart"/>
      <w:r>
        <w:rPr>
          <w:sz w:val="21"/>
          <w:rtl w:val="1"/>
          <w:rFonts w:ascii="Arial" w:hAnsi="Arial" w:cs="Arial" w:eastAsia="Arial"/>
          <w:szCs w:val="21"/>
        </w:rPr>
        <w:t>تمثل</w:t>
      </w:r>
      <w:proofErr w:type="spellEnd"/>
      <w:r>
        <w:rPr>
          <w:sz w:val="21"/>
          <w:rtl w:val="1"/>
          <w:rFonts w:ascii="Arial" w:hAnsi="Arial" w:cs="Arial" w:eastAsia="Arial"/>
          <w:szCs w:val="21"/>
        </w:rPr>
        <w:t xml:space="preserve"> </w:t>
      </w:r>
      <w:proofErr w:type="spellStart"/>
      <w:r>
        <w:rPr>
          <w:sz w:val="21"/>
          <w:rtl w:val="1"/>
          <w:rFonts w:ascii="Arial" w:hAnsi="Arial" w:cs="Arial" w:eastAsia="Arial"/>
          <w:szCs w:val="21"/>
        </w:rPr>
        <w:t>المرجع</w:t>
      </w:r>
      <w:proofErr w:type="spellEnd"/>
      <w:r>
        <w:rPr>
          <w:sz w:val="21"/>
          <w:rtl w:val="1"/>
          <w:rFonts w:ascii="Arial" w:hAnsi="Arial" w:cs="Arial" w:eastAsia="Arial"/>
          <w:szCs w:val="21"/>
        </w:rPr>
        <w:t xml:space="preserve"> </w:t>
      </w:r>
      <w:proofErr w:type="spellStart"/>
      <w:r>
        <w:rPr>
          <w:sz w:val="21"/>
          <w:rtl w:val="1"/>
          <w:rFonts w:ascii="Arial" w:hAnsi="Arial" w:cs="Arial" w:eastAsia="Arial"/>
          <w:szCs w:val="21"/>
        </w:rPr>
        <w:t>الرسمي</w:t>
      </w:r>
      <w:proofErr w:type="spellEnd"/>
      <w:r>
        <w:rPr>
          <w:sz w:val="21"/>
          <w:rtl w:val="1"/>
          <w:rFonts w:ascii="Arial" w:hAnsi="Arial" w:cs="Arial" w:eastAsia="Arial"/>
          <w:szCs w:val="21"/>
        </w:rPr>
        <w:t xml:space="preserve"> </w:t>
      </w:r>
      <w:proofErr w:type="spellStart"/>
      <w:r>
        <w:rPr>
          <w:sz w:val="21"/>
          <w:rtl w:val="1"/>
          <w:rFonts w:ascii="Arial" w:hAnsi="Arial" w:cs="Arial" w:eastAsia="Arial"/>
          <w:szCs w:val="21"/>
        </w:rPr>
        <w:t>لتوزيع</w:t>
      </w:r>
      <w:proofErr w:type="spellEnd"/>
      <w:r>
        <w:rPr>
          <w:sz w:val="21"/>
          <w:rtl w:val="1"/>
          <w:rFonts w:ascii="Arial" w:hAnsi="Arial" w:cs="Arial" w:eastAsia="Arial"/>
          <w:szCs w:val="21"/>
        </w:rPr>
        <w:t xml:space="preserve"> الصلاحيات داخل الجمعية، </w:t>
      </w:r>
      <w:proofErr w:type="spellStart"/>
      <w:r>
        <w:rPr>
          <w:sz w:val="21"/>
          <w:rtl w:val="1"/>
          <w:rFonts w:ascii="Arial" w:hAnsi="Arial" w:cs="Arial" w:eastAsia="Arial"/>
          <w:szCs w:val="21"/>
        </w:rPr>
        <w:t>ويعمل</w:t>
      </w:r>
      <w:proofErr w:type="spellEnd"/>
      <w:r>
        <w:rPr>
          <w:sz w:val="21"/>
          <w:rtl w:val="1"/>
          <w:rFonts w:ascii="Arial" w:hAnsi="Arial" w:cs="Arial" w:eastAsia="Arial"/>
          <w:szCs w:val="21"/>
        </w:rPr>
        <w:t xml:space="preserve"> </w:t>
      </w:r>
      <w:proofErr w:type="spellStart"/>
      <w:r>
        <w:rPr>
          <w:sz w:val="21"/>
          <w:rtl w:val="1"/>
          <w:rFonts w:ascii="Arial" w:hAnsi="Arial" w:cs="Arial" w:eastAsia="Arial"/>
          <w:szCs w:val="21"/>
        </w:rPr>
        <w:t>بها</w:t>
      </w:r>
      <w:proofErr w:type="spellEnd"/>
      <w:r>
        <w:rPr>
          <w:sz w:val="21"/>
          <w:rtl w:val="1"/>
          <w:rFonts w:ascii="Arial" w:hAnsi="Arial" w:cs="Arial" w:eastAsia="Arial"/>
          <w:szCs w:val="21"/>
        </w:rPr>
        <w:t xml:space="preserve"> </w:t>
      </w:r>
      <w:proofErr w:type="spellStart"/>
      <w:r>
        <w:rPr>
          <w:sz w:val="21"/>
          <w:rtl w:val="1"/>
          <w:rFonts w:ascii="Arial" w:hAnsi="Arial" w:cs="Arial" w:eastAsia="Arial"/>
          <w:szCs w:val="21"/>
        </w:rPr>
        <w:t>اعتباراً</w:t>
      </w:r>
      <w:proofErr w:type="spellEnd"/>
      <w:r>
        <w:rPr>
          <w:sz w:val="21"/>
          <w:rtl w:val="1"/>
          <w:rFonts w:ascii="Arial" w:hAnsi="Arial" w:cs="Arial" w:eastAsia="Arial"/>
          <w:szCs w:val="21"/>
        </w:rPr>
        <w:t xml:space="preserve"> </w:t>
      </w:r>
      <w:proofErr w:type="spellStart"/>
      <w:r>
        <w:rPr>
          <w:sz w:val="21"/>
          <w:rtl w:val="1"/>
          <w:rFonts w:ascii="Arial" w:hAnsi="Arial" w:cs="Arial" w:eastAsia="Arial"/>
          <w:szCs w:val="21"/>
        </w:rPr>
        <w:t>من</w:t>
      </w:r>
      <w:proofErr w:type="spellEnd"/>
      <w:r>
        <w:rPr>
          <w:sz w:val="21"/>
          <w:rtl w:val="1"/>
          <w:rFonts w:ascii="Arial" w:hAnsi="Arial" w:cs="Arial" w:eastAsia="Arial"/>
          <w:szCs w:val="21"/>
        </w:rPr>
        <w:t xml:space="preserve"> تاريخ </w:t>
      </w:r>
      <w:proofErr w:type="spellStart"/>
      <w:r>
        <w:rPr>
          <w:sz w:val="21"/>
          <w:rtl w:val="1"/>
          <w:rFonts w:ascii="Arial" w:hAnsi="Arial" w:cs="Arial" w:eastAsia="Arial"/>
          <w:szCs w:val="21"/>
        </w:rPr>
        <w:t>اعتمادها</w:t>
      </w:r>
      <w:proofErr w:type="spellEnd"/>
      <w:r>
        <w:rPr>
          <w:sz w:val="21"/>
          <w:rtl w:val="1"/>
          <w:rFonts w:ascii="Arial" w:hAnsi="Arial" w:cs="Arial" w:eastAsia="Arial"/>
          <w:szCs w:val="21"/>
        </w:rPr>
        <w:t xml:space="preserve">، </w:t>
      </w:r>
      <w:proofErr w:type="spellStart"/>
      <w:r>
        <w:rPr>
          <w:sz w:val="21"/>
          <w:rtl w:val="1"/>
          <w:rFonts w:ascii="Arial" w:hAnsi="Arial" w:cs="Arial" w:eastAsia="Arial"/>
          <w:szCs w:val="21"/>
        </w:rPr>
        <w:t>ولا</w:t>
      </w:r>
      <w:proofErr w:type="spellEnd"/>
      <w:r>
        <w:rPr>
          <w:sz w:val="21"/>
          <w:rtl w:val="1"/>
          <w:rFonts w:ascii="Arial" w:hAnsi="Arial" w:cs="Arial" w:eastAsia="Arial"/>
          <w:szCs w:val="21"/>
        </w:rPr>
        <w:t xml:space="preserve"> </w:t>
      </w:r>
      <w:proofErr w:type="spellStart"/>
      <w:r>
        <w:rPr>
          <w:sz w:val="21"/>
          <w:rtl w:val="1"/>
          <w:rFonts w:ascii="Arial" w:hAnsi="Arial" w:cs="Arial" w:eastAsia="Arial"/>
          <w:szCs w:val="21"/>
        </w:rPr>
        <w:t>يجوز</w:t>
      </w:r>
      <w:proofErr w:type="spellEnd"/>
      <w:r>
        <w:rPr>
          <w:sz w:val="21"/>
          <w:rtl w:val="1"/>
          <w:rFonts w:ascii="Arial" w:hAnsi="Arial" w:cs="Arial" w:eastAsia="Arial"/>
          <w:szCs w:val="21"/>
        </w:rPr>
        <w:t xml:space="preserve"> </w:t>
      </w:r>
      <w:proofErr w:type="spellStart"/>
      <w:r>
        <w:rPr>
          <w:sz w:val="21"/>
          <w:rtl w:val="1"/>
          <w:rFonts w:ascii="Arial" w:hAnsi="Arial" w:cs="Arial" w:eastAsia="Arial"/>
          <w:szCs w:val="21"/>
        </w:rPr>
        <w:t>تعديلها</w:t>
      </w:r>
      <w:proofErr w:type="spellEnd"/>
      <w:r>
        <w:rPr>
          <w:sz w:val="21"/>
          <w:rtl w:val="1"/>
          <w:rFonts w:ascii="Arial" w:hAnsi="Arial" w:cs="Arial" w:eastAsia="Arial"/>
          <w:szCs w:val="21"/>
        </w:rPr>
        <w:t xml:space="preserve"> </w:t>
      </w:r>
      <w:proofErr w:type="spellStart"/>
      <w:r>
        <w:rPr>
          <w:sz w:val="21"/>
          <w:rtl w:val="1"/>
          <w:rFonts w:ascii="Arial" w:hAnsi="Arial" w:cs="Arial" w:eastAsia="Arial"/>
          <w:szCs w:val="21"/>
        </w:rPr>
        <w:t>إلا</w:t>
      </w:r>
      <w:proofErr w:type="spellEnd"/>
      <w:r>
        <w:rPr>
          <w:sz w:val="21"/>
          <w:rtl w:val="1"/>
          <w:rFonts w:ascii="Arial" w:hAnsi="Arial" w:cs="Arial" w:eastAsia="Arial"/>
          <w:szCs w:val="21"/>
        </w:rPr>
        <w:t xml:space="preserve"> وفق </w:t>
      </w:r>
      <w:proofErr w:type="spellStart"/>
      <w:r>
        <w:rPr>
          <w:sz w:val="21"/>
          <w:rtl w:val="1"/>
          <w:rFonts w:ascii="Arial" w:hAnsi="Arial" w:cs="Arial" w:eastAsia="Arial"/>
          <w:szCs w:val="21"/>
        </w:rPr>
        <w:t>إجراءات</w:t>
      </w:r>
      <w:proofErr w:type="spellEnd"/>
      <w:r>
        <w:rPr>
          <w:sz w:val="21"/>
          <w:rtl w:val="1"/>
          <w:rFonts w:ascii="Arial" w:hAnsi="Arial" w:cs="Arial" w:eastAsia="Arial"/>
          <w:szCs w:val="21"/>
        </w:rPr>
        <w:t xml:space="preserve"> الحوكمة المعتمدة.</w:t>
      </w:r>
    </w:p>
    <w:p w14:paraId="36C6F75B" w14:textId="300ABDAB" w:rsidR="001670E6" w:rsidRPr="00FE7123" w:rsidRDefault="001670E6" w:rsidP="00FE7123">
      <w:pPr>
        <w:bidi/>
      </w:pPr>
    </w:p>
    <w:p>
      <w:pPr>
        <w:pStyle w:val="Heading1"/>
      </w:pPr>
      <w:r>
        <w:t>ملحق: السقوف المالية وعتبات الشراء</w:t>
      </w:r>
    </w:p>
    <w:p>
      <w:pPr>
        <w:jc w:val="right"/>
      </w:pPr>
      <w:r>
        <w:t>هذا الملحق جزء مكمل لمصفوفة الصلاحيات. اعتمدت قيمه بقرار مجلس الإدارة، وتعد نافذة من تاريخ نفاذ القرار، ولا يُفهم من خلو أي خانة منح صلاحية ضمنية، ولا يجوز تجزئة الطلبات أو العقود لتغيير مستوى الاعتماد.</w:t>
      </w:r>
    </w:p>
    <w:tbl>
      <w:tblPr>
        <w:tblStyle w:val="TableGrid"/>
        <w:tblW w:type="auto" w:w="0"/>
        <w:jc w:val="center"/>
        <w:tblLook w:firstColumn="1" w:firstRow="1" w:lastColumn="0" w:lastRow="0" w:noHBand="0" w:noVBand="1" w:val="04A0"/>
        <w:bidiVisual/>
      </w:tblPr>
      <w:tblGrid>
        <w:gridCol w:w="1675"/>
        <w:gridCol w:w="1675"/>
        <w:gridCol w:w="1675"/>
        <w:gridCol w:w="1675"/>
        <w:gridCol w:w="1675"/>
        <w:gridCol w:w="1675"/>
      </w:tblGrid>
      <w:tr>
        <w:trPr>
          <w:trHeight w:hRule="atLeast"/>
        </w:trPr>
        <w:tc>
          <w:tcPr>
            <w:tcW w:type="dxa" w:w="1675"/>
            <w:vAlign w:val="center"/>
            <w:tcMar>
              <w:top w:w="75" w:type="dxa"/>
              <w:start w:w="75" w:type="dxa"/>
              <w:bottom w:w="75" w:type="dxa"/>
              <w:end w:w="75" w:type="dxa"/>
            </w:tcMar>
            <w:shd w:fill="1F4E78"/>
            <w:tcMar>
              <w:top w:w="80" w:type="dxa"/>
              <w:bottom w:w="80" w:type="dxa"/>
              <w:start w:w="100" w:type="dxa"/>
              <w:end w:w="100" w:type="dxa"/>
            </w:tcMar>
          </w:tcPr>
          <w:p>
            <w:pPr>
              <w:jc w:val="center"/>
              <w:bidi w:val="1"/>
            </w:pPr>
            <w:r>
              <w:rPr>
                <w:rFonts w:ascii="Arial" w:hAnsi="Arial" w:cs="Arial"/>
                <w:b/>
                <w:color w:val="FFFFFF"/>
                <w:sz w:val="18"/>
              </w:rPr>
              <w:t>قيمة العملية المعتمدة</w:t>
            </w:r>
          </w:p>
        </w:tc>
        <w:tc>
          <w:tcPr>
            <w:tcW w:type="dxa" w:w="1675"/>
            <w:vAlign w:val="center"/>
            <w:tcMar>
              <w:top w:w="75" w:type="dxa"/>
              <w:start w:w="75" w:type="dxa"/>
              <w:bottom w:w="75" w:type="dxa"/>
              <w:end w:w="75" w:type="dxa"/>
            </w:tcMar>
            <w:shd w:fill="1F4E78"/>
            <w:tcMar>
              <w:top w:w="80" w:type="dxa"/>
              <w:bottom w:w="80" w:type="dxa"/>
              <w:start w:w="100" w:type="dxa"/>
              <w:end w:w="100" w:type="dxa"/>
            </w:tcMar>
          </w:tcPr>
          <w:p>
            <w:pPr>
              <w:spacing w:after="0"/>
              <w:jc w:val="center"/>
              <w:bidi w:val="1"/>
            </w:pPr>
            <w:r>
              <w:rPr>
                <w:rFonts w:ascii="Arial" w:hAnsi="Arial" w:cs="Arial"/>
                <w:b/>
                <w:color w:val="FFFFFF"/>
                <w:sz w:val="18"/>
              </w:rPr>
            </w:r>
            <w:r>
              <w:rPr>
                <w:rFonts w:ascii="Arial" w:hAnsi="Arial" w:cs="Arial"/>
                <w:b/>
                <w:color w:val="FFFFFF"/>
                <w:sz w:val="18"/>
              </w:rPr>
              <w:t>أسلوب الشراء المعتمد</w:t>
            </w:r>
          </w:p>
        </w:tc>
        <w:tc>
          <w:tcPr>
            <w:tcW w:type="dxa" w:w="1675"/>
            <w:vAlign w:val="center"/>
            <w:tcMar>
              <w:top w:w="75" w:type="dxa"/>
              <w:start w:w="75" w:type="dxa"/>
              <w:bottom w:w="75" w:type="dxa"/>
              <w:end w:w="75" w:type="dxa"/>
            </w:tcMar>
            <w:shd w:fill="1F4E78"/>
            <w:tcMar>
              <w:top w:w="80" w:type="dxa"/>
              <w:bottom w:w="80" w:type="dxa"/>
              <w:start w:w="100" w:type="dxa"/>
              <w:end w:w="100" w:type="dxa"/>
            </w:tcMar>
          </w:tcPr>
          <w:p>
            <w:pPr>
              <w:spacing w:after="0"/>
              <w:jc w:val="center"/>
              <w:bidi w:val="1"/>
            </w:pPr>
            <w:r>
              <w:rPr>
                <w:rFonts w:ascii="Arial" w:hAnsi="Arial" w:cs="Arial"/>
                <w:b/>
                <w:color w:val="FFFFFF"/>
                <w:sz w:val="18"/>
              </w:rPr>
            </w:r>
            <w:r>
              <w:rPr>
                <w:rFonts w:ascii="Arial" w:hAnsi="Arial" w:cs="Arial"/>
                <w:b/>
                <w:color w:val="FFFFFF"/>
                <w:sz w:val="18"/>
              </w:rPr>
              <w:t>صاحب الاعتماد</w:t>
            </w:r>
          </w:p>
        </w:tc>
        <w:tc>
          <w:tcPr>
            <w:tcW w:type="dxa" w:w="1675"/>
            <w:vAlign w:val="center"/>
            <w:tcMar>
              <w:top w:w="75" w:type="dxa"/>
              <w:start w:w="75" w:type="dxa"/>
              <w:bottom w:w="75" w:type="dxa"/>
              <w:end w:w="75" w:type="dxa"/>
            </w:tcMar>
            <w:shd w:fill="1F4E78"/>
            <w:tcMar>
              <w:top w:w="80" w:type="dxa"/>
              <w:bottom w:w="80" w:type="dxa"/>
              <w:start w:w="100" w:type="dxa"/>
              <w:end w:w="100" w:type="dxa"/>
            </w:tcMar>
          </w:tcPr>
          <w:p>
            <w:pPr>
              <w:spacing w:after="0"/>
              <w:jc w:val="center"/>
              <w:bidi w:val="1"/>
            </w:pPr>
            <w:r>
              <w:rPr>
                <w:rFonts w:ascii="Arial" w:hAnsi="Arial" w:cs="Arial"/>
                <w:b/>
                <w:color w:val="FFFFFF"/>
                <w:sz w:val="18"/>
              </w:rPr>
            </w:r>
            <w:r>
              <w:rPr>
                <w:rFonts w:ascii="Arial" w:hAnsi="Arial" w:cs="Arial"/>
                <w:b/>
                <w:color w:val="FFFFFF"/>
                <w:sz w:val="18"/>
              </w:rPr>
              <w:t>مراجع مالي</w:t>
            </w:r>
          </w:p>
        </w:tc>
        <w:tc>
          <w:tcPr>
            <w:tcW w:type="dxa" w:w="1675"/>
            <w:vAlign w:val="center"/>
            <w:tcMar>
              <w:top w:w="75" w:type="dxa"/>
              <w:start w:w="75" w:type="dxa"/>
              <w:bottom w:w="75" w:type="dxa"/>
              <w:end w:w="75" w:type="dxa"/>
            </w:tcMar>
            <w:shd w:fill="1F4E78"/>
            <w:tcMar>
              <w:top w:w="80" w:type="dxa"/>
              <w:bottom w:w="80" w:type="dxa"/>
              <w:start w:w="100" w:type="dxa"/>
              <w:end w:w="100" w:type="dxa"/>
            </w:tcMar>
          </w:tcPr>
          <w:p>
            <w:pPr>
              <w:spacing w:after="0"/>
              <w:jc w:val="center"/>
              <w:bidi w:val="1"/>
            </w:pPr>
            <w:r>
              <w:rPr>
                <w:rFonts w:ascii="Arial" w:hAnsi="Arial" w:cs="Arial"/>
                <w:b/>
                <w:color w:val="FFFFFF"/>
                <w:sz w:val="18"/>
              </w:rPr>
            </w:r>
            <w:r>
              <w:rPr>
                <w:rFonts w:ascii="Arial" w:hAnsi="Arial" w:cs="Arial"/>
                <w:b/>
                <w:color w:val="FFFFFF"/>
                <w:sz w:val="18"/>
              </w:rPr>
              <w:t>منفذ الشراء</w:t>
            </w:r>
          </w:p>
        </w:tc>
        <w:tc>
          <w:tcPr>
            <w:tcW w:type="dxa" w:w="1675"/>
            <w:vAlign w:val="center"/>
            <w:tcMar>
              <w:top w:w="75" w:type="dxa"/>
              <w:start w:w="75" w:type="dxa"/>
              <w:bottom w:w="75" w:type="dxa"/>
              <w:end w:w="75" w:type="dxa"/>
            </w:tcMar>
            <w:shd w:fill="1F4E78"/>
            <w:tcMar>
              <w:top w:w="80" w:type="dxa"/>
              <w:bottom w:w="80" w:type="dxa"/>
              <w:start w:w="100" w:type="dxa"/>
              <w:end w:w="100" w:type="dxa"/>
            </w:tcMar>
          </w:tcPr>
          <w:p>
            <w:pPr>
              <w:spacing w:after="0"/>
              <w:jc w:val="center"/>
              <w:bidi w:val="1"/>
            </w:pPr>
            <w:r>
              <w:rPr>
                <w:rFonts w:ascii="Arial" w:hAnsi="Arial" w:cs="Arial"/>
                <w:b/>
                <w:color w:val="FFFFFF"/>
                <w:sz w:val="18"/>
              </w:rPr>
            </w:r>
            <w:r>
              <w:rPr>
                <w:rFonts w:ascii="Arial" w:hAnsi="Arial" w:cs="Arial"/>
                <w:b/>
                <w:color w:val="FFFFFF"/>
                <w:sz w:val="18"/>
              </w:rPr>
              <w:t>الضابط</w:t>
            </w:r>
          </w:p>
        </w:tc>
      </w:tr>
      <w:tr>
        <w:tc>
          <w:tcPr>
            <w:tcW w:type="dxa" w:w="1675"/>
            <w:vAlign w:val="center"/>
            <w:tcMar>
              <w:top w:w="80" w:type="dxa"/>
              <w:bottom w:w="80" w:type="dxa"/>
              <w:start w:w="100" w:type="dxa"/>
              <w:end w:w="100" w:type="dxa"/>
            </w:tcMar>
          </w:tcPr>
          <w:p>
            <w:pPr>
              <w:spacing w:after="0"/>
              <w:jc w:val="right"/>
              <w:bidi/>
            </w:pPr>
            <w:r/>
            <w:r>
              <w:rPr>
                <w:rFonts w:ascii="Arial" w:hAnsi="Arial" w:cs="Arial"/>
                <w:b w:val="0"/>
                <w:color w:val="173642"/>
                <w:sz w:val="14"/>
              </w:rPr>
              <w:t>حتى 5,000 ريال</w:t>
            </w:r>
          </w:p>
        </w:tc>
        <w:tc>
          <w:tcPr>
            <w:tcW w:type="dxa" w:w="1675"/>
            <w:vAlign w:val="center"/>
            <w:tcMar>
              <w:top w:w="80" w:type="dxa"/>
              <w:bottom w:w="80" w:type="dxa"/>
              <w:start w:w="100" w:type="dxa"/>
              <w:end w:w="100" w:type="dxa"/>
            </w:tcMar>
          </w:tcPr>
          <w:p>
            <w:pPr>
              <w:spacing w:after="0"/>
              <w:jc w:val="center"/>
              <w:bidi/>
            </w:pPr>
            <w:r/>
            <w:r>
              <w:rPr>
                <w:rFonts w:ascii="Arial" w:hAnsi="Arial" w:cs="Arial"/>
                <w:b w:val="0"/>
                <w:color w:val="173642"/>
                <w:sz w:val="14"/>
              </w:rPr>
              <w:t>شراء مباشر مع التحقق من معقولية السعر</w:t>
            </w:r>
          </w:p>
        </w:tc>
        <w:tc>
          <w:tcPr>
            <w:tcW w:type="dxa" w:w="1675"/>
            <w:vAlign w:val="center"/>
            <w:tcMar>
              <w:top w:w="80" w:type="dxa"/>
              <w:bottom w:w="80" w:type="dxa"/>
              <w:start w:w="100" w:type="dxa"/>
              <w:end w:w="100" w:type="dxa"/>
            </w:tcMar>
          </w:tcPr>
          <w:p>
            <w:pPr>
              <w:spacing w:after="0"/>
              <w:jc w:val="center"/>
              <w:bidi/>
            </w:pPr>
            <w:r/>
            <w:r>
              <w:rPr>
                <w:rFonts w:ascii="Arial" w:hAnsi="Arial" w:cs="Arial"/>
                <w:b w:val="0"/>
                <w:color w:val="173642"/>
                <w:sz w:val="14"/>
              </w:rPr>
              <w:t>المدير التنفيذي</w:t>
            </w:r>
          </w:p>
        </w:tc>
        <w:tc>
          <w:tcPr>
            <w:tcW w:type="dxa" w:w="1675"/>
            <w:vAlign w:val="center"/>
            <w:tcMar>
              <w:top w:w="80" w:type="dxa"/>
              <w:bottom w:w="80" w:type="dxa"/>
              <w:start w:w="100" w:type="dxa"/>
              <w:end w:w="100" w:type="dxa"/>
            </w:tcMar>
          </w:tcPr>
          <w:p>
            <w:pPr>
              <w:spacing w:after="0"/>
              <w:jc w:val="center"/>
              <w:bidi/>
            </w:pPr>
            <w:r/>
            <w:r>
              <w:rPr>
                <w:rFonts w:ascii="Arial" w:hAnsi="Arial" w:cs="Arial"/>
                <w:b w:val="0"/>
                <w:color w:val="173642"/>
                <w:sz w:val="14"/>
              </w:rPr>
              <w:t>الوحدة المالية</w:t>
            </w:r>
          </w:p>
        </w:tc>
        <w:tc>
          <w:tcPr>
            <w:tcW w:type="dxa" w:w="1675"/>
            <w:vAlign w:val="center"/>
            <w:tcMar>
              <w:top w:w="80" w:type="dxa"/>
              <w:bottom w:w="80" w:type="dxa"/>
              <w:start w:w="100" w:type="dxa"/>
              <w:end w:w="100" w:type="dxa"/>
            </w:tcMar>
          </w:tcPr>
          <w:p>
            <w:pPr>
              <w:spacing w:after="0"/>
              <w:jc w:val="center"/>
              <w:bidi/>
            </w:pPr>
            <w:r/>
            <w:r>
              <w:rPr>
                <w:rFonts w:ascii="Arial" w:hAnsi="Arial" w:cs="Arial"/>
                <w:b w:val="0"/>
                <w:color w:val="173642"/>
                <w:sz w:val="14"/>
              </w:rPr>
              <w:t>وحدة المشتريات والعقود</w:t>
            </w:r>
          </w:p>
        </w:tc>
        <w:tc>
          <w:tcPr>
            <w:tcW w:type="dxa" w:w="1675"/>
            <w:vAlign w:val="center"/>
            <w:tcMar>
              <w:top w:w="80" w:type="dxa"/>
              <w:bottom w:w="80" w:type="dxa"/>
              <w:start w:w="100" w:type="dxa"/>
              <w:end w:w="100" w:type="dxa"/>
            </w:tcMar>
          </w:tcPr>
          <w:p>
            <w:pPr>
              <w:spacing w:after="0"/>
              <w:jc w:val="right"/>
              <w:bidi/>
            </w:pPr>
            <w:r/>
            <w:r>
              <w:rPr>
                <w:rFonts w:ascii="Arial" w:hAnsi="Arial" w:cs="Arial"/>
                <w:b w:val="0"/>
                <w:color w:val="173642"/>
                <w:sz w:val="14"/>
              </w:rPr>
              <w:t>ضمن الموازنة المعتمدة</w:t>
            </w:r>
          </w:p>
        </w:tc>
      </w:tr>
      <w:tr>
        <w:tc>
          <w:tcPr>
            <w:tcW w:type="dxa" w:w="1675"/>
            <w:vAlign w:val="center"/>
            <w:tcMar>
              <w:top w:w="80" w:type="dxa"/>
              <w:bottom w:w="80" w:type="dxa"/>
              <w:start w:w="100" w:type="dxa"/>
              <w:end w:w="100" w:type="dxa"/>
            </w:tcMar>
          </w:tcPr>
          <w:p>
            <w:pPr>
              <w:spacing w:after="0"/>
              <w:jc w:val="right"/>
              <w:bidi/>
            </w:pPr>
            <w:r/>
            <w:r>
              <w:rPr>
                <w:rFonts w:ascii="Arial" w:hAnsi="Arial" w:cs="Arial"/>
                <w:b w:val="0"/>
                <w:color w:val="173642"/>
                <w:sz w:val="14"/>
              </w:rPr>
              <w:t>أكثر من 5,000 إلى 20,000 ريال</w:t>
            </w:r>
          </w:p>
        </w:tc>
        <w:tc>
          <w:tcPr>
            <w:tcW w:type="dxa" w:w="1675"/>
            <w:vAlign w:val="center"/>
            <w:tcMar>
              <w:top w:w="80" w:type="dxa"/>
              <w:bottom w:w="80" w:type="dxa"/>
              <w:start w:w="100" w:type="dxa"/>
              <w:end w:w="100" w:type="dxa"/>
            </w:tcMar>
          </w:tcPr>
          <w:p>
            <w:pPr>
              <w:spacing w:after="0"/>
              <w:jc w:val="center"/>
              <w:bidi/>
            </w:pPr>
            <w:r/>
            <w:r>
              <w:rPr>
                <w:rFonts w:ascii="Arial" w:hAnsi="Arial" w:cs="Arial"/>
                <w:b w:val="0"/>
                <w:color w:val="173642"/>
                <w:sz w:val="14"/>
              </w:rPr>
              <w:t>مقارنة أسعار أو عروض مناسبة بحسب طبيعة الشراء</w:t>
            </w:r>
          </w:p>
        </w:tc>
        <w:tc>
          <w:tcPr>
            <w:tcW w:type="dxa" w:w="1675"/>
            <w:vAlign w:val="center"/>
            <w:tcMar>
              <w:top w:w="80" w:type="dxa"/>
              <w:bottom w:w="80" w:type="dxa"/>
              <w:start w:w="100" w:type="dxa"/>
              <w:end w:w="100" w:type="dxa"/>
            </w:tcMar>
          </w:tcPr>
          <w:p>
            <w:pPr>
              <w:spacing w:after="0"/>
              <w:jc w:val="center"/>
              <w:bidi/>
            </w:pPr>
            <w:r/>
            <w:r>
              <w:rPr>
                <w:rFonts w:ascii="Arial" w:hAnsi="Arial" w:cs="Arial"/>
                <w:b w:val="0"/>
                <w:color w:val="173642"/>
                <w:sz w:val="14"/>
              </w:rPr>
              <w:t>المدير التنفيذي</w:t>
            </w:r>
          </w:p>
        </w:tc>
        <w:tc>
          <w:tcPr>
            <w:tcW w:type="dxa" w:w="1675"/>
            <w:vAlign w:val="center"/>
            <w:tcMar>
              <w:top w:w="80" w:type="dxa"/>
              <w:bottom w:w="80" w:type="dxa"/>
              <w:start w:w="100" w:type="dxa"/>
              <w:end w:w="100" w:type="dxa"/>
            </w:tcMar>
          </w:tcPr>
          <w:p>
            <w:pPr>
              <w:spacing w:after="0"/>
              <w:jc w:val="center"/>
              <w:bidi/>
            </w:pPr>
            <w:r/>
            <w:r>
              <w:rPr>
                <w:rFonts w:ascii="Arial" w:hAnsi="Arial" w:cs="Arial"/>
                <w:b w:val="0"/>
                <w:color w:val="173642"/>
                <w:sz w:val="14"/>
              </w:rPr>
              <w:t>الوحدة المالية</w:t>
            </w:r>
          </w:p>
        </w:tc>
        <w:tc>
          <w:tcPr>
            <w:tcW w:type="dxa" w:w="1675"/>
            <w:vAlign w:val="center"/>
            <w:tcMar>
              <w:top w:w="80" w:type="dxa"/>
              <w:bottom w:w="80" w:type="dxa"/>
              <w:start w:w="100" w:type="dxa"/>
              <w:end w:w="100" w:type="dxa"/>
            </w:tcMar>
          </w:tcPr>
          <w:p>
            <w:pPr>
              <w:spacing w:after="0"/>
              <w:jc w:val="center"/>
              <w:bidi/>
            </w:pPr>
            <w:r/>
            <w:r>
              <w:rPr>
                <w:rFonts w:ascii="Arial" w:hAnsi="Arial" w:cs="Arial"/>
                <w:b w:val="0"/>
                <w:color w:val="173642"/>
                <w:sz w:val="14"/>
              </w:rPr>
              <w:t>وحدة المشتريات والعقود</w:t>
            </w:r>
          </w:p>
        </w:tc>
        <w:tc>
          <w:tcPr>
            <w:tcW w:type="dxa" w:w="1675"/>
            <w:vAlign w:val="center"/>
            <w:tcMar>
              <w:top w:w="80" w:type="dxa"/>
              <w:bottom w:w="80" w:type="dxa"/>
              <w:start w:w="100" w:type="dxa"/>
              <w:end w:w="100" w:type="dxa"/>
            </w:tcMar>
          </w:tcPr>
          <w:p>
            <w:pPr>
              <w:spacing w:after="0"/>
              <w:jc w:val="right"/>
              <w:bidi/>
            </w:pPr>
            <w:r/>
            <w:r>
              <w:rPr>
                <w:rFonts w:ascii="Arial" w:hAnsi="Arial" w:cs="Arial"/>
                <w:b w:val="0"/>
                <w:color w:val="173642"/>
                <w:sz w:val="14"/>
              </w:rPr>
              <w:t>توثيق المقارنة</w:t>
            </w:r>
          </w:p>
        </w:tc>
      </w:tr>
      <w:tr>
        <w:tc>
          <w:tcPr>
            <w:tcW w:type="dxa" w:w="1675"/>
            <w:vAlign w:val="center"/>
            <w:tcMar>
              <w:top w:w="80" w:type="dxa"/>
              <w:bottom w:w="80" w:type="dxa"/>
              <w:start w:w="100" w:type="dxa"/>
              <w:end w:w="100" w:type="dxa"/>
            </w:tcMar>
          </w:tcPr>
          <w:p>
            <w:pPr>
              <w:spacing w:after="0"/>
              <w:jc w:val="right"/>
              <w:bidi/>
            </w:pPr>
            <w:r/>
            <w:r>
              <w:rPr>
                <w:rFonts w:ascii="Arial" w:hAnsi="Arial" w:cs="Arial"/>
                <w:b w:val="0"/>
                <w:color w:val="173642"/>
                <w:sz w:val="14"/>
              </w:rPr>
              <w:t>أكثر من 20,000 إلى 50,000 ريال</w:t>
            </w:r>
          </w:p>
        </w:tc>
        <w:tc>
          <w:tcPr>
            <w:tcW w:type="dxa" w:w="1675"/>
            <w:vAlign w:val="center"/>
            <w:tcMar>
              <w:top w:w="80" w:type="dxa"/>
              <w:bottom w:w="80" w:type="dxa"/>
              <w:start w:w="100" w:type="dxa"/>
              <w:end w:w="100" w:type="dxa"/>
            </w:tcMar>
          </w:tcPr>
          <w:p>
            <w:pPr>
              <w:spacing w:after="0"/>
              <w:jc w:val="center"/>
              <w:bidi/>
            </w:pPr>
            <w:r/>
            <w:r>
              <w:rPr>
                <w:rFonts w:ascii="Arial" w:hAnsi="Arial" w:cs="Arial"/>
                <w:b w:val="0"/>
                <w:color w:val="173642"/>
                <w:sz w:val="14"/>
              </w:rPr>
              <w:t>ثلاثة عروض متى أمكن ومحضر مفاضلة</w:t>
            </w:r>
          </w:p>
        </w:tc>
        <w:tc>
          <w:tcPr>
            <w:tcW w:type="dxa" w:w="1675"/>
            <w:vAlign w:val="center"/>
            <w:tcMar>
              <w:top w:w="80" w:type="dxa"/>
              <w:bottom w:w="80" w:type="dxa"/>
              <w:start w:w="100" w:type="dxa"/>
              <w:end w:w="100" w:type="dxa"/>
            </w:tcMar>
          </w:tcPr>
          <w:p>
            <w:pPr>
              <w:spacing w:after="0"/>
              <w:jc w:val="center"/>
              <w:bidi/>
            </w:pPr>
            <w:r/>
            <w:r>
              <w:rPr>
                <w:rFonts w:ascii="Arial" w:hAnsi="Arial" w:cs="Arial"/>
                <w:b w:val="0"/>
                <w:color w:val="173642"/>
                <w:sz w:val="14"/>
              </w:rPr>
              <w:t>المدير التنفيذي ضمن الموازنة</w:t>
            </w:r>
          </w:p>
        </w:tc>
        <w:tc>
          <w:tcPr>
            <w:tcW w:type="dxa" w:w="1675"/>
            <w:vAlign w:val="center"/>
            <w:tcMar>
              <w:top w:w="80" w:type="dxa"/>
              <w:bottom w:w="80" w:type="dxa"/>
              <w:start w:w="100" w:type="dxa"/>
              <w:end w:w="100" w:type="dxa"/>
            </w:tcMar>
          </w:tcPr>
          <w:p>
            <w:pPr>
              <w:spacing w:after="0"/>
              <w:jc w:val="center"/>
              <w:bidi/>
            </w:pPr>
            <w:r/>
            <w:r>
              <w:rPr>
                <w:rFonts w:ascii="Arial" w:hAnsi="Arial" w:cs="Arial"/>
                <w:b w:val="0"/>
                <w:color w:val="173642"/>
                <w:sz w:val="14"/>
              </w:rPr>
              <w:t>الوحدة المالية</w:t>
            </w:r>
          </w:p>
        </w:tc>
        <w:tc>
          <w:tcPr>
            <w:tcW w:type="dxa" w:w="1675"/>
            <w:vAlign w:val="center"/>
            <w:tcMar>
              <w:top w:w="80" w:type="dxa"/>
              <w:bottom w:w="80" w:type="dxa"/>
              <w:start w:w="100" w:type="dxa"/>
              <w:end w:w="100" w:type="dxa"/>
            </w:tcMar>
          </w:tcPr>
          <w:p>
            <w:pPr>
              <w:spacing w:after="0"/>
              <w:jc w:val="center"/>
              <w:bidi/>
            </w:pPr>
            <w:r/>
            <w:r>
              <w:rPr>
                <w:rFonts w:ascii="Arial" w:hAnsi="Arial" w:cs="Arial"/>
                <w:b w:val="0"/>
                <w:color w:val="173642"/>
                <w:sz w:val="14"/>
              </w:rPr>
              <w:t>وحدة المشتريات والعقود</w:t>
            </w:r>
          </w:p>
        </w:tc>
        <w:tc>
          <w:tcPr>
            <w:tcW w:type="dxa" w:w="1675"/>
            <w:vAlign w:val="center"/>
            <w:tcMar>
              <w:top w:w="80" w:type="dxa"/>
              <w:bottom w:w="80" w:type="dxa"/>
              <w:start w:w="100" w:type="dxa"/>
              <w:end w:w="100" w:type="dxa"/>
            </w:tcMar>
          </w:tcPr>
          <w:p>
            <w:pPr>
              <w:spacing w:after="0"/>
              <w:jc w:val="right"/>
              <w:bidi/>
            </w:pPr>
            <w:r/>
            <w:r>
              <w:rPr>
                <w:rFonts w:ascii="Arial" w:hAnsi="Arial" w:cs="Arial"/>
                <w:b w:val="0"/>
                <w:color w:val="173642"/>
                <w:sz w:val="14"/>
              </w:rPr>
              <w:t>تبرير تعذر استكمال ثلاثة عروض</w:t>
            </w:r>
          </w:p>
        </w:tc>
      </w:tr>
      <w:tr>
        <w:tc>
          <w:tcPr>
            <w:tcW w:type="dxa" w:w="1675"/>
            <w:vAlign w:val="center"/>
            <w:tcMar>
              <w:top w:w="80" w:type="dxa"/>
              <w:bottom w:w="80" w:type="dxa"/>
              <w:start w:w="100" w:type="dxa"/>
              <w:end w:w="100" w:type="dxa"/>
            </w:tcMar>
          </w:tcPr>
          <w:p>
            <w:pPr>
              <w:spacing w:after="0"/>
              <w:jc w:val="right"/>
              <w:bidi/>
            </w:pPr>
            <w:r/>
            <w:r>
              <w:rPr>
                <w:rFonts w:ascii="Arial" w:hAnsi="Arial" w:cs="Arial"/>
                <w:b w:val="0"/>
                <w:color w:val="173642"/>
                <w:sz w:val="14"/>
              </w:rPr>
              <w:t>أكثر من 50,000 إلى 100,000 ريال</w:t>
            </w:r>
          </w:p>
        </w:tc>
        <w:tc>
          <w:tcPr>
            <w:tcW w:type="dxa" w:w="1675"/>
            <w:vAlign w:val="center"/>
            <w:tcMar>
              <w:top w:w="80" w:type="dxa"/>
              <w:bottom w:w="80" w:type="dxa"/>
              <w:start w:w="100" w:type="dxa"/>
              <w:end w:w="100" w:type="dxa"/>
            </w:tcMar>
          </w:tcPr>
          <w:p>
            <w:pPr>
              <w:spacing w:after="0"/>
              <w:jc w:val="center"/>
              <w:bidi/>
            </w:pPr>
            <w:r/>
            <w:r>
              <w:rPr>
                <w:rFonts w:ascii="Arial" w:hAnsi="Arial" w:cs="Arial"/>
                <w:b w:val="0"/>
                <w:color w:val="173642"/>
                <w:sz w:val="14"/>
              </w:rPr>
              <w:t>منافسة موثقة وتقييم ومفاضلة</w:t>
            </w:r>
          </w:p>
        </w:tc>
        <w:tc>
          <w:tcPr>
            <w:tcW w:type="dxa" w:w="1675"/>
            <w:vAlign w:val="center"/>
            <w:tcMar>
              <w:top w:w="80" w:type="dxa"/>
              <w:bottom w:w="80" w:type="dxa"/>
              <w:start w:w="100" w:type="dxa"/>
              <w:end w:w="100" w:type="dxa"/>
            </w:tcMar>
          </w:tcPr>
          <w:p>
            <w:pPr>
              <w:spacing w:after="0"/>
              <w:jc w:val="center"/>
              <w:bidi/>
            </w:pPr>
            <w:r/>
            <w:r>
              <w:rPr>
                <w:rFonts w:ascii="Arial" w:hAnsi="Arial" w:cs="Arial"/>
                <w:b w:val="0"/>
                <w:color w:val="173642"/>
                <w:sz w:val="14"/>
              </w:rPr>
              <w:t>رئيس مجلس الإدارة أو من يفوضه وفق المصفوفة</w:t>
            </w:r>
          </w:p>
        </w:tc>
        <w:tc>
          <w:tcPr>
            <w:tcW w:type="dxa" w:w="1675"/>
            <w:vAlign w:val="center"/>
            <w:tcMar>
              <w:top w:w="80" w:type="dxa"/>
              <w:bottom w:w="80" w:type="dxa"/>
              <w:start w:w="100" w:type="dxa"/>
              <w:end w:w="100" w:type="dxa"/>
            </w:tcMar>
          </w:tcPr>
          <w:p>
            <w:pPr>
              <w:spacing w:after="0"/>
              <w:jc w:val="center"/>
              <w:bidi/>
            </w:pPr>
            <w:r/>
            <w:r>
              <w:rPr>
                <w:rFonts w:ascii="Arial" w:hAnsi="Arial" w:cs="Arial"/>
                <w:b w:val="0"/>
                <w:color w:val="173642"/>
                <w:sz w:val="14"/>
              </w:rPr>
              <w:t>الوحدة المالية</w:t>
            </w:r>
          </w:p>
        </w:tc>
        <w:tc>
          <w:tcPr>
            <w:tcW w:type="dxa" w:w="1675"/>
            <w:vAlign w:val="center"/>
            <w:tcMar>
              <w:top w:w="80" w:type="dxa"/>
              <w:bottom w:w="80" w:type="dxa"/>
              <w:start w:w="100" w:type="dxa"/>
              <w:end w:w="100" w:type="dxa"/>
            </w:tcMar>
          </w:tcPr>
          <w:p>
            <w:pPr>
              <w:spacing w:after="0"/>
              <w:jc w:val="center"/>
              <w:bidi/>
            </w:pPr>
            <w:r/>
            <w:r>
              <w:rPr>
                <w:rFonts w:ascii="Arial" w:hAnsi="Arial" w:cs="Arial"/>
                <w:b w:val="0"/>
                <w:color w:val="173642"/>
                <w:sz w:val="14"/>
              </w:rPr>
              <w:t>وحدة المشتريات والعقود</w:t>
            </w:r>
          </w:p>
        </w:tc>
        <w:tc>
          <w:tcPr>
            <w:tcW w:type="dxa" w:w="1675"/>
            <w:vAlign w:val="center"/>
            <w:tcMar>
              <w:top w:w="80" w:type="dxa"/>
              <w:bottom w:w="80" w:type="dxa"/>
              <w:start w:w="100" w:type="dxa"/>
              <w:end w:w="100" w:type="dxa"/>
            </w:tcMar>
          </w:tcPr>
          <w:p>
            <w:pPr>
              <w:spacing w:after="0"/>
              <w:jc w:val="right"/>
              <w:bidi/>
            </w:pPr>
            <w:r/>
            <w:r>
              <w:rPr>
                <w:rFonts w:ascii="Arial" w:hAnsi="Arial" w:cs="Arial"/>
                <w:b w:val="0"/>
                <w:color w:val="173642"/>
                <w:sz w:val="14"/>
              </w:rPr>
              <w:t>فصل الطلب والتقييم والاستلام والصرف</w:t>
            </w:r>
          </w:p>
        </w:tc>
      </w:tr>
      <w:tr>
        <w:tc>
          <w:tcPr>
            <w:tcW w:type="dxa" w:w="1675"/>
            <w:vAlign w:val="center"/>
            <w:tcMar>
              <w:top w:w="80" w:type="dxa"/>
              <w:bottom w:w="80" w:type="dxa"/>
              <w:start w:w="100" w:type="dxa"/>
              <w:end w:w="100" w:type="dxa"/>
            </w:tcMar>
          </w:tcPr>
          <w:p>
            <w:pPr>
              <w:spacing w:after="0"/>
              <w:jc w:val="right"/>
              <w:bidi/>
            </w:pPr>
            <w:r/>
            <w:r>
              <w:rPr>
                <w:rFonts w:ascii="Arial" w:hAnsi="Arial" w:cs="Arial"/>
                <w:b w:val="0"/>
                <w:color w:val="173642"/>
                <w:sz w:val="14"/>
              </w:rPr>
              <w:t>أكثر من 100,000 ريال</w:t>
            </w:r>
          </w:p>
        </w:tc>
        <w:tc>
          <w:tcPr>
            <w:tcW w:type="dxa" w:w="1675"/>
            <w:vAlign w:val="center"/>
            <w:tcMar>
              <w:top w:w="80" w:type="dxa"/>
              <w:bottom w:w="80" w:type="dxa"/>
              <w:start w:w="100" w:type="dxa"/>
              <w:end w:w="100" w:type="dxa"/>
            </w:tcMar>
          </w:tcPr>
          <w:p>
            <w:pPr>
              <w:spacing w:after="0"/>
              <w:jc w:val="center"/>
              <w:bidi/>
            </w:pPr>
            <w:r/>
            <w:r>
              <w:rPr>
                <w:rFonts w:ascii="Arial" w:hAnsi="Arial" w:cs="Arial"/>
                <w:b w:val="0"/>
                <w:color w:val="173642"/>
                <w:sz w:val="14"/>
              </w:rPr>
              <w:t>منافسة موثقة ودراسة عروض</w:t>
            </w:r>
          </w:p>
        </w:tc>
        <w:tc>
          <w:tcPr>
            <w:tcW w:type="dxa" w:w="1675"/>
            <w:vAlign w:val="center"/>
            <w:tcMar>
              <w:top w:w="80" w:type="dxa"/>
              <w:bottom w:w="80" w:type="dxa"/>
              <w:start w:w="100" w:type="dxa"/>
              <w:end w:w="100" w:type="dxa"/>
            </w:tcMar>
          </w:tcPr>
          <w:p>
            <w:pPr>
              <w:spacing w:after="0"/>
              <w:jc w:val="center"/>
              <w:bidi/>
            </w:pPr>
            <w:r/>
            <w:r>
              <w:rPr>
                <w:rFonts w:ascii="Arial" w:hAnsi="Arial" w:cs="Arial"/>
                <w:b w:val="0"/>
                <w:color w:val="173642"/>
                <w:sz w:val="14"/>
              </w:rPr>
              <w:t>مجلس الإدارة</w:t>
            </w:r>
          </w:p>
        </w:tc>
        <w:tc>
          <w:tcPr>
            <w:tcW w:type="dxa" w:w="1675"/>
            <w:vAlign w:val="center"/>
            <w:tcMar>
              <w:top w:w="80" w:type="dxa"/>
              <w:bottom w:w="80" w:type="dxa"/>
              <w:start w:w="100" w:type="dxa"/>
              <w:end w:w="100" w:type="dxa"/>
            </w:tcMar>
          </w:tcPr>
          <w:p>
            <w:pPr>
              <w:spacing w:after="0"/>
              <w:jc w:val="center"/>
              <w:bidi/>
            </w:pPr>
            <w:r/>
            <w:r>
              <w:rPr>
                <w:rFonts w:ascii="Arial" w:hAnsi="Arial" w:cs="Arial"/>
                <w:b w:val="0"/>
                <w:color w:val="173642"/>
                <w:sz w:val="14"/>
              </w:rPr>
              <w:t>الوحدة المالية</w:t>
            </w:r>
          </w:p>
        </w:tc>
        <w:tc>
          <w:tcPr>
            <w:tcW w:type="dxa" w:w="1675"/>
            <w:vAlign w:val="center"/>
            <w:tcMar>
              <w:top w:w="80" w:type="dxa"/>
              <w:bottom w:w="80" w:type="dxa"/>
              <w:start w:w="100" w:type="dxa"/>
              <w:end w:w="100" w:type="dxa"/>
            </w:tcMar>
          </w:tcPr>
          <w:p>
            <w:pPr>
              <w:spacing w:after="0"/>
              <w:jc w:val="center"/>
              <w:bidi/>
            </w:pPr>
            <w:r/>
            <w:r>
              <w:rPr>
                <w:rFonts w:ascii="Arial" w:hAnsi="Arial" w:cs="Arial"/>
                <w:b w:val="0"/>
                <w:color w:val="173642"/>
                <w:sz w:val="14"/>
              </w:rPr>
              <w:t>وحدة المشتريات والعقود</w:t>
            </w:r>
          </w:p>
        </w:tc>
        <w:tc>
          <w:tcPr>
            <w:tcW w:type="dxa" w:w="1675"/>
            <w:vAlign w:val="center"/>
            <w:tcMar>
              <w:top w:w="80" w:type="dxa"/>
              <w:bottom w:w="80" w:type="dxa"/>
              <w:start w:w="100" w:type="dxa"/>
              <w:end w:w="100" w:type="dxa"/>
            </w:tcMar>
          </w:tcPr>
          <w:p>
            <w:pPr>
              <w:spacing w:after="0"/>
              <w:jc w:val="right"/>
              <w:bidi/>
            </w:pPr>
            <w:r/>
            <w:r>
              <w:rPr>
                <w:rFonts w:ascii="Arial" w:hAnsi="Arial" w:cs="Arial"/>
                <w:b w:val="0"/>
                <w:color w:val="173642"/>
                <w:sz w:val="14"/>
              </w:rPr>
              <w:t>قرار موثق وفق الصلاحية</w:t>
            </w:r>
          </w:p>
        </w:tc>
      </w:tr>
    </w:tbl>
    <w:p>
      <w:pPr>
        <w:pStyle w:val="Heading2"/>
      </w:pPr>
      <w:r>
        <w:t>اعتماد السقوف المالية</w:t>
      </w:r>
    </w:p>
    <w:tbl>
      <w:tblPr>
        <w:tblStyle w:val="TableGrid"/>
        <w:tblW w:type="auto" w:w="0"/>
        <w:jc w:val="center"/>
        <w:tblLook w:firstColumn="1" w:firstRow="1" w:lastColumn="0" w:lastRow="0" w:noHBand="0" w:noVBand="1" w:val="04A0"/>
        <w:bidiVisual/>
      </w:tblPr>
      <w:tblGrid>
        <w:gridCol w:w="2513"/>
        <w:gridCol w:w="2513"/>
        <w:gridCol w:w="2513"/>
        <w:gridCol w:w="2513"/>
      </w:tblGrid>
      <w:tr>
        <w:trPr>
          <w:trHeight w:hRule="atLeast"/>
        </w:trPr>
        <w:tc>
          <w:tcPr>
            <w:tcW w:type="dxa" w:w="2513"/>
            <w:vAlign w:val="center"/>
            <w:tcMar>
              <w:top w:w="75" w:type="dxa"/>
              <w:start w:w="75" w:type="dxa"/>
              <w:bottom w:w="75" w:type="dxa"/>
              <w:end w:w="75" w:type="dxa"/>
            </w:tcMar>
          </w:tcPr>
          <w:p>
            <w:pPr>
              <w:spacing w:before="0" w:after="0" w:line="240" w:lineRule="auto"/>
              <w:jc w:val="center"/>
              <w:bidi/>
            </w:pPr>
            <w:r>
              <w:rPr>
                <w:rFonts w:ascii="Arial" w:hAnsi="Arial" w:cs="Arial"/>
                <w:sz w:val="16"/>
                <w:rtl/>
              </w:rPr>
            </w:r>
            <w:r>
              <w:rPr>
                <w:rFonts w:ascii="Arial" w:hAnsi="Arial" w:cs="Arial"/>
                <w:b/>
                <w:sz w:val="16"/>
                <w:rtl/>
              </w:rPr>
              <w:t>رقم قرار مجلس الإدارة</w:t>
            </w:r>
          </w:p>
        </w:tc>
        <w:tc>
          <w:tcPr>
            <w:tcW w:type="dxa" w:w="2513"/>
            <w:vAlign w:val="center"/>
            <w:tcMar>
              <w:top w:w="75" w:type="dxa"/>
              <w:start w:w="75" w:type="dxa"/>
              <w:bottom w:w="75" w:type="dxa"/>
              <w:end w:w="75" w:type="dxa"/>
            </w:tcMar>
          </w:tcPr>
          <w:p>
            <w:pPr>
              <w:spacing w:before="0" w:after="0" w:line="240" w:lineRule="auto"/>
              <w:jc w:val="center"/>
              <w:bidi/>
            </w:pPr>
            <w:r>
              <w:rPr>
                <w:rFonts w:ascii="Arial" w:hAnsi="Arial" w:cs="Arial"/>
                <w:sz w:val="16"/>
                <w:rtl/>
              </w:rPr>
            </w:r>
            <w:r>
              <w:rPr>
                <w:rFonts w:ascii="Arial" w:hAnsi="Arial" w:cs="Arial"/>
                <w:b/>
                <w:sz w:val="16"/>
                <w:rtl/>
              </w:rPr>
              <w:t>تاريخ القرار</w:t>
            </w:r>
          </w:p>
        </w:tc>
        <w:tc>
          <w:tcPr>
            <w:tcW w:type="dxa" w:w="2513"/>
            <w:vAlign w:val="center"/>
            <w:tcMar>
              <w:top w:w="75" w:type="dxa"/>
              <w:start w:w="75" w:type="dxa"/>
              <w:bottom w:w="75" w:type="dxa"/>
              <w:end w:w="75" w:type="dxa"/>
            </w:tcMar>
          </w:tcPr>
          <w:p>
            <w:pPr>
              <w:spacing w:before="0" w:after="0" w:line="240" w:lineRule="auto"/>
              <w:jc w:val="center"/>
              <w:bidi/>
            </w:pPr>
            <w:r>
              <w:rPr>
                <w:rFonts w:ascii="Arial" w:hAnsi="Arial" w:cs="Arial"/>
                <w:sz w:val="16"/>
                <w:rtl/>
              </w:rPr>
            </w:r>
            <w:r>
              <w:rPr>
                <w:rFonts w:ascii="Arial" w:hAnsi="Arial" w:cs="Arial"/>
                <w:b/>
                <w:sz w:val="16"/>
                <w:rtl/>
              </w:rPr>
              <w:t>تاريخ النفاذ</w:t>
            </w:r>
          </w:p>
        </w:tc>
        <w:tc>
          <w:tcPr>
            <w:tcW w:type="dxa" w:w="2513"/>
            <w:vAlign w:val="center"/>
            <w:tcMar>
              <w:top w:w="75" w:type="dxa"/>
              <w:start w:w="75" w:type="dxa"/>
              <w:bottom w:w="75" w:type="dxa"/>
              <w:end w:w="75" w:type="dxa"/>
            </w:tcMar>
          </w:tcPr>
          <w:p>
            <w:pPr>
              <w:spacing w:before="0" w:after="0" w:line="240" w:lineRule="auto"/>
              <w:jc w:val="center"/>
              <w:bidi/>
            </w:pPr>
            <w:r>
              <w:rPr>
                <w:rFonts w:ascii="Arial" w:hAnsi="Arial" w:cs="Arial"/>
                <w:sz w:val="16"/>
                <w:rtl/>
              </w:rPr>
            </w:r>
            <w:r>
              <w:rPr>
                <w:rFonts w:ascii="Arial" w:hAnsi="Arial" w:cs="Arial"/>
                <w:b/>
                <w:sz w:val="16"/>
                <w:rtl/>
              </w:rPr>
              <w:t>رئيس مجلس الإدارة</w:t>
            </w:r>
          </w:p>
        </w:tc>
      </w:tr>
      <w:tr>
        <w:trPr>
          <w:trHeight w:hRule="atLeast"/>
        </w:trPr>
        <w:tc>
          <w:tcPr>
            <w:tcW w:type="dxa" w:w="2513"/>
            <w:vAlign w:val="center"/>
            <w:tcMar>
              <w:top w:w="75" w:type="dxa"/>
              <w:start w:w="75" w:type="dxa"/>
              <w:bottom w:w="75" w:type="dxa"/>
              <w:end w:w="75" w:type="dxa"/>
            </w:tcMar>
          </w:tcPr>
          <w:p>
            <w:pPr>
              <w:spacing w:before="0" w:after="0" w:line="240" w:lineRule="auto"/>
              <w:jc w:val="center"/>
              <w:bidi/>
            </w:pPr>
            <w:r>
              <w:rPr>
                <w:rFonts w:ascii="Arial" w:hAnsi="Arial" w:cs="Arial"/>
                <w:sz w:val="16"/>
                <w:rtl/>
              </w:rPr>
            </w:r>
            <w:r>
              <w:rPr>
                <w:rFonts w:ascii="Arial" w:hAnsi="Arial" w:cs="Arial"/>
                <w:b w:val="0"/>
                <w:sz w:val="16"/>
                <w:rtl/>
              </w:rPr>
              <w:t>................</w:t>
            </w:r>
          </w:p>
        </w:tc>
        <w:tc>
          <w:tcPr>
            <w:tcW w:type="dxa" w:w="2513"/>
            <w:vAlign w:val="center"/>
            <w:tcMar>
              <w:top w:w="75" w:type="dxa"/>
              <w:start w:w="75" w:type="dxa"/>
              <w:bottom w:w="75" w:type="dxa"/>
              <w:end w:w="75" w:type="dxa"/>
            </w:tcMar>
          </w:tcPr>
          <w:p>
            <w:pPr>
              <w:spacing w:before="0" w:after="0" w:line="240" w:lineRule="auto"/>
              <w:jc w:val="center"/>
              <w:bidi/>
            </w:pPr>
            <w:r>
              <w:rPr>
                <w:rFonts w:ascii="Arial" w:hAnsi="Arial" w:cs="Arial"/>
                <w:sz w:val="16"/>
                <w:rtl/>
              </w:rPr>
            </w:r>
            <w:r>
              <w:rPr>
                <w:rFonts w:ascii="Arial" w:hAnsi="Arial" w:cs="Arial"/>
                <w:b w:val="0"/>
                <w:sz w:val="16"/>
                <w:rtl/>
              </w:rPr>
              <w:t>.... / .... / ........</w:t>
            </w:r>
          </w:p>
        </w:tc>
        <w:tc>
          <w:tcPr>
            <w:tcW w:type="dxa" w:w="2513"/>
            <w:vAlign w:val="center"/>
            <w:tcMar>
              <w:top w:w="75" w:type="dxa"/>
              <w:start w:w="75" w:type="dxa"/>
              <w:bottom w:w="75" w:type="dxa"/>
              <w:end w:w="75" w:type="dxa"/>
            </w:tcMar>
          </w:tcPr>
          <w:p>
            <w:pPr>
              <w:spacing w:before="0" w:after="0" w:line="240" w:lineRule="auto"/>
              <w:jc w:val="center"/>
              <w:bidi/>
            </w:pPr>
            <w:r>
              <w:rPr>
                <w:rFonts w:ascii="Arial" w:hAnsi="Arial" w:cs="Arial"/>
                <w:sz w:val="16"/>
                <w:rtl/>
              </w:rPr>
            </w:r>
            <w:r>
              <w:rPr>
                <w:rFonts w:ascii="Arial" w:hAnsi="Arial" w:cs="Arial"/>
                <w:b w:val="0"/>
                <w:sz w:val="16"/>
                <w:rtl/>
              </w:rPr>
              <w:t>.... / .... / ........</w:t>
            </w:r>
          </w:p>
        </w:tc>
        <w:tc>
          <w:tcPr>
            <w:tcW w:type="dxa" w:w="2513"/>
            <w:vAlign w:val="center"/>
            <w:tcMar>
              <w:top w:w="75" w:type="dxa"/>
              <w:start w:w="75" w:type="dxa"/>
              <w:bottom w:w="75" w:type="dxa"/>
              <w:end w:w="75" w:type="dxa"/>
            </w:tcMar>
          </w:tcPr>
          <w:p>
            <w:pPr>
              <w:spacing w:before="0" w:after="0" w:line="240" w:lineRule="auto"/>
              <w:jc w:val="center"/>
              <w:bidi/>
            </w:pPr>
            <w:r>
              <w:rPr>
                <w:rFonts w:ascii="Arial" w:hAnsi="Arial" w:cs="Arial"/>
                <w:sz w:val="16"/>
                <w:rtl/>
              </w:rPr>
            </w:r>
            <w:r>
              <w:rPr>
                <w:rFonts w:ascii="Arial" w:hAnsi="Arial" w:cs="Arial"/>
                <w:b w:val="0"/>
                <w:sz w:val="16"/>
                <w:rtl/>
              </w:rPr>
              <w:t>الاسم والتوقيع والختم</w:t>
            </w:r>
          </w:p>
        </w:tc>
      </w:tr>
    </w:tbl>
    <w:p/>
    <w:p>
      <w:pPr>
        <w:spacing w:after="100" w:line="276" w:lineRule="auto"/>
        <w:jc w:val="both"/>
        <w:bidi/>
      </w:pPr>
      <w:r>
        <w:rPr>
          <w:rFonts w:ascii="Arial" w:hAnsi="Arial" w:cs="Arial"/>
          <w:b/>
          <w:color w:val="20A98B"/>
          <w:sz w:val="22"/>
        </w:rPr>
        <w:t>ضوابط ملزمة للسقوف المعتمدة:</w:t>
      </w:r>
    </w:p>
    <w:p>
      <w:pPr>
        <w:pStyle w:val="ListBullet"/>
        <w:spacing w:after="60"/>
        <w:jc w:val="right"/>
        <w:bidi/>
      </w:pPr>
      <w:r>
        <w:rPr>
          <w:rFonts w:ascii="Arial" w:hAnsi="Arial" w:cs="Arial"/>
          <w:b w:val="0"/>
          <w:color w:val="173642"/>
          <w:sz w:val="20"/>
        </w:rPr>
        <w:t>يمنع تجزئة المشتريات أو العقود بقصد النزول إلى سقف أقل.</w:t>
      </w:r>
    </w:p>
    <w:p>
      <w:pPr>
        <w:pStyle w:val="ListBullet"/>
        <w:spacing w:after="60"/>
        <w:jc w:val="right"/>
        <w:bidi/>
      </w:pPr>
      <w:r>
        <w:rPr>
          <w:rFonts w:ascii="Arial" w:hAnsi="Arial" w:cs="Arial"/>
          <w:b w:val="0"/>
          <w:color w:val="173642"/>
          <w:sz w:val="20"/>
        </w:rPr>
        <w:t>تخضع معاملات الأطراف ذوي العلاقة لسياسة تعارض المصالح مهما كانت القيمة.</w:t>
      </w:r>
    </w:p>
    <w:p>
      <w:pPr>
        <w:pStyle w:val="ListBullet"/>
        <w:spacing w:after="60"/>
        <w:jc w:val="right"/>
        <w:bidi/>
      </w:pPr>
      <w:r>
        <w:rPr>
          <w:rFonts w:ascii="Arial" w:hAnsi="Arial" w:cs="Arial"/>
          <w:b w:val="0"/>
          <w:color w:val="173642"/>
          <w:sz w:val="20"/>
        </w:rPr>
        <w:t>المصدر الوحيد والشراء العاجل لا يعفيان من التوثيق واعتماد الاستثناء.</w:t>
      </w:r>
    </w:p>
    <w:p>
      <w:pPr>
        <w:pStyle w:val="ListBullet"/>
        <w:spacing w:after="60"/>
        <w:jc w:val="right"/>
        <w:bidi/>
      </w:pPr>
      <w:r>
        <w:rPr>
          <w:rFonts w:ascii="Arial" w:hAnsi="Arial" w:cs="Arial"/>
          <w:b w:val="0"/>
          <w:color w:val="173642"/>
          <w:sz w:val="20"/>
        </w:rPr>
        <w:t>تراعى قواعد الفصل بين الطلب والاعتماد والاستلام وإجازة الصرف.</w:t>
      </w:r>
    </w:p>
    <w:p>
      <w:pPr>
        <w:pStyle w:val="ListBullet"/>
        <w:spacing w:after="60"/>
        <w:jc w:val="right"/>
        <w:bidi/>
      </w:pPr>
      <w:r>
        <w:rPr>
          <w:rFonts w:ascii="Arial" w:hAnsi="Arial" w:cs="Arial"/>
          <w:b w:val="0"/>
          <w:color w:val="173642"/>
          <w:sz w:val="20"/>
        </w:rPr>
        <w:t>السقوف المالية معتمدة وملزمة، وتطبق من تاريخ نفاذ قرار مجلس الإدارة، ويلغى ما يتعارض معها من ترتيبات سابقة.</w:t>
      </w:r>
    </w:p>
    <w:sectPr w:rsidR="001670E6" w:rsidRPr="00FE7123" w:rsidSect="00213B6D">
      <w:headerReference w:type="default" r:id="rId8"/>
      <w:footerReference w:type="default" r:id="rId9"/>
      <w:headerReference w:type="first" r:id="rId12"/>
      <w:headerReference w:type="even" r:id="rId13"/>
      <w:footerReference w:type="first" r:id="rId14"/>
      <w:footerReference w:type="even" r:id="rId15"/>
      <w:pgSz w:w="11906" w:h="16838"/>
      <w:pgMar w:top="2520" w:right="1133" w:bottom="1530" w:left="720" w:header="142" w:footer="0" w:gutter="0"/>
      <w:pgNumType w:start="1"/>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DF419A" w14:textId="77777777" w:rsidR="00587A5A" w:rsidRDefault="00587A5A" w:rsidP="0066375E">
      <w:pPr>
        <w:spacing w:after="0" w:line="240" w:lineRule="auto"/>
      </w:pPr>
      <w:r>
        <w:separator/>
      </w:r>
    </w:p>
  </w:endnote>
  <w:endnote w:type="continuationSeparator" w:id="0">
    <w:p w14:paraId="576FDBDB" w14:textId="77777777" w:rsidR="00587A5A" w:rsidRDefault="00587A5A" w:rsidP="006637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altName w:val="Calibri"/>
    <w:charset w:val="00"/>
    <w:family w:val="swiss"/>
    <w:pitch w:val="variable"/>
    <w:sig w:usb0="20000287" w:usb1="00000003" w:usb2="00000000" w:usb3="00000000" w:csb0="0000019F" w:csb1="00000000"/>
  </w:font>
  <w:font w:name="Courier">
    <w:panose1 w:val="02070409020205020404"/>
    <w:charset w:val="00"/>
    <w:family w:val="auto"/>
    <w:pitch w:val="variable"/>
    <w:sig w:usb0="00000003" w:usb1="00000000" w:usb2="00000000" w:usb3="00000000" w:csb0="00000001" w:csb1="00000000"/>
  </w:font>
  <w:font w:name="Sakkal Majalla">
    <w:altName w:val="Sakkal Majalla"/>
    <w:charset w:val="B2"/>
    <w:family w:val="auto"/>
    <w:pitch w:val="variable"/>
    <w:sig w:usb0="80002007" w:usb1="80000000" w:usb2="00000008" w:usb3="00000000" w:csb0="000000D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508371272"/>
      <w:docPartObj>
        <w:docPartGallery w:val="Page Numbers (Bottom of Page)"/>
        <w:docPartUnique/>
      </w:docPartObj>
    </w:sdtPr>
    <w:sdtEndPr/>
    <w:sdtContent>
      <w:p w14:paraId="2219CB37" w14:textId="152A69F8" w:rsidR="00E82012" w:rsidRDefault="001670E6">
        <w:pPr>
          <w:pStyle w:val="Footer"/>
          <w:jc w:val="center"/>
        </w:pPr>
        <w:r>
          <w:rPr>
            <w:noProof/>
          </w:rPr>
          <mc:AlternateContent>
            <mc:Choice Requires="wps">
              <w:drawing>
                <wp:anchor distT="0" distB="0" distL="114300" distR="114300" simplePos="0" relativeHeight="251664384" behindDoc="0" locked="0" layoutInCell="1" allowOverlap="1" wp14:anchorId="52D0807B" wp14:editId="6CBEAB30">
                  <wp:simplePos x="0" y="0"/>
                  <wp:positionH relativeFrom="column">
                    <wp:posOffset>-537882</wp:posOffset>
                  </wp:positionH>
                  <wp:positionV relativeFrom="paragraph">
                    <wp:posOffset>-568250</wp:posOffset>
                  </wp:positionV>
                  <wp:extent cx="7645213" cy="846604"/>
                  <wp:effectExtent l="0" t="0" r="0" b="0"/>
                  <wp:wrapNone/>
                  <wp:docPr id="7" name="مستطيل 7"/>
                  <wp:cNvGraphicFramePr/>
                  <a:graphic xmlns:a="http://schemas.openxmlformats.org/drawingml/2006/main">
                    <a:graphicData uri="http://schemas.microsoft.com/office/word/2010/wordprocessingShape">
                      <wps:wsp>
                        <wps:cNvSpPr/>
                        <wps:spPr>
                          <a:xfrm>
                            <a:off x="0" y="0"/>
                            <a:ext cx="7645213" cy="846604"/>
                          </a:xfrm>
                          <a:prstGeom prst="rect">
                            <a:avLst/>
                          </a:prstGeom>
                          <a:blipFill dpi="0" rotWithShape="1">
                            <a:blip r:embed="rId1">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1DB1E509" id="مستطيل 7" o:spid="_x0000_s1026" style="position:absolute;left:0;text-align:left;margin-left:-42.35pt;margin-top:-44.75pt;width:602pt;height:66.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" stroked="f" strokeweight="1pt">
                  <v:fill r:id="rId2" o:title="" recolor="t" rotate="t" type="frame"/>
                </v:rect>
              </w:pict>
            </mc:Fallback>
          </mc:AlternateContent>
        </w:r>
        <w:r w:rsidR="00E82012">
          <w:fldChar w:fldCharType="begin"/>
        </w:r>
        <w:r w:rsidR="00E82012">
          <w:instrText>PAGE   \* MERGEFORMAT</w:instrText>
        </w:r>
        <w:r w:rsidR="00E82012">
          <w:fldChar w:fldCharType="separate"/>
        </w:r>
        <w:r w:rsidR="009C4330" w:rsidRPr="009C4330">
          <w:rPr>
            <w:noProof/>
            <w:rtl/>
            <w:lang w:val="ar-SA"/>
          </w:rPr>
          <w:t>1</w:t>
        </w:r>
        <w:r w:rsidR="00E82012">
          <w:fldChar w:fldCharType="end"/>
        </w:r>
      </w:p>
    </w:sdtContent>
  </w:sdt>
  <w:p w14:paraId="7E8F16D2" w14:textId="77777777" w:rsidR="00E82012" w:rsidRDefault="00E82012">
    <w:pPr>
      <w:pStyle w:val="Footer"/>
    </w:pP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DD074A" w14:textId="77777777" w:rsidR="00587A5A" w:rsidRDefault="00587A5A" w:rsidP="0066375E">
      <w:pPr>
        <w:spacing w:after="0" w:line="240" w:lineRule="auto"/>
      </w:pPr>
      <w:r>
        <w:separator/>
      </w:r>
    </w:p>
  </w:footnote>
  <w:footnote w:type="continuationSeparator" w:id="0">
    <w:p w14:paraId="45B7D655" w14:textId="77777777" w:rsidR="00587A5A" w:rsidRDefault="00587A5A" w:rsidP="006637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00E4FEE" w14:textId="2AA3089B" w:rsidR="00C30390" w:rsidRDefault="00FA5AE3" w:rsidP="00EE737E">
    <w:pPr>
      <w:pStyle w:val="ab"/>
      <w:rPr>
        <w:rFonts w:ascii="Sakkal Majalla" w:hAnsi="Sakkal Majalla" w:cs="Sakkal Majalla"/>
        <w:b/>
        <w:bCs/>
        <w:color w:val="000000" w:themeColor="text1"/>
        <w:sz w:val="28"/>
        <w:szCs w:val="28"/>
        <w:rtl/>
      </w:rPr>
    </w:pPr>
    <w:r>
      <w:rPr>
        <w:noProof/>
      </w:rPr>
      <mc:AlternateContent>
        <mc:Choice Requires="wps">
          <w:drawing>
            <wp:anchor distT="0" distB="0" distL="114300" distR="114300" simplePos="0" relativeHeight="251663360" behindDoc="0" locked="0" layoutInCell="1" allowOverlap="1" wp14:anchorId="6A304B1F" wp14:editId="222A7930">
              <wp:simplePos x="0" y="0"/>
              <wp:positionH relativeFrom="page">
                <wp:align>left</wp:align>
              </wp:positionH>
              <wp:positionV relativeFrom="paragraph">
                <wp:posOffset>-196850</wp:posOffset>
              </wp:positionV>
              <wp:extent cx="7814310" cy="1647825"/>
              <wp:effectExtent l="0" t="0" r="0" b="9525"/>
              <wp:wrapNone/>
              <wp:docPr id="4" name="مستطيل 4"/>
              <wp:cNvGraphicFramePr/>
              <a:graphic xmlns:a="http://schemas.openxmlformats.org/drawingml/2006/main">
                <a:graphicData uri="http://schemas.microsoft.com/office/word/2010/wordprocessingShape">
                  <wps:wsp>
                    <wps:cNvSpPr/>
                    <wps:spPr>
                      <a:xfrm>
                        <a:off x="0" y="0"/>
                        <a:ext cx="7814310" cy="1647825"/>
                      </a:xfrm>
                      <a:prstGeom prst="rect">
                        <a:avLst/>
                      </a:prstGeom>
                      <a:blipFill dpi="0" rotWithShape="1">
                        <a:blip r:embed="rId1">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7C6A2D" id="مستطيل 4" o:spid="_x0000_s1026" style="position:absolute;margin-left:0;margin-top:-15.5pt;width:615.3pt;height:129.75pt;z-index:25166336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" stroked="f" strokeweight="1pt">
              <v:fill r:id="rId2" o:title="" recolor="t" rotate="t" type="frame"/>
              <w10:wrap anchorx="page"/>
            </v:rect>
          </w:pict>
        </mc:Fallback>
      </mc:AlternateContent>
    </w:r>
  </w:p>
  <w:p w14:paraId="7BAD1940" w14:textId="521ACBC6" w:rsidR="00EE737E" w:rsidRDefault="00EE737E" w:rsidP="0066375E">
    <w:pPr>
      <w:pStyle w:val="ab"/>
      <w:jc w:val="center"/>
      <w:rPr>
        <w:rFonts w:ascii="Sakkal Majalla" w:hAnsi="Sakkal Majalla" w:cs="Sakkal Majalla"/>
        <w:b/>
        <w:bCs/>
        <w:color w:val="000000" w:themeColor="text1"/>
        <w:sz w:val="28"/>
        <w:szCs w:val="28"/>
        <w:rtl/>
      </w:rPr>
    </w:pPr>
  </w:p>
  <w:p w14:paraId="596B6EC7" w14:textId="4A7C1E2C" w:rsidR="00EE737E" w:rsidRDefault="00EE737E" w:rsidP="0066375E">
    <w:pPr>
      <w:pStyle w:val="ab"/>
      <w:jc w:val="center"/>
      <w:rPr>
        <w:rFonts w:ascii="Sakkal Majalla" w:hAnsi="Sakkal Majalla" w:cs="Sakkal Majalla"/>
        <w:b/>
        <w:bCs/>
        <w:color w:val="000000" w:themeColor="text1"/>
        <w:sz w:val="28"/>
        <w:szCs w:val="28"/>
        <w:rtl/>
      </w:rPr>
    </w:pPr>
  </w:p>
  <w:p w14:paraId="222BB744" w14:textId="0C068AC1" w:rsidR="00EE737E" w:rsidRPr="00BF53DA" w:rsidRDefault="00EE737E" w:rsidP="00EE737E">
    <w:pPr>
      <w:pStyle w:val="ab"/>
      <w:jc w:val="center"/>
      <w:rPr>
        <w:rFonts w:ascii="Sakkal Majalla" w:hAnsi="Sakkal Majalla" w:cs="Sakkal Majalla"/>
        <w:b/>
        <w:bCs/>
        <w:color w:val="000000" w:themeColor="text1"/>
        <w:sz w:val="28"/>
        <w:szCs w:val="28"/>
        <w:rtl/>
      </w:rPr>
    </w:pP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header3.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7CE56AE"/>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FFA163A"/>
    <w:multiLevelType w:val="hybridMultilevel"/>
    <w:tmpl w:val="E8BE73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11B4D8C"/>
    <w:multiLevelType w:val="hybridMultilevel"/>
    <w:tmpl w:val="96F6EC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9"/>
  </w:num>
  <w:num w:numId="3">
    <w:abstractNumId w:val="8"/>
  </w:num>
  <w:num w:numId="4">
    <w:abstractNumId w:val="6"/>
  </w:num>
  <w:num w:numId="5">
    <w:abstractNumId w:val="5"/>
  </w:num>
  <w:num w:numId="6">
    <w:abstractNumId w:val="4"/>
  </w:num>
  <w:num w:numId="7">
    <w:abstractNumId w:val="7"/>
  </w:num>
  <w:num w:numId="8">
    <w:abstractNumId w:val="3"/>
  </w:num>
  <w:num w:numId="9">
    <w:abstractNumId w:val="2"/>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updateFields w:val="true"/>
  <w:zoom w:percent="9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7AE7"/>
    <w:rsid w:val="00005FD6"/>
    <w:rsid w:val="00006D4E"/>
    <w:rsid w:val="00021F5B"/>
    <w:rsid w:val="000270BA"/>
    <w:rsid w:val="000307E2"/>
    <w:rsid w:val="000310C1"/>
    <w:rsid w:val="0003468C"/>
    <w:rsid w:val="0004330A"/>
    <w:rsid w:val="0004335A"/>
    <w:rsid w:val="0005016D"/>
    <w:rsid w:val="000571F2"/>
    <w:rsid w:val="00065FEB"/>
    <w:rsid w:val="00066A23"/>
    <w:rsid w:val="000749E1"/>
    <w:rsid w:val="00093316"/>
    <w:rsid w:val="000C0999"/>
    <w:rsid w:val="000C398C"/>
    <w:rsid w:val="000C7C65"/>
    <w:rsid w:val="001115AC"/>
    <w:rsid w:val="00111DB9"/>
    <w:rsid w:val="001160D8"/>
    <w:rsid w:val="00120CB5"/>
    <w:rsid w:val="001272FE"/>
    <w:rsid w:val="0013258B"/>
    <w:rsid w:val="0013335D"/>
    <w:rsid w:val="001348C6"/>
    <w:rsid w:val="00155899"/>
    <w:rsid w:val="001609BD"/>
    <w:rsid w:val="00160A77"/>
    <w:rsid w:val="001614FE"/>
    <w:rsid w:val="001670E6"/>
    <w:rsid w:val="00175832"/>
    <w:rsid w:val="00193B9D"/>
    <w:rsid w:val="001C55C2"/>
    <w:rsid w:val="001C6153"/>
    <w:rsid w:val="001C6FEE"/>
    <w:rsid w:val="001E3AE7"/>
    <w:rsid w:val="001E68DF"/>
    <w:rsid w:val="001F5E89"/>
    <w:rsid w:val="001F7C7F"/>
    <w:rsid w:val="00213B6D"/>
    <w:rsid w:val="0021711D"/>
    <w:rsid w:val="00217D8C"/>
    <w:rsid w:val="002319FD"/>
    <w:rsid w:val="00250FEA"/>
    <w:rsid w:val="0025384D"/>
    <w:rsid w:val="00261D8D"/>
    <w:rsid w:val="00273C20"/>
    <w:rsid w:val="00277EFA"/>
    <w:rsid w:val="00285FC1"/>
    <w:rsid w:val="002967B6"/>
    <w:rsid w:val="002A6E96"/>
    <w:rsid w:val="002A7320"/>
    <w:rsid w:val="002A7ADD"/>
    <w:rsid w:val="002B726B"/>
    <w:rsid w:val="002C0669"/>
    <w:rsid w:val="002C26A7"/>
    <w:rsid w:val="002E1365"/>
    <w:rsid w:val="002E6242"/>
    <w:rsid w:val="002F357C"/>
    <w:rsid w:val="002F52C8"/>
    <w:rsid w:val="002F6139"/>
    <w:rsid w:val="00315DFB"/>
    <w:rsid w:val="00332041"/>
    <w:rsid w:val="00337DEC"/>
    <w:rsid w:val="003400E4"/>
    <w:rsid w:val="00340EB8"/>
    <w:rsid w:val="003427E9"/>
    <w:rsid w:val="003458F2"/>
    <w:rsid w:val="00354309"/>
    <w:rsid w:val="00356737"/>
    <w:rsid w:val="003655CD"/>
    <w:rsid w:val="00367500"/>
    <w:rsid w:val="00367919"/>
    <w:rsid w:val="003837EE"/>
    <w:rsid w:val="003871A6"/>
    <w:rsid w:val="0039232D"/>
    <w:rsid w:val="00395537"/>
    <w:rsid w:val="003A32C3"/>
    <w:rsid w:val="003B2AA0"/>
    <w:rsid w:val="003E1339"/>
    <w:rsid w:val="003E1909"/>
    <w:rsid w:val="003E2136"/>
    <w:rsid w:val="00400446"/>
    <w:rsid w:val="00401203"/>
    <w:rsid w:val="00401BAC"/>
    <w:rsid w:val="00407FA9"/>
    <w:rsid w:val="00443311"/>
    <w:rsid w:val="004444FA"/>
    <w:rsid w:val="004641ED"/>
    <w:rsid w:val="004A239C"/>
    <w:rsid w:val="004B0958"/>
    <w:rsid w:val="00501A23"/>
    <w:rsid w:val="00525AD1"/>
    <w:rsid w:val="0053603F"/>
    <w:rsid w:val="00550AED"/>
    <w:rsid w:val="00566858"/>
    <w:rsid w:val="005756EE"/>
    <w:rsid w:val="005805C5"/>
    <w:rsid w:val="00584F0D"/>
    <w:rsid w:val="0058571B"/>
    <w:rsid w:val="00587A5A"/>
    <w:rsid w:val="005951C0"/>
    <w:rsid w:val="005B1817"/>
    <w:rsid w:val="005B2324"/>
    <w:rsid w:val="005B29CB"/>
    <w:rsid w:val="005C0282"/>
    <w:rsid w:val="005E1140"/>
    <w:rsid w:val="005E18BF"/>
    <w:rsid w:val="00604B6D"/>
    <w:rsid w:val="00614D3E"/>
    <w:rsid w:val="00620586"/>
    <w:rsid w:val="0062255E"/>
    <w:rsid w:val="006352B6"/>
    <w:rsid w:val="006373FA"/>
    <w:rsid w:val="0064695B"/>
    <w:rsid w:val="006506DF"/>
    <w:rsid w:val="00653314"/>
    <w:rsid w:val="0066375E"/>
    <w:rsid w:val="006645A0"/>
    <w:rsid w:val="006758BC"/>
    <w:rsid w:val="00680E58"/>
    <w:rsid w:val="006852E9"/>
    <w:rsid w:val="00685629"/>
    <w:rsid w:val="00694C1D"/>
    <w:rsid w:val="006A7759"/>
    <w:rsid w:val="006B5AAE"/>
    <w:rsid w:val="006D17E6"/>
    <w:rsid w:val="006D33E5"/>
    <w:rsid w:val="006D611C"/>
    <w:rsid w:val="006D74C1"/>
    <w:rsid w:val="006E3C12"/>
    <w:rsid w:val="006F078B"/>
    <w:rsid w:val="006F2B7A"/>
    <w:rsid w:val="00706D4B"/>
    <w:rsid w:val="00720AA2"/>
    <w:rsid w:val="00721D62"/>
    <w:rsid w:val="007245A6"/>
    <w:rsid w:val="00742778"/>
    <w:rsid w:val="007427F1"/>
    <w:rsid w:val="00743F0F"/>
    <w:rsid w:val="0074660F"/>
    <w:rsid w:val="007607F5"/>
    <w:rsid w:val="00781A7F"/>
    <w:rsid w:val="0078354F"/>
    <w:rsid w:val="00783849"/>
    <w:rsid w:val="007A38A5"/>
    <w:rsid w:val="007A6638"/>
    <w:rsid w:val="007B2769"/>
    <w:rsid w:val="007B77F0"/>
    <w:rsid w:val="007D1FBA"/>
    <w:rsid w:val="007E652D"/>
    <w:rsid w:val="007E7081"/>
    <w:rsid w:val="007F1160"/>
    <w:rsid w:val="00825F43"/>
    <w:rsid w:val="00836E3E"/>
    <w:rsid w:val="008507DF"/>
    <w:rsid w:val="0085526A"/>
    <w:rsid w:val="00857410"/>
    <w:rsid w:val="00857AE7"/>
    <w:rsid w:val="00860F86"/>
    <w:rsid w:val="00860FC9"/>
    <w:rsid w:val="00862710"/>
    <w:rsid w:val="00872077"/>
    <w:rsid w:val="008721D3"/>
    <w:rsid w:val="00881351"/>
    <w:rsid w:val="008A22CC"/>
    <w:rsid w:val="008D0309"/>
    <w:rsid w:val="008D4369"/>
    <w:rsid w:val="008D640C"/>
    <w:rsid w:val="008E03B8"/>
    <w:rsid w:val="008F0DEA"/>
    <w:rsid w:val="008F453E"/>
    <w:rsid w:val="00906A6C"/>
    <w:rsid w:val="00934E28"/>
    <w:rsid w:val="009501C5"/>
    <w:rsid w:val="00955184"/>
    <w:rsid w:val="00955B2C"/>
    <w:rsid w:val="0095682D"/>
    <w:rsid w:val="00961814"/>
    <w:rsid w:val="009772BE"/>
    <w:rsid w:val="00984B16"/>
    <w:rsid w:val="009871EA"/>
    <w:rsid w:val="00991196"/>
    <w:rsid w:val="009B3C57"/>
    <w:rsid w:val="009C0861"/>
    <w:rsid w:val="009C4330"/>
    <w:rsid w:val="009F33A5"/>
    <w:rsid w:val="00A0771E"/>
    <w:rsid w:val="00A10C03"/>
    <w:rsid w:val="00A12167"/>
    <w:rsid w:val="00A336E0"/>
    <w:rsid w:val="00A44C01"/>
    <w:rsid w:val="00A4645D"/>
    <w:rsid w:val="00A54C8A"/>
    <w:rsid w:val="00A564F2"/>
    <w:rsid w:val="00A575E9"/>
    <w:rsid w:val="00A6072B"/>
    <w:rsid w:val="00A62052"/>
    <w:rsid w:val="00A63229"/>
    <w:rsid w:val="00A94F8A"/>
    <w:rsid w:val="00AB0038"/>
    <w:rsid w:val="00AB2220"/>
    <w:rsid w:val="00AB31D3"/>
    <w:rsid w:val="00AC0893"/>
    <w:rsid w:val="00AC4E05"/>
    <w:rsid w:val="00AC7B11"/>
    <w:rsid w:val="00AD2AFE"/>
    <w:rsid w:val="00AD5C75"/>
    <w:rsid w:val="00AE4D1D"/>
    <w:rsid w:val="00AE7583"/>
    <w:rsid w:val="00AF712C"/>
    <w:rsid w:val="00B14AC2"/>
    <w:rsid w:val="00B20A37"/>
    <w:rsid w:val="00B30928"/>
    <w:rsid w:val="00B33048"/>
    <w:rsid w:val="00B33F07"/>
    <w:rsid w:val="00B410EA"/>
    <w:rsid w:val="00B43A3E"/>
    <w:rsid w:val="00B5206D"/>
    <w:rsid w:val="00B52F85"/>
    <w:rsid w:val="00B53913"/>
    <w:rsid w:val="00B56E6E"/>
    <w:rsid w:val="00B862C1"/>
    <w:rsid w:val="00B97FCA"/>
    <w:rsid w:val="00BA4717"/>
    <w:rsid w:val="00BD6492"/>
    <w:rsid w:val="00BE12B5"/>
    <w:rsid w:val="00BE3AA8"/>
    <w:rsid w:val="00BF455E"/>
    <w:rsid w:val="00BF4B4F"/>
    <w:rsid w:val="00BF53DA"/>
    <w:rsid w:val="00C06F10"/>
    <w:rsid w:val="00C20AFB"/>
    <w:rsid w:val="00C24019"/>
    <w:rsid w:val="00C30390"/>
    <w:rsid w:val="00C36550"/>
    <w:rsid w:val="00C374EA"/>
    <w:rsid w:val="00C40420"/>
    <w:rsid w:val="00C417B5"/>
    <w:rsid w:val="00C61B0D"/>
    <w:rsid w:val="00C765B1"/>
    <w:rsid w:val="00C76602"/>
    <w:rsid w:val="00C81BA8"/>
    <w:rsid w:val="00CA0958"/>
    <w:rsid w:val="00CA2994"/>
    <w:rsid w:val="00CB4495"/>
    <w:rsid w:val="00CC0680"/>
    <w:rsid w:val="00CD7722"/>
    <w:rsid w:val="00CD772A"/>
    <w:rsid w:val="00CE2285"/>
    <w:rsid w:val="00CF3E88"/>
    <w:rsid w:val="00D00A5F"/>
    <w:rsid w:val="00D13699"/>
    <w:rsid w:val="00D24B0B"/>
    <w:rsid w:val="00D26E39"/>
    <w:rsid w:val="00D2731B"/>
    <w:rsid w:val="00D443D5"/>
    <w:rsid w:val="00D448F8"/>
    <w:rsid w:val="00D458D5"/>
    <w:rsid w:val="00D50350"/>
    <w:rsid w:val="00D72B6C"/>
    <w:rsid w:val="00D77B2C"/>
    <w:rsid w:val="00DD0F74"/>
    <w:rsid w:val="00DD52D6"/>
    <w:rsid w:val="00DE4171"/>
    <w:rsid w:val="00DE73D7"/>
    <w:rsid w:val="00DF0EF2"/>
    <w:rsid w:val="00DF54ED"/>
    <w:rsid w:val="00DF7106"/>
    <w:rsid w:val="00E032B8"/>
    <w:rsid w:val="00E14C1F"/>
    <w:rsid w:val="00E16D7F"/>
    <w:rsid w:val="00E51C95"/>
    <w:rsid w:val="00E7572F"/>
    <w:rsid w:val="00E80121"/>
    <w:rsid w:val="00E82012"/>
    <w:rsid w:val="00E8555F"/>
    <w:rsid w:val="00E913DB"/>
    <w:rsid w:val="00E941F5"/>
    <w:rsid w:val="00E96428"/>
    <w:rsid w:val="00EA1275"/>
    <w:rsid w:val="00ED2352"/>
    <w:rsid w:val="00EE3030"/>
    <w:rsid w:val="00EE5E7A"/>
    <w:rsid w:val="00EE737E"/>
    <w:rsid w:val="00EF0768"/>
    <w:rsid w:val="00EF20AE"/>
    <w:rsid w:val="00F24E5B"/>
    <w:rsid w:val="00F2629C"/>
    <w:rsid w:val="00F26A80"/>
    <w:rsid w:val="00F27A31"/>
    <w:rsid w:val="00F37FCD"/>
    <w:rsid w:val="00F37FF3"/>
    <w:rsid w:val="00F44218"/>
    <w:rsid w:val="00F73C00"/>
    <w:rsid w:val="00F77C78"/>
    <w:rsid w:val="00F9515F"/>
    <w:rsid w:val="00FA14C2"/>
    <w:rsid w:val="00FA5AE3"/>
    <w:rsid w:val="00FC0C04"/>
    <w:rsid w:val="00FE7123"/>
    <w:rsid w:val="00FF1371"/>
    <w:rsid w:val="00FF3AD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DC96C9"/>
  <w15:chartTrackingRefBased/>
  <w15:docId w15:val="{D134E081-C0CD-4849-A1F4-83C266BB2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rPr>
      <w:rFonts w:ascii="Arial" w:hAnsi="Arial" w:cs="Arial"/>
      <w:sz w:val="21"/>
    </w:rPr>
  </w:style>
  <w:style w:type="paragraph" w:styleId="Heading1">
    <w:name w:val="heading 1"/>
    <w:basedOn w:val="Normal"/>
    <w:next w:val="Normal"/>
    <w:link w:val="Heading1Char"/>
    <w:uiPriority w:val="9"/>
    <w:qFormat/>
    <w:rsid w:val="00857AE7"/>
    <w:pPr>
      <w:keepNext/>
      <w:keepLines/>
      <w:spacing w:before="360" w:after="80"/>
      <w:outlineLvl w:val="0"/>
    </w:pPr>
    <w:rPr>
      <w:rFonts w:asciiTheme="majorHAnsi" w:eastAsiaTheme="majorEastAsia" w:hAnsiTheme="majorHAnsi" w:cstheme="majorBidi" w:ascii="Arial" w:hAnsi="Arial" w:cs="Arial"/>
      <w:color w:val="0F4761" w:themeColor="accent1" w:themeShade="BF"/>
      <w:sz w:val="32"/>
      <w:szCs w:val="40"/>
    </w:rPr>
  </w:style>
  <w:style w:type="paragraph" w:styleId="Heading2">
    <w:name w:val="heading 2"/>
    <w:basedOn w:val="Normal"/>
    <w:next w:val="Normal"/>
    <w:link w:val="Heading2Char"/>
    <w:uiPriority w:val="9"/>
    <w:unhideWhenUsed/>
    <w:qFormat/>
    <w:rsid w:val="00857AE7"/>
    <w:pPr>
      <w:keepNext/>
      <w:keepLines/>
      <w:spacing w:before="160" w:after="80"/>
      <w:outlineLvl w:val="1"/>
    </w:pPr>
    <w:rPr>
      <w:rFonts w:asciiTheme="majorHAnsi" w:eastAsiaTheme="majorEastAsia" w:hAnsiTheme="majorHAnsi" w:cstheme="majorBidi" w:ascii="Arial" w:hAnsi="Arial" w:cs="Arial"/>
      <w:color w:val="0F4761" w:themeColor="accent1" w:themeShade="BF"/>
      <w:sz w:val="25"/>
      <w:szCs w:val="32"/>
    </w:rPr>
  </w:style>
  <w:style w:type="paragraph" w:styleId="Heading3">
    <w:name w:val="heading 3"/>
    <w:basedOn w:val="Normal"/>
    <w:next w:val="Normal"/>
    <w:link w:val="Heading3Char"/>
    <w:uiPriority w:val="9"/>
    <w:unhideWhenUsed/>
    <w:qFormat/>
    <w:rsid w:val="00857AE7"/>
    <w:pPr>
      <w:keepNext/>
      <w:keepLines/>
      <w:spacing w:before="160" w:after="80"/>
      <w:outlineLvl w:val="2"/>
    </w:pPr>
    <w:rPr>
      <w:rFonts w:eastAsiaTheme="majorEastAsia" w:cstheme="majorBidi" w:ascii="Arial" w:hAnsi="Arial" w:cs="Arial"/>
      <w:color w:val="0F4761" w:themeColor="accent1" w:themeShade="BF"/>
      <w:sz w:val="23"/>
      <w:szCs w:val="28"/>
    </w:rPr>
  </w:style>
  <w:style w:type="paragraph" w:styleId="Heading4">
    <w:name w:val="heading 4"/>
    <w:basedOn w:val="Normal"/>
    <w:next w:val="Normal"/>
    <w:link w:val="Heading4Char"/>
    <w:uiPriority w:val="9"/>
    <w:semiHidden/>
    <w:unhideWhenUsed/>
    <w:qFormat/>
    <w:rsid w:val="00857AE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57AE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57AE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57AE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57AE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57AE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7AE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57AE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857AE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57AE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57AE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57AE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57AE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57AE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57AE7"/>
    <w:rPr>
      <w:rFonts w:eastAsiaTheme="majorEastAsia" w:cstheme="majorBidi"/>
      <w:color w:val="272727" w:themeColor="text1" w:themeTint="D8"/>
    </w:rPr>
  </w:style>
  <w:style w:type="paragraph" w:styleId="Title">
    <w:name w:val="Title"/>
    <w:basedOn w:val="Normal"/>
    <w:next w:val="Normal"/>
    <w:link w:val="TitleChar"/>
    <w:uiPriority w:val="10"/>
    <w:qFormat/>
    <w:rsid w:val="00857AE7"/>
    <w:pPr>
      <w:spacing w:after="80" w:line="240" w:lineRule="auto"/>
      <w:contextualSpacing/>
    </w:pPr>
    <w:rPr>
      <w:rFonts w:asciiTheme="majorHAnsi" w:eastAsiaTheme="majorEastAsia" w:hAnsiTheme="majorHAnsi" w:cstheme="majorBidi" w:ascii="Arial" w:hAnsi="Arial" w:cs="Arial"/>
      <w:spacing w:val="-10"/>
      <w:kern w:val="28"/>
      <w:sz w:val="42"/>
      <w:szCs w:val="56"/>
    </w:rPr>
  </w:style>
  <w:style w:type="character" w:customStyle="1" w:styleId="TitleChar">
    <w:name w:val="Title Char"/>
    <w:basedOn w:val="DefaultParagraphFont"/>
    <w:link w:val="Title"/>
    <w:uiPriority w:val="10"/>
    <w:rsid w:val="00857AE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57AE7"/>
    <w:pPr>
      <w:numPr>
        <w:ilvl w:val="1"/>
      </w:numPr>
    </w:pPr>
    <w:rPr>
      <w:rFonts w:eastAsiaTheme="majorEastAsia" w:cstheme="majorBidi" w:ascii="Arial" w:hAnsi="Arial" w:cs="Arial"/>
      <w:color w:val="595959" w:themeColor="text1" w:themeTint="A6"/>
      <w:spacing w:val="15"/>
      <w:sz w:val="26"/>
      <w:szCs w:val="28"/>
    </w:rPr>
  </w:style>
  <w:style w:type="character" w:customStyle="1" w:styleId="SubtitleChar">
    <w:name w:val="Subtitle Char"/>
    <w:basedOn w:val="DefaultParagraphFont"/>
    <w:link w:val="Subtitle"/>
    <w:uiPriority w:val="11"/>
    <w:rsid w:val="00857AE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57AE7"/>
    <w:pPr>
      <w:spacing w:before="160"/>
      <w:jc w:val="center"/>
    </w:pPr>
    <w:rPr>
      <w:i/>
      <w:iCs/>
      <w:color w:val="404040" w:themeColor="text1" w:themeTint="BF"/>
    </w:rPr>
  </w:style>
  <w:style w:type="character" w:customStyle="1" w:styleId="QuoteChar">
    <w:name w:val="Quote Char"/>
    <w:basedOn w:val="DefaultParagraphFont"/>
    <w:link w:val="Quote"/>
    <w:uiPriority w:val="29"/>
    <w:rsid w:val="00857AE7"/>
    <w:rPr>
      <w:i/>
      <w:iCs/>
      <w:color w:val="404040" w:themeColor="text1" w:themeTint="BF"/>
    </w:rPr>
  </w:style>
  <w:style w:type="paragraph" w:styleId="ListParagraph">
    <w:name w:val="List Paragraph"/>
    <w:basedOn w:val="Normal"/>
    <w:uiPriority w:val="34"/>
    <w:qFormat/>
    <w:rsid w:val="00857AE7"/>
    <w:pPr>
      <w:ind w:left="720"/>
      <w:contextualSpacing/>
    </w:pPr>
  </w:style>
  <w:style w:type="character" w:styleId="IntenseEmphasis">
    <w:name w:val="Intense Emphasis"/>
    <w:basedOn w:val="DefaultParagraphFont"/>
    <w:uiPriority w:val="21"/>
    <w:qFormat/>
    <w:rsid w:val="00857AE7"/>
    <w:rPr>
      <w:i/>
      <w:iCs/>
      <w:color w:val="0F4761" w:themeColor="accent1" w:themeShade="BF"/>
    </w:rPr>
  </w:style>
  <w:style w:type="paragraph" w:styleId="IntenseQuote">
    <w:name w:val="Intense Quote"/>
    <w:basedOn w:val="Normal"/>
    <w:next w:val="Normal"/>
    <w:link w:val="IntenseQuoteChar"/>
    <w:uiPriority w:val="30"/>
    <w:qFormat/>
    <w:rsid w:val="00857A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57AE7"/>
    <w:rPr>
      <w:i/>
      <w:iCs/>
      <w:color w:val="0F4761" w:themeColor="accent1" w:themeShade="BF"/>
    </w:rPr>
  </w:style>
  <w:style w:type="character" w:styleId="IntenseReference">
    <w:name w:val="Intense Reference"/>
    <w:basedOn w:val="DefaultParagraphFont"/>
    <w:uiPriority w:val="32"/>
    <w:qFormat/>
    <w:rsid w:val="00857AE7"/>
    <w:rPr>
      <w:b/>
      <w:bCs/>
      <w:smallCaps/>
      <w:color w:val="0F4761" w:themeColor="accent1" w:themeShade="BF"/>
      <w:spacing w:val="5"/>
    </w:rPr>
  </w:style>
  <w:style w:type="table" w:styleId="TableGrid">
    <w:name w:val="Table Grid"/>
    <w:basedOn w:val="TableNormal"/>
    <w:uiPriority w:val="59"/>
    <w:rsid w:val="006637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6375E"/>
    <w:pPr>
      <w:tabs>
        <w:tab w:val="center" w:pos="4153"/>
        <w:tab w:val="right" w:pos="8306"/>
      </w:tabs>
      <w:spacing w:after="0" w:line="240" w:lineRule="auto"/>
    </w:pPr>
  </w:style>
  <w:style w:type="character" w:customStyle="1" w:styleId="HeaderChar">
    <w:name w:val="Header Char"/>
    <w:basedOn w:val="DefaultParagraphFont"/>
    <w:link w:val="Header"/>
    <w:uiPriority w:val="99"/>
    <w:rsid w:val="0066375E"/>
  </w:style>
  <w:style w:type="paragraph" w:styleId="Footer">
    <w:name w:val="footer"/>
    <w:basedOn w:val="Normal"/>
    <w:link w:val="FooterChar"/>
    <w:uiPriority w:val="99"/>
    <w:unhideWhenUsed/>
    <w:rsid w:val="0066375E"/>
    <w:pPr>
      <w:tabs>
        <w:tab w:val="center" w:pos="4153"/>
        <w:tab w:val="right" w:pos="8306"/>
      </w:tabs>
      <w:spacing w:after="0" w:line="240" w:lineRule="auto"/>
    </w:pPr>
  </w:style>
  <w:style w:type="character" w:customStyle="1" w:styleId="FooterChar">
    <w:name w:val="Footer Char"/>
    <w:basedOn w:val="DefaultParagraphFont"/>
    <w:link w:val="Footer"/>
    <w:uiPriority w:val="99"/>
    <w:rsid w:val="0066375E"/>
  </w:style>
  <w:style w:type="paragraph" w:styleId="NormalWeb">
    <w:name w:val="Normal (Web)"/>
    <w:basedOn w:val="Normal"/>
    <w:uiPriority w:val="99"/>
    <w:unhideWhenUsed/>
    <w:rsid w:val="000C398C"/>
    <w:pPr>
      <w:bidi w:val="0"/>
      <w:spacing w:before="100" w:beforeAutospacing="1" w:after="100" w:afterAutospacing="1" w:line="240" w:lineRule="auto"/>
    </w:pPr>
    <w:rPr>
      <w:rFonts w:ascii="Times New Roman" w:eastAsia="Times New Roman" w:hAnsi="Times New Roman" w:cs="Times New Roman"/>
      <w:kern w:val="0"/>
      <w14:ligatures w14:val="none"/>
    </w:rPr>
  </w:style>
  <w:style w:type="character" w:styleId="LineNumber">
    <w:name w:val="line number"/>
    <w:basedOn w:val="DefaultParagraphFont"/>
    <w:uiPriority w:val="99"/>
    <w:semiHidden/>
    <w:unhideWhenUsed/>
    <w:rsid w:val="00E82012"/>
  </w:style>
  <w:style w:type="paragraph" w:styleId="NoSpacing">
    <w:name w:val="No Spacing"/>
    <w:uiPriority w:val="1"/>
    <w:qFormat/>
    <w:rsid w:val="00A564F2"/>
    <w:pPr>
      <w:spacing w:after="0" w:line="240" w:lineRule="auto"/>
    </w:pPr>
    <w:rPr>
      <w:rFonts w:eastAsiaTheme="minorEastAsia"/>
      <w:kern w:val="0"/>
      <w:sz w:val="22"/>
      <w:szCs w:val="22"/>
      <w14:ligatures w14:val="none"/>
    </w:rPr>
  </w:style>
  <w:style w:type="paragraph" w:styleId="BodyText">
    <w:name w:val="Body Text"/>
    <w:basedOn w:val="Normal"/>
    <w:link w:val="BodyTextChar"/>
    <w:uiPriority w:val="99"/>
    <w:unhideWhenUsed/>
    <w:rsid w:val="00A564F2"/>
    <w:pPr>
      <w:bidi w:val="0"/>
      <w:spacing w:after="120" w:line="276" w:lineRule="auto"/>
    </w:pPr>
    <w:rPr>
      <w:rFonts w:eastAsiaTheme="minorEastAsia"/>
      <w:kern w:val="0"/>
      <w:sz w:val="22"/>
      <w:szCs w:val="22"/>
      <w14:ligatures w14:val="none"/>
    </w:rPr>
  </w:style>
  <w:style w:type="character" w:customStyle="1" w:styleId="BodyTextChar">
    <w:name w:val="Body Text Char"/>
    <w:basedOn w:val="DefaultParagraphFont"/>
    <w:link w:val="BodyText"/>
    <w:uiPriority w:val="99"/>
    <w:rsid w:val="00A564F2"/>
    <w:rPr>
      <w:rFonts w:eastAsiaTheme="minorEastAsia"/>
      <w:kern w:val="0"/>
      <w:sz w:val="22"/>
      <w:szCs w:val="22"/>
      <w14:ligatures w14:val="none"/>
    </w:rPr>
  </w:style>
  <w:style w:type="paragraph" w:styleId="BodyText2">
    <w:name w:val="Body Text 2"/>
    <w:basedOn w:val="Normal"/>
    <w:link w:val="BodyText2Char"/>
    <w:uiPriority w:val="99"/>
    <w:unhideWhenUsed/>
    <w:rsid w:val="00A564F2"/>
    <w:pPr>
      <w:bidi w:val="0"/>
      <w:spacing w:after="120" w:line="480" w:lineRule="auto"/>
    </w:pPr>
    <w:rPr>
      <w:rFonts w:eastAsiaTheme="minorEastAsia"/>
      <w:kern w:val="0"/>
      <w:sz w:val="22"/>
      <w:szCs w:val="22"/>
      <w14:ligatures w14:val="none"/>
    </w:rPr>
  </w:style>
  <w:style w:type="character" w:customStyle="1" w:styleId="BodyText2Char">
    <w:name w:val="Body Text 2 Char"/>
    <w:basedOn w:val="DefaultParagraphFont"/>
    <w:link w:val="BodyText2"/>
    <w:uiPriority w:val="99"/>
    <w:rsid w:val="00A564F2"/>
    <w:rPr>
      <w:rFonts w:eastAsiaTheme="minorEastAsia"/>
      <w:kern w:val="0"/>
      <w:sz w:val="22"/>
      <w:szCs w:val="22"/>
      <w14:ligatures w14:val="none"/>
    </w:rPr>
  </w:style>
  <w:style w:type="paragraph" w:styleId="BodyText3">
    <w:name w:val="Body Text 3"/>
    <w:basedOn w:val="Normal"/>
    <w:link w:val="BodyText3Char"/>
    <w:uiPriority w:val="99"/>
    <w:unhideWhenUsed/>
    <w:rsid w:val="00A564F2"/>
    <w:pPr>
      <w:bidi w:val="0"/>
      <w:spacing w:after="120" w:line="276" w:lineRule="auto"/>
    </w:pPr>
    <w:rPr>
      <w:rFonts w:eastAsiaTheme="minorEastAsia"/>
      <w:kern w:val="0"/>
      <w:sz w:val="16"/>
      <w:szCs w:val="16"/>
      <w14:ligatures w14:val="none"/>
    </w:rPr>
  </w:style>
  <w:style w:type="character" w:customStyle="1" w:styleId="BodyText3Char">
    <w:name w:val="Body Text 3 Char"/>
    <w:basedOn w:val="DefaultParagraphFont"/>
    <w:link w:val="BodyText3"/>
    <w:uiPriority w:val="99"/>
    <w:rsid w:val="00A564F2"/>
    <w:rPr>
      <w:rFonts w:eastAsiaTheme="minorEastAsia"/>
      <w:kern w:val="0"/>
      <w:sz w:val="16"/>
      <w:szCs w:val="16"/>
      <w14:ligatures w14:val="none"/>
    </w:rPr>
  </w:style>
  <w:style w:type="paragraph" w:styleId="List">
    <w:name w:val="List"/>
    <w:basedOn w:val="Normal"/>
    <w:uiPriority w:val="99"/>
    <w:unhideWhenUsed/>
    <w:rsid w:val="00A564F2"/>
    <w:pPr>
      <w:bidi w:val="0"/>
      <w:spacing w:after="200" w:line="276" w:lineRule="auto"/>
      <w:ind w:left="360" w:hanging="360"/>
      <w:contextualSpacing/>
    </w:pPr>
    <w:rPr>
      <w:rFonts w:eastAsiaTheme="minorEastAsia"/>
      <w:kern w:val="0"/>
      <w:sz w:val="22"/>
      <w:szCs w:val="22"/>
      <w14:ligatures w14:val="none"/>
    </w:rPr>
  </w:style>
  <w:style w:type="paragraph" w:styleId="List2">
    <w:name w:val="List 2"/>
    <w:basedOn w:val="Normal"/>
    <w:uiPriority w:val="99"/>
    <w:unhideWhenUsed/>
    <w:rsid w:val="00A564F2"/>
    <w:pPr>
      <w:bidi w:val="0"/>
      <w:spacing w:after="200" w:line="276" w:lineRule="auto"/>
      <w:ind w:left="720" w:hanging="360"/>
      <w:contextualSpacing/>
    </w:pPr>
    <w:rPr>
      <w:rFonts w:eastAsiaTheme="minorEastAsia"/>
      <w:kern w:val="0"/>
      <w:sz w:val="22"/>
      <w:szCs w:val="22"/>
      <w14:ligatures w14:val="none"/>
    </w:rPr>
  </w:style>
  <w:style w:type="paragraph" w:styleId="List3">
    <w:name w:val="List 3"/>
    <w:basedOn w:val="Normal"/>
    <w:uiPriority w:val="99"/>
    <w:unhideWhenUsed/>
    <w:rsid w:val="00A564F2"/>
    <w:pPr>
      <w:bidi w:val="0"/>
      <w:spacing w:after="200" w:line="276" w:lineRule="auto"/>
      <w:ind w:left="1080" w:hanging="360"/>
      <w:contextualSpacing/>
    </w:pPr>
    <w:rPr>
      <w:rFonts w:eastAsiaTheme="minorEastAsia"/>
      <w:kern w:val="0"/>
      <w:sz w:val="22"/>
      <w:szCs w:val="22"/>
      <w14:ligatures w14:val="none"/>
    </w:rPr>
  </w:style>
  <w:style w:type="paragraph" w:styleId="ListBullet">
    <w:name w:val="List Bullet"/>
    <w:basedOn w:val="Normal"/>
    <w:uiPriority w:val="99"/>
    <w:unhideWhenUsed/>
    <w:rsid w:val="00A564F2"/>
    <w:pPr>
      <w:numPr>
        <w:numId w:val="3"/>
      </w:numPr>
      <w:bidi w:val="0"/>
      <w:spacing w:after="200" w:line="276" w:lineRule="auto"/>
      <w:contextualSpacing/>
    </w:pPr>
    <w:rPr>
      <w:rFonts w:eastAsiaTheme="minorEastAsia"/>
      <w:kern w:val="0"/>
      <w:sz w:val="22"/>
      <w:szCs w:val="22"/>
      <w14:ligatures w14:val="none"/>
    </w:rPr>
  </w:style>
  <w:style w:type="paragraph" w:styleId="ListBullet2">
    <w:name w:val="List Bullet 2"/>
    <w:basedOn w:val="Normal"/>
    <w:uiPriority w:val="99"/>
    <w:unhideWhenUsed/>
    <w:rsid w:val="00A564F2"/>
    <w:pPr>
      <w:numPr>
        <w:numId w:val="4"/>
      </w:numPr>
      <w:bidi w:val="0"/>
      <w:spacing w:after="200" w:line="276" w:lineRule="auto"/>
      <w:contextualSpacing/>
    </w:pPr>
    <w:rPr>
      <w:rFonts w:eastAsiaTheme="minorEastAsia"/>
      <w:kern w:val="0"/>
      <w:sz w:val="22"/>
      <w:szCs w:val="22"/>
      <w14:ligatures w14:val="none"/>
    </w:rPr>
  </w:style>
  <w:style w:type="paragraph" w:styleId="ListBullet3">
    <w:name w:val="List Bullet 3"/>
    <w:basedOn w:val="Normal"/>
    <w:uiPriority w:val="99"/>
    <w:unhideWhenUsed/>
    <w:rsid w:val="00A564F2"/>
    <w:pPr>
      <w:numPr>
        <w:numId w:val="5"/>
      </w:numPr>
      <w:bidi w:val="0"/>
      <w:spacing w:after="200" w:line="276" w:lineRule="auto"/>
      <w:contextualSpacing/>
    </w:pPr>
    <w:rPr>
      <w:rFonts w:eastAsiaTheme="minorEastAsia"/>
      <w:kern w:val="0"/>
      <w:sz w:val="22"/>
      <w:szCs w:val="22"/>
      <w14:ligatures w14:val="none"/>
    </w:rPr>
  </w:style>
  <w:style w:type="paragraph" w:styleId="ListNumber">
    <w:name w:val="List Number"/>
    <w:basedOn w:val="Normal"/>
    <w:uiPriority w:val="99"/>
    <w:unhideWhenUsed/>
    <w:rsid w:val="00A564F2"/>
    <w:pPr>
      <w:numPr>
        <w:numId w:val="7"/>
      </w:numPr>
      <w:bidi w:val="0"/>
      <w:spacing w:after="200" w:line="276" w:lineRule="auto"/>
      <w:contextualSpacing/>
    </w:pPr>
    <w:rPr>
      <w:rFonts w:eastAsiaTheme="minorEastAsia"/>
      <w:kern w:val="0"/>
      <w:sz w:val="22"/>
      <w:szCs w:val="22"/>
      <w14:ligatures w14:val="none"/>
    </w:rPr>
  </w:style>
  <w:style w:type="paragraph" w:styleId="ListNumber2">
    <w:name w:val="List Number 2"/>
    <w:basedOn w:val="Normal"/>
    <w:uiPriority w:val="99"/>
    <w:unhideWhenUsed/>
    <w:rsid w:val="00A564F2"/>
    <w:pPr>
      <w:numPr>
        <w:numId w:val="8"/>
      </w:numPr>
      <w:bidi w:val="0"/>
      <w:spacing w:after="200" w:line="276" w:lineRule="auto"/>
      <w:contextualSpacing/>
    </w:pPr>
    <w:rPr>
      <w:rFonts w:eastAsiaTheme="minorEastAsia"/>
      <w:kern w:val="0"/>
      <w:sz w:val="22"/>
      <w:szCs w:val="22"/>
      <w14:ligatures w14:val="none"/>
    </w:rPr>
  </w:style>
  <w:style w:type="paragraph" w:styleId="ListNumber3">
    <w:name w:val="List Number 3"/>
    <w:basedOn w:val="Normal"/>
    <w:uiPriority w:val="99"/>
    <w:unhideWhenUsed/>
    <w:rsid w:val="00A564F2"/>
    <w:pPr>
      <w:numPr>
        <w:numId w:val="9"/>
      </w:numPr>
      <w:bidi w:val="0"/>
      <w:spacing w:after="200" w:line="276" w:lineRule="auto"/>
      <w:contextualSpacing/>
    </w:pPr>
    <w:rPr>
      <w:rFonts w:eastAsiaTheme="minorEastAsia"/>
      <w:kern w:val="0"/>
      <w:sz w:val="22"/>
      <w:szCs w:val="22"/>
      <w14:ligatures w14:val="none"/>
    </w:rPr>
  </w:style>
  <w:style w:type="paragraph" w:styleId="ListContinue">
    <w:name w:val="List Continue"/>
    <w:basedOn w:val="Normal"/>
    <w:uiPriority w:val="99"/>
    <w:unhideWhenUsed/>
    <w:rsid w:val="00A564F2"/>
    <w:pPr>
      <w:bidi w:val="0"/>
      <w:spacing w:after="120" w:line="276" w:lineRule="auto"/>
      <w:ind w:left="360"/>
      <w:contextualSpacing/>
    </w:pPr>
    <w:rPr>
      <w:rFonts w:eastAsiaTheme="minorEastAsia"/>
      <w:kern w:val="0"/>
      <w:sz w:val="22"/>
      <w:szCs w:val="22"/>
      <w14:ligatures w14:val="none"/>
    </w:rPr>
  </w:style>
  <w:style w:type="paragraph" w:styleId="ListContinue2">
    <w:name w:val="List Continue 2"/>
    <w:basedOn w:val="Normal"/>
    <w:uiPriority w:val="99"/>
    <w:unhideWhenUsed/>
    <w:rsid w:val="00A564F2"/>
    <w:pPr>
      <w:bidi w:val="0"/>
      <w:spacing w:after="120" w:line="276" w:lineRule="auto"/>
      <w:ind w:left="720"/>
      <w:contextualSpacing/>
    </w:pPr>
    <w:rPr>
      <w:rFonts w:eastAsiaTheme="minorEastAsia"/>
      <w:kern w:val="0"/>
      <w:sz w:val="22"/>
      <w:szCs w:val="22"/>
      <w14:ligatures w14:val="none"/>
    </w:rPr>
  </w:style>
  <w:style w:type="paragraph" w:styleId="ListContinue3">
    <w:name w:val="List Continue 3"/>
    <w:basedOn w:val="Normal"/>
    <w:uiPriority w:val="99"/>
    <w:unhideWhenUsed/>
    <w:rsid w:val="00A564F2"/>
    <w:pPr>
      <w:bidi w:val="0"/>
      <w:spacing w:after="120" w:line="276" w:lineRule="auto"/>
      <w:ind w:left="1080"/>
      <w:contextualSpacing/>
    </w:pPr>
    <w:rPr>
      <w:rFonts w:eastAsiaTheme="minorEastAsia"/>
      <w:kern w:val="0"/>
      <w:sz w:val="22"/>
      <w:szCs w:val="22"/>
      <w14:ligatures w14:val="none"/>
    </w:rPr>
  </w:style>
  <w:style w:type="paragraph" w:styleId="MacroText">
    <w:name w:val="macro"/>
    <w:link w:val="MacroTextChar"/>
    <w:uiPriority w:val="99"/>
    <w:unhideWhenUsed/>
    <w:rsid w:val="00A564F2"/>
    <w:pPr>
      <w:tabs>
        <w:tab w:val="left" w:pos="576"/>
        <w:tab w:val="left" w:pos="1152"/>
        <w:tab w:val="left" w:pos="1728"/>
        <w:tab w:val="left" w:pos="2304"/>
        <w:tab w:val="left" w:pos="2880"/>
        <w:tab w:val="left" w:pos="3456"/>
        <w:tab w:val="left" w:pos="4032"/>
      </w:tabs>
      <w:spacing w:after="200" w:line="276" w:lineRule="auto"/>
    </w:pPr>
    <w:rPr>
      <w:rFonts w:ascii="Courier" w:eastAsiaTheme="minorEastAsia" w:hAnsi="Courier"/>
      <w:kern w:val="0"/>
      <w:sz w:val="20"/>
      <w:szCs w:val="20"/>
      <w14:ligatures w14:val="none"/>
    </w:rPr>
  </w:style>
  <w:style w:type="character" w:customStyle="1" w:styleId="MacroTextChar">
    <w:name w:val="Macro Text Char"/>
    <w:basedOn w:val="DefaultParagraphFont"/>
    <w:link w:val="MacroText"/>
    <w:uiPriority w:val="99"/>
    <w:rsid w:val="00A564F2"/>
    <w:rPr>
      <w:rFonts w:ascii="Courier" w:eastAsiaTheme="minorEastAsia" w:hAnsi="Courier"/>
      <w:kern w:val="0"/>
      <w:sz w:val="20"/>
      <w:szCs w:val="20"/>
      <w14:ligatures w14:val="none"/>
    </w:rPr>
  </w:style>
  <w:style w:type="paragraph" w:styleId="Caption">
    <w:name w:val="caption"/>
    <w:basedOn w:val="Normal"/>
    <w:next w:val="Normal"/>
    <w:uiPriority w:val="35"/>
    <w:semiHidden/>
    <w:unhideWhenUsed/>
    <w:qFormat/>
    <w:rsid w:val="00A564F2"/>
    <w:pPr>
      <w:bidi w:val="0"/>
      <w:spacing w:after="200" w:line="240" w:lineRule="auto"/>
    </w:pPr>
    <w:rPr>
      <w:rFonts w:eastAsiaTheme="minorEastAsia"/>
      <w:b/>
      <w:bCs/>
      <w:color w:val="156082" w:themeColor="accent1"/>
      <w:kern w:val="0"/>
      <w:sz w:val="18"/>
      <w:szCs w:val="18"/>
      <w14:ligatures w14:val="none"/>
    </w:rPr>
  </w:style>
  <w:style w:type="character" w:styleId="Strong">
    <w:name w:val="Strong"/>
    <w:basedOn w:val="DefaultParagraphFont"/>
    <w:uiPriority w:val="22"/>
    <w:qFormat/>
    <w:rsid w:val="00A564F2"/>
    <w:rPr>
      <w:b/>
      <w:bCs/>
    </w:rPr>
  </w:style>
  <w:style w:type="character" w:styleId="Emphasis">
    <w:name w:val="Emphasis"/>
    <w:basedOn w:val="DefaultParagraphFont"/>
    <w:uiPriority w:val="20"/>
    <w:qFormat/>
    <w:rsid w:val="00A564F2"/>
    <w:rPr>
      <w:i/>
      <w:iCs/>
    </w:rPr>
  </w:style>
  <w:style w:type="character" w:styleId="SubtleEmphasis">
    <w:name w:val="Subtle Emphasis"/>
    <w:basedOn w:val="DefaultParagraphFont"/>
    <w:uiPriority w:val="19"/>
    <w:qFormat/>
    <w:rsid w:val="00A564F2"/>
    <w:rPr>
      <w:i/>
      <w:iCs/>
      <w:color w:val="808080" w:themeColor="text1" w:themeTint="7F"/>
    </w:rPr>
  </w:style>
  <w:style w:type="character" w:styleId="SubtleReference">
    <w:name w:val="Subtle Reference"/>
    <w:basedOn w:val="DefaultParagraphFont"/>
    <w:uiPriority w:val="31"/>
    <w:qFormat/>
    <w:rsid w:val="00A564F2"/>
    <w:rPr>
      <w:smallCaps/>
      <w:color w:val="E97132" w:themeColor="accent2"/>
      <w:u w:val="single"/>
    </w:rPr>
  </w:style>
  <w:style w:type="character" w:styleId="BookTitle">
    <w:name w:val="Book Title"/>
    <w:basedOn w:val="DefaultParagraphFont"/>
    <w:uiPriority w:val="33"/>
    <w:qFormat/>
    <w:rsid w:val="00A564F2"/>
    <w:rPr>
      <w:b/>
      <w:bCs/>
      <w:smallCaps/>
      <w:spacing w:val="5"/>
    </w:rPr>
  </w:style>
  <w:style w:type="paragraph" w:styleId="TOCHeading">
    <w:name w:val="TOC Heading"/>
    <w:basedOn w:val="Heading1"/>
    <w:next w:val="Normal"/>
    <w:uiPriority w:val="39"/>
    <w:semiHidden/>
    <w:unhideWhenUsed/>
    <w:qFormat/>
    <w:rsid w:val="00A564F2"/>
    <w:pPr>
      <w:bidi w:val="0"/>
      <w:spacing w:before="480" w:after="0" w:line="276" w:lineRule="auto"/>
      <w:outlineLvl w:val="9"/>
    </w:pPr>
    <w:rPr>
      <w:b/>
      <w:bCs/>
      <w:kern w:val="0"/>
      <w:sz w:val="28"/>
      <w:szCs w:val="28"/>
      <w14:ligatures w14:val="none"/>
    </w:rPr>
  </w:style>
  <w:style w:type="table" w:styleId="LightShading">
    <w:name w:val="Light Shading"/>
    <w:basedOn w:val="TableNormal"/>
    <w:uiPriority w:val="60"/>
    <w:rsid w:val="00A564F2"/>
    <w:pPr>
      <w:spacing w:after="0" w:line="240" w:lineRule="auto"/>
    </w:pPr>
    <w:rPr>
      <w:rFonts w:eastAsiaTheme="minorEastAsia"/>
      <w:color w:val="000000" w:themeColor="text1" w:themeShade="BF"/>
      <w:kern w:val="0"/>
      <w:sz w:val="22"/>
      <w:szCs w:val="22"/>
      <w14:ligatures w14:val="non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A564F2"/>
    <w:pPr>
      <w:spacing w:after="0" w:line="240" w:lineRule="auto"/>
    </w:pPr>
    <w:rPr>
      <w:rFonts w:eastAsiaTheme="minorEastAsia"/>
      <w:color w:val="0F4761" w:themeColor="accent1" w:themeShade="BF"/>
      <w:kern w:val="0"/>
      <w:sz w:val="22"/>
      <w:szCs w:val="22"/>
      <w14:ligatures w14:val="none"/>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A564F2"/>
    <w:pPr>
      <w:spacing w:after="0" w:line="240" w:lineRule="auto"/>
    </w:pPr>
    <w:rPr>
      <w:rFonts w:eastAsiaTheme="minorEastAsia"/>
      <w:color w:val="BF4E14" w:themeColor="accent2" w:themeShade="BF"/>
      <w:kern w:val="0"/>
      <w:sz w:val="22"/>
      <w:szCs w:val="22"/>
      <w14:ligatures w14:val="none"/>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A564F2"/>
    <w:pPr>
      <w:spacing w:after="0" w:line="240" w:lineRule="auto"/>
    </w:pPr>
    <w:rPr>
      <w:rFonts w:eastAsiaTheme="minorEastAsia"/>
      <w:color w:val="124F1A" w:themeColor="accent3" w:themeShade="BF"/>
      <w:kern w:val="0"/>
      <w:sz w:val="22"/>
      <w:szCs w:val="22"/>
      <w14:ligatures w14:val="none"/>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A564F2"/>
    <w:pPr>
      <w:spacing w:after="0" w:line="240" w:lineRule="auto"/>
    </w:pPr>
    <w:rPr>
      <w:rFonts w:eastAsiaTheme="minorEastAsia"/>
      <w:color w:val="0B769F" w:themeColor="accent4" w:themeShade="BF"/>
      <w:kern w:val="0"/>
      <w:sz w:val="22"/>
      <w:szCs w:val="22"/>
      <w14:ligatures w14:val="none"/>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A564F2"/>
    <w:pPr>
      <w:spacing w:after="0" w:line="240" w:lineRule="auto"/>
    </w:pPr>
    <w:rPr>
      <w:rFonts w:eastAsiaTheme="minorEastAsia"/>
      <w:color w:val="77206D" w:themeColor="accent5" w:themeShade="BF"/>
      <w:kern w:val="0"/>
      <w:sz w:val="22"/>
      <w:szCs w:val="22"/>
      <w14:ligatures w14:val="none"/>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A564F2"/>
    <w:pPr>
      <w:spacing w:after="0" w:line="240" w:lineRule="auto"/>
    </w:pPr>
    <w:rPr>
      <w:rFonts w:eastAsiaTheme="minorEastAsia"/>
      <w:color w:val="3A7C22" w:themeColor="accent6" w:themeShade="BF"/>
      <w:kern w:val="0"/>
      <w:sz w:val="22"/>
      <w:szCs w:val="22"/>
      <w14:ligatures w14:val="none"/>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A564F2"/>
    <w:pPr>
      <w:spacing w:after="0" w:line="240" w:lineRule="auto"/>
    </w:pPr>
    <w:rPr>
      <w:rFonts w:eastAsiaTheme="minorEastAsia"/>
      <w:kern w:val="0"/>
      <w:sz w:val="22"/>
      <w:szCs w:val="22"/>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A564F2"/>
    <w:pPr>
      <w:spacing w:after="0" w:line="240" w:lineRule="auto"/>
    </w:pPr>
    <w:rPr>
      <w:rFonts w:eastAsiaTheme="minorEastAsia"/>
      <w:kern w:val="0"/>
      <w:sz w:val="22"/>
      <w:szCs w:val="22"/>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A564F2"/>
    <w:pPr>
      <w:spacing w:after="0" w:line="240" w:lineRule="auto"/>
    </w:pPr>
    <w:rPr>
      <w:rFonts w:eastAsiaTheme="minorEastAsia"/>
      <w:kern w:val="0"/>
      <w:sz w:val="22"/>
      <w:szCs w:val="22"/>
      <w14:ligatures w14:val="none"/>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A564F2"/>
    <w:pPr>
      <w:spacing w:after="0" w:line="240" w:lineRule="auto"/>
    </w:pPr>
    <w:rPr>
      <w:rFonts w:eastAsiaTheme="minorEastAsia"/>
      <w:kern w:val="0"/>
      <w:sz w:val="22"/>
      <w:szCs w:val="22"/>
      <w14:ligatures w14:val="none"/>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A564F2"/>
    <w:pPr>
      <w:spacing w:after="0" w:line="240" w:lineRule="auto"/>
    </w:pPr>
    <w:rPr>
      <w:rFonts w:eastAsiaTheme="minorEastAsia"/>
      <w:kern w:val="0"/>
      <w:sz w:val="22"/>
      <w:szCs w:val="22"/>
      <w14:ligatures w14:val="none"/>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A564F2"/>
    <w:pPr>
      <w:spacing w:after="0" w:line="240" w:lineRule="auto"/>
    </w:pPr>
    <w:rPr>
      <w:rFonts w:eastAsiaTheme="minorEastAsia"/>
      <w:kern w:val="0"/>
      <w:sz w:val="22"/>
      <w:szCs w:val="22"/>
      <w14:ligatures w14:val="none"/>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A564F2"/>
    <w:pPr>
      <w:spacing w:after="0" w:line="240" w:lineRule="auto"/>
    </w:pPr>
    <w:rPr>
      <w:rFonts w:eastAsiaTheme="minorEastAsia"/>
      <w:kern w:val="0"/>
      <w:sz w:val="22"/>
      <w:szCs w:val="22"/>
      <w14:ligatures w14:val="none"/>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A564F2"/>
    <w:pPr>
      <w:spacing w:after="0" w:line="240" w:lineRule="auto"/>
    </w:pPr>
    <w:rPr>
      <w:rFonts w:eastAsiaTheme="minorEastAsia"/>
      <w:kern w:val="0"/>
      <w:sz w:val="22"/>
      <w:szCs w:val="22"/>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A564F2"/>
    <w:pPr>
      <w:spacing w:after="0" w:line="240" w:lineRule="auto"/>
    </w:pPr>
    <w:rPr>
      <w:rFonts w:eastAsiaTheme="minorEastAsia"/>
      <w:kern w:val="0"/>
      <w:sz w:val="22"/>
      <w:szCs w:val="22"/>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A564F2"/>
    <w:pPr>
      <w:spacing w:after="0" w:line="240" w:lineRule="auto"/>
    </w:pPr>
    <w:rPr>
      <w:rFonts w:eastAsiaTheme="minorEastAsia"/>
      <w:kern w:val="0"/>
      <w:sz w:val="22"/>
      <w:szCs w:val="22"/>
      <w14:ligatures w14:val="none"/>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A564F2"/>
    <w:pPr>
      <w:spacing w:after="0" w:line="240" w:lineRule="auto"/>
    </w:pPr>
    <w:rPr>
      <w:rFonts w:eastAsiaTheme="minorEastAsia"/>
      <w:kern w:val="0"/>
      <w:sz w:val="22"/>
      <w:szCs w:val="22"/>
      <w14:ligatures w14:val="none"/>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A564F2"/>
    <w:pPr>
      <w:spacing w:after="0" w:line="240" w:lineRule="auto"/>
    </w:pPr>
    <w:rPr>
      <w:rFonts w:eastAsiaTheme="minorEastAsia"/>
      <w:kern w:val="0"/>
      <w:sz w:val="22"/>
      <w:szCs w:val="22"/>
      <w14:ligatures w14:val="none"/>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A564F2"/>
    <w:pPr>
      <w:spacing w:after="0" w:line="240" w:lineRule="auto"/>
    </w:pPr>
    <w:rPr>
      <w:rFonts w:eastAsiaTheme="minorEastAsia"/>
      <w:kern w:val="0"/>
      <w:sz w:val="22"/>
      <w:szCs w:val="22"/>
      <w14:ligatures w14:val="none"/>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A564F2"/>
    <w:pPr>
      <w:spacing w:after="0" w:line="240" w:lineRule="auto"/>
    </w:pPr>
    <w:rPr>
      <w:rFonts w:eastAsiaTheme="minorEastAsia"/>
      <w:kern w:val="0"/>
      <w:sz w:val="22"/>
      <w:szCs w:val="22"/>
      <w14:ligatures w14:val="none"/>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A564F2"/>
    <w:pPr>
      <w:spacing w:after="0" w:line="240" w:lineRule="auto"/>
    </w:pPr>
    <w:rPr>
      <w:rFonts w:eastAsiaTheme="minorEastAsia"/>
      <w:kern w:val="0"/>
      <w:sz w:val="22"/>
      <w:szCs w:val="22"/>
      <w14:ligatures w14:val="non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A564F2"/>
    <w:pPr>
      <w:spacing w:after="0" w:line="240" w:lineRule="auto"/>
    </w:pPr>
    <w:rPr>
      <w:rFonts w:eastAsiaTheme="minorEastAsia"/>
      <w:kern w:val="0"/>
      <w:sz w:val="22"/>
      <w:szCs w:val="22"/>
      <w14:ligatures w14:val="none"/>
    </w:r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A564F2"/>
    <w:pPr>
      <w:spacing w:after="0" w:line="240" w:lineRule="auto"/>
    </w:pPr>
    <w:rPr>
      <w:rFonts w:eastAsiaTheme="minorEastAsia"/>
      <w:kern w:val="0"/>
      <w:sz w:val="22"/>
      <w:szCs w:val="22"/>
      <w14:ligatures w14:val="none"/>
    </w:r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A564F2"/>
    <w:pPr>
      <w:spacing w:after="0" w:line="240" w:lineRule="auto"/>
    </w:pPr>
    <w:rPr>
      <w:rFonts w:eastAsiaTheme="minorEastAsia"/>
      <w:kern w:val="0"/>
      <w:sz w:val="22"/>
      <w:szCs w:val="22"/>
      <w14:ligatures w14:val="none"/>
    </w:r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A564F2"/>
    <w:pPr>
      <w:spacing w:after="0" w:line="240" w:lineRule="auto"/>
    </w:pPr>
    <w:rPr>
      <w:rFonts w:eastAsiaTheme="minorEastAsia"/>
      <w:kern w:val="0"/>
      <w:sz w:val="22"/>
      <w:szCs w:val="22"/>
      <w14:ligatures w14:val="none"/>
    </w:r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A564F2"/>
    <w:pPr>
      <w:spacing w:after="0" w:line="240" w:lineRule="auto"/>
    </w:pPr>
    <w:rPr>
      <w:rFonts w:eastAsiaTheme="minorEastAsia"/>
      <w:kern w:val="0"/>
      <w:sz w:val="22"/>
      <w:szCs w:val="22"/>
      <w14:ligatures w14:val="none"/>
    </w:r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A564F2"/>
    <w:pPr>
      <w:spacing w:after="0" w:line="240" w:lineRule="auto"/>
    </w:pPr>
    <w:rPr>
      <w:rFonts w:eastAsiaTheme="minorEastAsia"/>
      <w:kern w:val="0"/>
      <w:sz w:val="22"/>
      <w:szCs w:val="22"/>
      <w14:ligatures w14:val="none"/>
    </w:r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A564F2"/>
    <w:pPr>
      <w:spacing w:after="0" w:line="240" w:lineRule="auto"/>
    </w:pPr>
    <w:rPr>
      <w:rFonts w:eastAsiaTheme="minorEastAsia"/>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A564F2"/>
    <w:pPr>
      <w:spacing w:after="0" w:line="240" w:lineRule="auto"/>
    </w:pPr>
    <w:rPr>
      <w:rFonts w:eastAsiaTheme="minorEastAsia"/>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A564F2"/>
    <w:pPr>
      <w:spacing w:after="0" w:line="240" w:lineRule="auto"/>
    </w:pPr>
    <w:rPr>
      <w:rFonts w:eastAsiaTheme="minorEastAsia"/>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A564F2"/>
    <w:pPr>
      <w:spacing w:after="0" w:line="240" w:lineRule="auto"/>
    </w:pPr>
    <w:rPr>
      <w:rFonts w:eastAsiaTheme="minorEastAsia"/>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A564F2"/>
    <w:pPr>
      <w:spacing w:after="0" w:line="240" w:lineRule="auto"/>
    </w:pPr>
    <w:rPr>
      <w:rFonts w:eastAsiaTheme="minorEastAsia"/>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A564F2"/>
    <w:pPr>
      <w:spacing w:after="0" w:line="240" w:lineRule="auto"/>
    </w:pPr>
    <w:rPr>
      <w:rFonts w:eastAsiaTheme="minorEastAsia"/>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A564F2"/>
    <w:pPr>
      <w:spacing w:after="0" w:line="240" w:lineRule="auto"/>
    </w:pPr>
    <w:rPr>
      <w:rFonts w:eastAsiaTheme="minorEastAsia"/>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A564F2"/>
    <w:pPr>
      <w:spacing w:after="0" w:line="240" w:lineRule="auto"/>
    </w:pPr>
    <w:rPr>
      <w:rFonts w:eastAsiaTheme="minorEastAsia"/>
      <w:color w:val="000000" w:themeColor="text1"/>
      <w:kern w:val="0"/>
      <w:sz w:val="22"/>
      <w:szCs w:val="22"/>
      <w14:ligatures w14:val="none"/>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A564F2"/>
    <w:pPr>
      <w:spacing w:after="0" w:line="240" w:lineRule="auto"/>
    </w:pPr>
    <w:rPr>
      <w:rFonts w:eastAsiaTheme="minorEastAsia"/>
      <w:color w:val="000000" w:themeColor="text1"/>
      <w:kern w:val="0"/>
      <w:sz w:val="22"/>
      <w:szCs w:val="22"/>
      <w14:ligatures w14:val="none"/>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A564F2"/>
    <w:pPr>
      <w:spacing w:after="0" w:line="240" w:lineRule="auto"/>
    </w:pPr>
    <w:rPr>
      <w:rFonts w:eastAsiaTheme="minorEastAsia"/>
      <w:color w:val="000000" w:themeColor="text1"/>
      <w:kern w:val="0"/>
      <w:sz w:val="22"/>
      <w:szCs w:val="22"/>
      <w14:ligatures w14:val="none"/>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A564F2"/>
    <w:pPr>
      <w:spacing w:after="0" w:line="240" w:lineRule="auto"/>
    </w:pPr>
    <w:rPr>
      <w:rFonts w:eastAsiaTheme="minorEastAsia"/>
      <w:color w:val="000000" w:themeColor="text1"/>
      <w:kern w:val="0"/>
      <w:sz w:val="22"/>
      <w:szCs w:val="22"/>
      <w14:ligatures w14:val="none"/>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A564F2"/>
    <w:pPr>
      <w:spacing w:after="0" w:line="240" w:lineRule="auto"/>
    </w:pPr>
    <w:rPr>
      <w:rFonts w:eastAsiaTheme="minorEastAsia"/>
      <w:color w:val="000000" w:themeColor="text1"/>
      <w:kern w:val="0"/>
      <w:sz w:val="22"/>
      <w:szCs w:val="22"/>
      <w14:ligatures w14:val="none"/>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A564F2"/>
    <w:pPr>
      <w:spacing w:after="0" w:line="240" w:lineRule="auto"/>
    </w:pPr>
    <w:rPr>
      <w:rFonts w:eastAsiaTheme="minorEastAsia"/>
      <w:color w:val="000000" w:themeColor="text1"/>
      <w:kern w:val="0"/>
      <w:sz w:val="22"/>
      <w:szCs w:val="22"/>
      <w14:ligatures w14:val="none"/>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A564F2"/>
    <w:pPr>
      <w:spacing w:after="0" w:line="240" w:lineRule="auto"/>
    </w:pPr>
    <w:rPr>
      <w:rFonts w:eastAsiaTheme="minorEastAsia"/>
      <w:color w:val="000000" w:themeColor="text1"/>
      <w:kern w:val="0"/>
      <w:sz w:val="22"/>
      <w:szCs w:val="22"/>
      <w14:ligatures w14:val="none"/>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A564F2"/>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A564F2"/>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A564F2"/>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A564F2"/>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A564F2"/>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A564F2"/>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A564F2"/>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A564F2"/>
    <w:pPr>
      <w:spacing w:after="0" w:line="240" w:lineRule="auto"/>
    </w:pPr>
    <w:rPr>
      <w:rFonts w:eastAsiaTheme="minorEastAsia"/>
      <w:kern w:val="0"/>
      <w:sz w:val="22"/>
      <w:szCs w:val="22"/>
      <w14:ligatures w14:val="non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A564F2"/>
    <w:pPr>
      <w:spacing w:after="0" w:line="240" w:lineRule="auto"/>
    </w:pPr>
    <w:rPr>
      <w:rFonts w:eastAsiaTheme="minorEastAsia"/>
      <w:kern w:val="0"/>
      <w:sz w:val="22"/>
      <w:szCs w:val="22"/>
      <w14:ligatures w14:val="none"/>
    </w:r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A564F2"/>
    <w:pPr>
      <w:spacing w:after="0" w:line="240" w:lineRule="auto"/>
    </w:pPr>
    <w:rPr>
      <w:rFonts w:eastAsiaTheme="minorEastAsia"/>
      <w:kern w:val="0"/>
      <w:sz w:val="22"/>
      <w:szCs w:val="22"/>
      <w14:ligatures w14:val="none"/>
    </w:r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A564F2"/>
    <w:pPr>
      <w:spacing w:after="0" w:line="240" w:lineRule="auto"/>
    </w:pPr>
    <w:rPr>
      <w:rFonts w:eastAsiaTheme="minorEastAsia"/>
      <w:kern w:val="0"/>
      <w:sz w:val="22"/>
      <w:szCs w:val="22"/>
      <w14:ligatures w14:val="none"/>
    </w:r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A564F2"/>
    <w:pPr>
      <w:spacing w:after="0" w:line="240" w:lineRule="auto"/>
    </w:pPr>
    <w:rPr>
      <w:rFonts w:eastAsiaTheme="minorEastAsia"/>
      <w:kern w:val="0"/>
      <w:sz w:val="22"/>
      <w:szCs w:val="22"/>
      <w14:ligatures w14:val="none"/>
    </w:r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A564F2"/>
    <w:pPr>
      <w:spacing w:after="0" w:line="240" w:lineRule="auto"/>
    </w:pPr>
    <w:rPr>
      <w:rFonts w:eastAsiaTheme="minorEastAsia"/>
      <w:kern w:val="0"/>
      <w:sz w:val="22"/>
      <w:szCs w:val="22"/>
      <w14:ligatures w14:val="none"/>
    </w:r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A564F2"/>
    <w:pPr>
      <w:spacing w:after="0" w:line="240" w:lineRule="auto"/>
    </w:pPr>
    <w:rPr>
      <w:rFonts w:eastAsiaTheme="minorEastAsia"/>
      <w:kern w:val="0"/>
      <w:sz w:val="22"/>
      <w:szCs w:val="22"/>
      <w14:ligatures w14:val="none"/>
    </w:r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A564F2"/>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A564F2"/>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A564F2"/>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A564F2"/>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A564F2"/>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A564F2"/>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A564F2"/>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A564F2"/>
    <w:pPr>
      <w:spacing w:after="0" w:line="240" w:lineRule="auto"/>
    </w:pPr>
    <w:rPr>
      <w:rFonts w:eastAsiaTheme="minorEastAsia"/>
      <w:kern w:val="0"/>
      <w:sz w:val="22"/>
      <w:szCs w:val="22"/>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A564F2"/>
    <w:pPr>
      <w:spacing w:after="0" w:line="240" w:lineRule="auto"/>
    </w:pPr>
    <w:rPr>
      <w:rFonts w:eastAsiaTheme="minorEastAsia"/>
      <w:kern w:val="0"/>
      <w:sz w:val="22"/>
      <w:szCs w:val="22"/>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A564F2"/>
    <w:pPr>
      <w:spacing w:after="0" w:line="240" w:lineRule="auto"/>
    </w:pPr>
    <w:rPr>
      <w:rFonts w:eastAsiaTheme="minorEastAsia"/>
      <w:kern w:val="0"/>
      <w:sz w:val="22"/>
      <w:szCs w:val="22"/>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A564F2"/>
    <w:pPr>
      <w:spacing w:after="0" w:line="240" w:lineRule="auto"/>
    </w:pPr>
    <w:rPr>
      <w:rFonts w:eastAsiaTheme="minorEastAsia"/>
      <w:kern w:val="0"/>
      <w:sz w:val="22"/>
      <w:szCs w:val="22"/>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A564F2"/>
    <w:pPr>
      <w:spacing w:after="0" w:line="240" w:lineRule="auto"/>
    </w:pPr>
    <w:rPr>
      <w:rFonts w:eastAsiaTheme="minorEastAsia"/>
      <w:kern w:val="0"/>
      <w:sz w:val="22"/>
      <w:szCs w:val="22"/>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A564F2"/>
    <w:pPr>
      <w:spacing w:after="0" w:line="240" w:lineRule="auto"/>
    </w:pPr>
    <w:rPr>
      <w:rFonts w:eastAsiaTheme="minorEastAsia"/>
      <w:kern w:val="0"/>
      <w:sz w:val="22"/>
      <w:szCs w:val="22"/>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A564F2"/>
    <w:pPr>
      <w:spacing w:after="0" w:line="240" w:lineRule="auto"/>
    </w:pPr>
    <w:rPr>
      <w:rFonts w:eastAsiaTheme="minorEastAsia"/>
      <w:kern w:val="0"/>
      <w:sz w:val="22"/>
      <w:szCs w:val="22"/>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A564F2"/>
    <w:pPr>
      <w:spacing w:after="0" w:line="240" w:lineRule="auto"/>
    </w:pPr>
    <w:rPr>
      <w:rFonts w:eastAsiaTheme="minorEastAsia"/>
      <w:color w:val="FFFFFF" w:themeColor="background1"/>
      <w:kern w:val="0"/>
      <w:sz w:val="22"/>
      <w:szCs w:val="22"/>
      <w14:ligatures w14:val="none"/>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A564F2"/>
    <w:pPr>
      <w:spacing w:after="0" w:line="240" w:lineRule="auto"/>
    </w:pPr>
    <w:rPr>
      <w:rFonts w:eastAsiaTheme="minorEastAsia"/>
      <w:color w:val="FFFFFF" w:themeColor="background1"/>
      <w:kern w:val="0"/>
      <w:sz w:val="22"/>
      <w:szCs w:val="22"/>
      <w14:ligatures w14:val="none"/>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A564F2"/>
    <w:pPr>
      <w:spacing w:after="0" w:line="240" w:lineRule="auto"/>
    </w:pPr>
    <w:rPr>
      <w:rFonts w:eastAsiaTheme="minorEastAsia"/>
      <w:color w:val="FFFFFF" w:themeColor="background1"/>
      <w:kern w:val="0"/>
      <w:sz w:val="22"/>
      <w:szCs w:val="22"/>
      <w14:ligatures w14:val="none"/>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A564F2"/>
    <w:pPr>
      <w:spacing w:after="0" w:line="240" w:lineRule="auto"/>
    </w:pPr>
    <w:rPr>
      <w:rFonts w:eastAsiaTheme="minorEastAsia"/>
      <w:color w:val="FFFFFF" w:themeColor="background1"/>
      <w:kern w:val="0"/>
      <w:sz w:val="22"/>
      <w:szCs w:val="22"/>
      <w14:ligatures w14:val="none"/>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A564F2"/>
    <w:pPr>
      <w:spacing w:after="0" w:line="240" w:lineRule="auto"/>
    </w:pPr>
    <w:rPr>
      <w:rFonts w:eastAsiaTheme="minorEastAsia"/>
      <w:color w:val="FFFFFF" w:themeColor="background1"/>
      <w:kern w:val="0"/>
      <w:sz w:val="22"/>
      <w:szCs w:val="22"/>
      <w14:ligatures w14:val="none"/>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A564F2"/>
    <w:pPr>
      <w:spacing w:after="0" w:line="240" w:lineRule="auto"/>
    </w:pPr>
    <w:rPr>
      <w:rFonts w:eastAsiaTheme="minorEastAsia"/>
      <w:color w:val="FFFFFF" w:themeColor="background1"/>
      <w:kern w:val="0"/>
      <w:sz w:val="22"/>
      <w:szCs w:val="22"/>
      <w14:ligatures w14:val="none"/>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A564F2"/>
    <w:pPr>
      <w:spacing w:after="0" w:line="240" w:lineRule="auto"/>
    </w:pPr>
    <w:rPr>
      <w:rFonts w:eastAsiaTheme="minorEastAsia"/>
      <w:color w:val="FFFFFF" w:themeColor="background1"/>
      <w:kern w:val="0"/>
      <w:sz w:val="22"/>
      <w:szCs w:val="22"/>
      <w14:ligatures w14:val="none"/>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rfulShading">
    <w:name w:val="Colorful Shading"/>
    <w:basedOn w:val="TableNormal"/>
    <w:uiPriority w:val="71"/>
    <w:rsid w:val="00A564F2"/>
    <w:pPr>
      <w:spacing w:after="0" w:line="240" w:lineRule="auto"/>
    </w:pPr>
    <w:rPr>
      <w:rFonts w:eastAsiaTheme="minorEastAsia"/>
      <w:color w:val="000000" w:themeColor="text1"/>
      <w:kern w:val="0"/>
      <w:sz w:val="22"/>
      <w:szCs w:val="22"/>
      <w14:ligatures w14:val="none"/>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A564F2"/>
    <w:pPr>
      <w:spacing w:after="0" w:line="240" w:lineRule="auto"/>
    </w:pPr>
    <w:rPr>
      <w:rFonts w:eastAsiaTheme="minorEastAsia"/>
      <w:color w:val="000000" w:themeColor="text1"/>
      <w:kern w:val="0"/>
      <w:sz w:val="22"/>
      <w:szCs w:val="22"/>
      <w14:ligatures w14:val="none"/>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A564F2"/>
    <w:pPr>
      <w:spacing w:after="0" w:line="240" w:lineRule="auto"/>
    </w:pPr>
    <w:rPr>
      <w:rFonts w:eastAsiaTheme="minorEastAsia"/>
      <w:color w:val="000000" w:themeColor="text1"/>
      <w:kern w:val="0"/>
      <w:sz w:val="22"/>
      <w:szCs w:val="22"/>
      <w14:ligatures w14:val="none"/>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A564F2"/>
    <w:pPr>
      <w:spacing w:after="0" w:line="240" w:lineRule="auto"/>
    </w:pPr>
    <w:rPr>
      <w:rFonts w:eastAsiaTheme="minorEastAsia"/>
      <w:color w:val="000000" w:themeColor="text1"/>
      <w:kern w:val="0"/>
      <w:sz w:val="22"/>
      <w:szCs w:val="22"/>
      <w14:ligatures w14:val="none"/>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rfulShading-Accent4">
    <w:name w:val="Colorful Shading Accent 4"/>
    <w:basedOn w:val="TableNormal"/>
    <w:uiPriority w:val="71"/>
    <w:rsid w:val="00A564F2"/>
    <w:pPr>
      <w:spacing w:after="0" w:line="240" w:lineRule="auto"/>
    </w:pPr>
    <w:rPr>
      <w:rFonts w:eastAsiaTheme="minorEastAsia"/>
      <w:color w:val="000000" w:themeColor="text1"/>
      <w:kern w:val="0"/>
      <w:sz w:val="22"/>
      <w:szCs w:val="22"/>
      <w14:ligatures w14:val="none"/>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A564F2"/>
    <w:pPr>
      <w:spacing w:after="0" w:line="240" w:lineRule="auto"/>
    </w:pPr>
    <w:rPr>
      <w:rFonts w:eastAsiaTheme="minorEastAsia"/>
      <w:color w:val="000000" w:themeColor="text1"/>
      <w:kern w:val="0"/>
      <w:sz w:val="22"/>
      <w:szCs w:val="22"/>
      <w14:ligatures w14:val="none"/>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A564F2"/>
    <w:pPr>
      <w:spacing w:after="0" w:line="240" w:lineRule="auto"/>
    </w:pPr>
    <w:rPr>
      <w:rFonts w:eastAsiaTheme="minorEastAsia"/>
      <w:color w:val="000000" w:themeColor="text1"/>
      <w:kern w:val="0"/>
      <w:sz w:val="22"/>
      <w:szCs w:val="22"/>
      <w14:ligatures w14:val="none"/>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A564F2"/>
    <w:pPr>
      <w:spacing w:after="0" w:line="240" w:lineRule="auto"/>
    </w:pPr>
    <w:rPr>
      <w:rFonts w:eastAsiaTheme="minorEastAsia"/>
      <w:color w:val="000000" w:themeColor="text1"/>
      <w:kern w:val="0"/>
      <w:sz w:val="22"/>
      <w:szCs w:val="22"/>
      <w14:ligatures w14:val="none"/>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A564F2"/>
    <w:pPr>
      <w:spacing w:after="0" w:line="240" w:lineRule="auto"/>
    </w:pPr>
    <w:rPr>
      <w:rFonts w:eastAsiaTheme="minorEastAsia"/>
      <w:color w:val="000000" w:themeColor="text1"/>
      <w:kern w:val="0"/>
      <w:sz w:val="22"/>
      <w:szCs w:val="22"/>
      <w14:ligatures w14:val="none"/>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rfulList-Accent2">
    <w:name w:val="Colorful List Accent 2"/>
    <w:basedOn w:val="TableNormal"/>
    <w:uiPriority w:val="72"/>
    <w:rsid w:val="00A564F2"/>
    <w:pPr>
      <w:spacing w:after="0" w:line="240" w:lineRule="auto"/>
    </w:pPr>
    <w:rPr>
      <w:rFonts w:eastAsiaTheme="minorEastAsia"/>
      <w:color w:val="000000" w:themeColor="text1"/>
      <w:kern w:val="0"/>
      <w:sz w:val="22"/>
      <w:szCs w:val="22"/>
      <w14:ligatures w14:val="none"/>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rfulList-Accent3">
    <w:name w:val="Colorful List Accent 3"/>
    <w:basedOn w:val="TableNormal"/>
    <w:uiPriority w:val="72"/>
    <w:rsid w:val="00A564F2"/>
    <w:pPr>
      <w:spacing w:after="0" w:line="240" w:lineRule="auto"/>
    </w:pPr>
    <w:rPr>
      <w:rFonts w:eastAsiaTheme="minorEastAsia"/>
      <w:color w:val="000000" w:themeColor="text1"/>
      <w:kern w:val="0"/>
      <w:sz w:val="22"/>
      <w:szCs w:val="22"/>
      <w14:ligatures w14:val="none"/>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rfulList-Accent4">
    <w:name w:val="Colorful List Accent 4"/>
    <w:basedOn w:val="TableNormal"/>
    <w:uiPriority w:val="72"/>
    <w:rsid w:val="00A564F2"/>
    <w:pPr>
      <w:spacing w:after="0" w:line="240" w:lineRule="auto"/>
    </w:pPr>
    <w:rPr>
      <w:rFonts w:eastAsiaTheme="minorEastAsia"/>
      <w:color w:val="000000" w:themeColor="text1"/>
      <w:kern w:val="0"/>
      <w:sz w:val="22"/>
      <w:szCs w:val="22"/>
      <w14:ligatures w14:val="none"/>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rfulList-Accent5">
    <w:name w:val="Colorful List Accent 5"/>
    <w:basedOn w:val="TableNormal"/>
    <w:uiPriority w:val="72"/>
    <w:rsid w:val="00A564F2"/>
    <w:pPr>
      <w:spacing w:after="0" w:line="240" w:lineRule="auto"/>
    </w:pPr>
    <w:rPr>
      <w:rFonts w:eastAsiaTheme="minorEastAsia"/>
      <w:color w:val="000000" w:themeColor="text1"/>
      <w:kern w:val="0"/>
      <w:sz w:val="22"/>
      <w:szCs w:val="22"/>
      <w14:ligatures w14:val="none"/>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rfulList-Accent6">
    <w:name w:val="Colorful List Accent 6"/>
    <w:basedOn w:val="TableNormal"/>
    <w:uiPriority w:val="72"/>
    <w:rsid w:val="00A564F2"/>
    <w:pPr>
      <w:spacing w:after="0" w:line="240" w:lineRule="auto"/>
    </w:pPr>
    <w:rPr>
      <w:rFonts w:eastAsiaTheme="minorEastAsia"/>
      <w:color w:val="000000" w:themeColor="text1"/>
      <w:kern w:val="0"/>
      <w:sz w:val="22"/>
      <w:szCs w:val="22"/>
      <w14:ligatures w14:val="none"/>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rfulGrid">
    <w:name w:val="Colorful Grid"/>
    <w:basedOn w:val="TableNormal"/>
    <w:uiPriority w:val="73"/>
    <w:rsid w:val="00A564F2"/>
    <w:pPr>
      <w:spacing w:after="0" w:line="240" w:lineRule="auto"/>
    </w:pPr>
    <w:rPr>
      <w:rFonts w:eastAsiaTheme="minorEastAsia"/>
      <w:color w:val="000000" w:themeColor="text1"/>
      <w:kern w:val="0"/>
      <w:sz w:val="22"/>
      <w:szCs w:val="22"/>
      <w14:ligatures w14:val="none"/>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A564F2"/>
    <w:pPr>
      <w:spacing w:after="0" w:line="240" w:lineRule="auto"/>
    </w:pPr>
    <w:rPr>
      <w:rFonts w:eastAsiaTheme="minorEastAsia"/>
      <w:color w:val="000000" w:themeColor="text1"/>
      <w:kern w:val="0"/>
      <w:sz w:val="22"/>
      <w:szCs w:val="22"/>
      <w14:ligatures w14:val="none"/>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rfulGrid-Accent2">
    <w:name w:val="Colorful Grid Accent 2"/>
    <w:basedOn w:val="TableNormal"/>
    <w:uiPriority w:val="73"/>
    <w:rsid w:val="00A564F2"/>
    <w:pPr>
      <w:spacing w:after="0" w:line="240" w:lineRule="auto"/>
    </w:pPr>
    <w:rPr>
      <w:rFonts w:eastAsiaTheme="minorEastAsia"/>
      <w:color w:val="000000" w:themeColor="text1"/>
      <w:kern w:val="0"/>
      <w:sz w:val="22"/>
      <w:szCs w:val="22"/>
      <w14:ligatures w14:val="none"/>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rfulGrid-Accent3">
    <w:name w:val="Colorful Grid Accent 3"/>
    <w:basedOn w:val="TableNormal"/>
    <w:uiPriority w:val="73"/>
    <w:rsid w:val="00A564F2"/>
    <w:pPr>
      <w:spacing w:after="0" w:line="240" w:lineRule="auto"/>
    </w:pPr>
    <w:rPr>
      <w:rFonts w:eastAsiaTheme="minorEastAsia"/>
      <w:color w:val="000000" w:themeColor="text1"/>
      <w:kern w:val="0"/>
      <w:sz w:val="22"/>
      <w:szCs w:val="22"/>
      <w14:ligatures w14:val="none"/>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rfulGrid-Accent4">
    <w:name w:val="Colorful Grid Accent 4"/>
    <w:basedOn w:val="TableNormal"/>
    <w:uiPriority w:val="73"/>
    <w:rsid w:val="00A564F2"/>
    <w:pPr>
      <w:spacing w:after="0" w:line="240" w:lineRule="auto"/>
    </w:pPr>
    <w:rPr>
      <w:rFonts w:eastAsiaTheme="minorEastAsia"/>
      <w:color w:val="000000" w:themeColor="text1"/>
      <w:kern w:val="0"/>
      <w:sz w:val="22"/>
      <w:szCs w:val="22"/>
      <w14:ligatures w14:val="none"/>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rfulGrid-Accent5">
    <w:name w:val="Colorful Grid Accent 5"/>
    <w:basedOn w:val="TableNormal"/>
    <w:uiPriority w:val="73"/>
    <w:rsid w:val="00A564F2"/>
    <w:pPr>
      <w:spacing w:after="0" w:line="240" w:lineRule="auto"/>
    </w:pPr>
    <w:rPr>
      <w:rFonts w:eastAsiaTheme="minorEastAsia"/>
      <w:color w:val="000000" w:themeColor="text1"/>
      <w:kern w:val="0"/>
      <w:sz w:val="22"/>
      <w:szCs w:val="22"/>
      <w14:ligatures w14:val="none"/>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rfulGrid-Accent6">
    <w:name w:val="Colorful Grid Accent 6"/>
    <w:basedOn w:val="TableNormal"/>
    <w:uiPriority w:val="73"/>
    <w:rsid w:val="00A564F2"/>
    <w:pPr>
      <w:spacing w:after="0" w:line="240" w:lineRule="auto"/>
    </w:pPr>
    <w:rPr>
      <w:rFonts w:eastAsiaTheme="minorEastAsia"/>
      <w:color w:val="000000" w:themeColor="text1"/>
      <w:kern w:val="0"/>
      <w:sz w:val="22"/>
      <w:szCs w:val="22"/>
      <w14:ligatures w14:val="none"/>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050775">
      <w:bodyDiv w:val="1"/>
      <w:marLeft w:val="0"/>
      <w:marRight w:val="0"/>
      <w:marTop w:val="0"/>
      <w:marBottom w:val="0"/>
      <w:divBdr>
        <w:top w:val="none" w:sz="0" w:space="0" w:color="auto"/>
        <w:left w:val="none" w:sz="0" w:space="0" w:color="auto"/>
        <w:bottom w:val="none" w:sz="0" w:space="0" w:color="auto"/>
        <w:right w:val="none" w:sz="0" w:space="0" w:color="auto"/>
      </w:divBdr>
    </w:div>
    <w:div w:id="466439344">
      <w:bodyDiv w:val="1"/>
      <w:marLeft w:val="0"/>
      <w:marRight w:val="0"/>
      <w:marTop w:val="0"/>
      <w:marBottom w:val="0"/>
      <w:divBdr>
        <w:top w:val="none" w:sz="0" w:space="0" w:color="auto"/>
        <w:left w:val="none" w:sz="0" w:space="0" w:color="auto"/>
        <w:bottom w:val="none" w:sz="0" w:space="0" w:color="auto"/>
        <w:right w:val="none" w:sz="0" w:space="0" w:color="auto"/>
      </w:divBdr>
    </w:div>
    <w:div w:id="496462915">
      <w:bodyDiv w:val="1"/>
      <w:marLeft w:val="0"/>
      <w:marRight w:val="0"/>
      <w:marTop w:val="0"/>
      <w:marBottom w:val="0"/>
      <w:divBdr>
        <w:top w:val="none" w:sz="0" w:space="0" w:color="auto"/>
        <w:left w:val="none" w:sz="0" w:space="0" w:color="auto"/>
        <w:bottom w:val="none" w:sz="0" w:space="0" w:color="auto"/>
        <w:right w:val="none" w:sz="0" w:space="0" w:color="auto"/>
      </w:divBdr>
    </w:div>
    <w:div w:id="657195297">
      <w:bodyDiv w:val="1"/>
      <w:marLeft w:val="0"/>
      <w:marRight w:val="0"/>
      <w:marTop w:val="0"/>
      <w:marBottom w:val="0"/>
      <w:divBdr>
        <w:top w:val="none" w:sz="0" w:space="0" w:color="auto"/>
        <w:left w:val="none" w:sz="0" w:space="0" w:color="auto"/>
        <w:bottom w:val="none" w:sz="0" w:space="0" w:color="auto"/>
        <w:right w:val="none" w:sz="0" w:space="0" w:color="auto"/>
      </w:divBdr>
    </w:div>
    <w:div w:id="1181701727">
      <w:bodyDiv w:val="1"/>
      <w:marLeft w:val="0"/>
      <w:marRight w:val="0"/>
      <w:marTop w:val="0"/>
      <w:marBottom w:val="0"/>
      <w:divBdr>
        <w:top w:val="none" w:sz="0" w:space="0" w:color="auto"/>
        <w:left w:val="none" w:sz="0" w:space="0" w:color="auto"/>
        <w:bottom w:val="none" w:sz="0" w:space="0" w:color="auto"/>
        <w:right w:val="none" w:sz="0" w:space="0" w:color="auto"/>
      </w:divBdr>
    </w:div>
    <w:div w:id="1185051183">
      <w:bodyDiv w:val="1"/>
      <w:marLeft w:val="0"/>
      <w:marRight w:val="0"/>
      <w:marTop w:val="0"/>
      <w:marBottom w:val="0"/>
      <w:divBdr>
        <w:top w:val="none" w:sz="0" w:space="0" w:color="auto"/>
        <w:left w:val="none" w:sz="0" w:space="0" w:color="auto"/>
        <w:bottom w:val="none" w:sz="0" w:space="0" w:color="auto"/>
        <w:right w:val="none" w:sz="0" w:space="0" w:color="auto"/>
      </w:divBdr>
    </w:div>
    <w:div w:id="1232689433">
      <w:bodyDiv w:val="1"/>
      <w:marLeft w:val="0"/>
      <w:marRight w:val="0"/>
      <w:marTop w:val="0"/>
      <w:marBottom w:val="0"/>
      <w:divBdr>
        <w:top w:val="none" w:sz="0" w:space="0" w:color="auto"/>
        <w:left w:val="none" w:sz="0" w:space="0" w:color="auto"/>
        <w:bottom w:val="none" w:sz="0" w:space="0" w:color="auto"/>
        <w:right w:val="none" w:sz="0" w:space="0" w:color="auto"/>
      </w:divBdr>
    </w:div>
    <w:div w:id="1893537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2" Type="http://schemas.openxmlformats.org/officeDocument/2006/relationships/header" Target="header2.xml"/><Relationship Id="rId13" Type="http://schemas.openxmlformats.org/officeDocument/2006/relationships/header" Target="header3.xml"/><Relationship Id="rId14" Type="http://schemas.openxmlformats.org/officeDocument/2006/relationships/footer" Target="footer2.xml"/><Relationship Id="rId15" Type="http://schemas.openxmlformats.org/officeDocument/2006/relationships/footer" Target="footer3.xml"/></Relationships>
</file>

<file path=word/_rels/footer1.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3087ED-10AF-48BA-B4CB-71059CC2C6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22</Pages>
  <Words>2150</Words>
  <Characters>12257</Characters>
  <Application>Microsoft Office Word</Application>
  <DocSecurity>0</DocSecurity>
  <Lines>102</Lines>
  <Paragraphs>28</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14379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مصفوفة الصلاحيات</dc:title>
  <dc:subject>النسخة النهائية المعتمدة</dc:subject>
  <dc:creator>جمعية البلسم للتدريب والتطوير الصحي</dc:creator>
  <cp:keywords/>
  <dc:description/>
  <cp:lastModifiedBy>Waleed Hamad Haji Alharbi</cp:lastModifiedBy>
  <cp:revision>3</cp:revision>
  <cp:lastPrinted>2026-06-17T12:36:00Z</cp:lastPrinted>
  <dcterms:created xsi:type="dcterms:W3CDTF">2026-08-01T04:59:00Z</dcterms:created>
  <dcterms:modified xsi:type="dcterms:W3CDTF">2026-08-01T05:01:00Z</dcterms:modified>
</cp:coreProperties>
</file>