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jc w:val="center"/>
        <w:bidi w:val="1"/>
      </w:pPr>
    </w:p>
    <w:p>
      <w:pPr>
        <w:spacing w:before="0" w:after="80" w:line="269" w:lineRule="auto"/>
        <w:jc w:val="center"/>
        <w:bidi w:val="1"/>
        <w:keepNext w:val="1"/>
        <w:keepLines w:val="1"/>
      </w:pPr>
      <w:r>
        <w:rPr>
          <w:rFonts w:ascii="Arial" w:hAnsi="Arial" w:cs="Arial"/>
          <w:b/>
          <w:color w:val="0F4761"/>
          <w:sz w:val="28"/>
          <w:rtl w:val="1"/>
        </w:rPr>
        <w:t>لائحة الموارد البشرية</w:t>
      </w:r>
    </w:p>
    <w:p>
      <w:pPr>
        <w:spacing w:before="0" w:after="80" w:line="269" w:lineRule="auto"/>
        <w:jc w:val="center"/>
        <w:bidi w:val="1"/>
        <w:keepNext w:val="1"/>
        <w:keepLines w:val="1"/>
      </w:pPr>
      <w:r>
        <w:rPr>
          <w:rFonts w:ascii="Arial" w:hAnsi="Arial" w:cs="Arial"/>
          <w:b/>
          <w:color w:val="43B58A"/>
          <w:sz w:val="22"/>
          <w:rtl w:val="1"/>
        </w:rPr>
        <w:t>جمعية البلسم للتدريب والتطوير الصحي</w:t>
      </w:r>
    </w:p>
    <w:p>
      <w:pPr>
        <w:spacing w:before="0" w:after="80" w:line="269" w:lineRule="auto"/>
        <w:jc w:val="both"/>
        <w:bidi w:val="1"/>
      </w:pPr>
      <w:r>
        <w:rPr>
          <w:rFonts w:ascii="Arial" w:hAnsi="Arial" w:cs="Arial"/>
          <w:b w:val="0"/>
          <w:color w:val="0F4761"/>
          <w:sz w:val="21"/>
          <w:rtl w:val="1"/>
        </w:rPr>
        <w:t>الإصدار الأول</w:t>
      </w:r>
    </w:p>
    <w:p>
      <w:pPr>
        <w:spacing w:after="0"/>
      </w:pPr>
      <w:r>
        <w:br w:type="page"/>
      </w:r>
    </w:p>
    <w:p>
      <w:pPr>
        <w:spacing w:before="160" w:after="120" w:line="269" w:lineRule="auto"/>
        <w:jc w:val="right"/>
        <w:bidi w:val="1"/>
        <w:keepNext w:val="1"/>
        <w:keepLines w:val="1"/>
      </w:pPr>
      <w:r>
        <w:rPr>
          <w:rFonts w:ascii="Arial" w:hAnsi="Arial" w:eastAsia="Traditional Arabic" w:cs="Arial"/>
          <w:b/>
          <w:color w:val="0F4761"/>
          <w:sz w:val="30"/>
          <w:rtl w:val="1"/>
        </w:rPr>
        <w:t>صفحة الاعتماد</w:t>
      </w:r>
    </w:p>
    <w:p>
      <w:pPr>
        <w:spacing w:before="0" w:after="80" w:line="269" w:lineRule="auto"/>
        <w:jc w:val="center"/>
        <w:bidi w:val="1"/>
        <w:keepNext w:val="1"/>
        <w:keepLines w:val="1"/>
      </w:pPr>
      <w:r>
        <w:rPr>
          <w:rFonts w:ascii="Arial" w:hAnsi="Arial" w:eastAsia="Traditional Arabic" w:cs="Arial"/>
          <w:b/>
          <w:color w:val="0F4761"/>
          <w:sz w:val="28"/>
          <w:rtl w:val="1"/>
        </w:rPr>
        <w:t>لائحة الموارد البشرية</w:t>
      </w:r>
    </w:p>
    <w:p>
      <w:pPr>
        <w:spacing w:before="0" w:after="80" w:line="269" w:lineRule="auto"/>
        <w:jc w:val="center"/>
        <w:bidi w:val="1"/>
        <w:keepNext w:val="1"/>
        <w:keepLines w:val="1"/>
      </w:pPr>
      <w:r>
        <w:rPr>
          <w:rFonts w:ascii="Arial" w:hAnsi="Arial" w:eastAsia="Traditional Arabic" w:cs="Arial"/>
          <w:b/>
          <w:color w:val="43B58A"/>
          <w:sz w:val="22"/>
          <w:rtl w:val="1"/>
        </w:rPr>
        <w:t>جمعية البلسم للتدريب والتطوير الصحي</w:t>
      </w:r>
    </w:p>
    <w:p>
      <w:pPr>
        <w:spacing w:before="0" w:after="40" w:line="269" w:lineRule="auto"/>
        <w:jc w:val="both"/>
        <w:bidi w:val="1"/>
      </w:pPr>
      <w:r>
        <w:rPr>
          <w:rFonts w:ascii="Arial" w:hAnsi="Arial" w:eastAsia="Traditional Arabic" w:cs="Arial"/>
          <w:b w:val="0"/>
          <w:sz w:val="18"/>
          <w:rtl w:val="1"/>
        </w:rPr>
        <w:t>تعتمد هذه اللائحة للعمل بها في جمعية البلسم للتدريب والتطوير الصحي اعتبارًا من تاريخ اعتمادها من مجلس الإدارة، ويلتزم جميع منسوبي الجمعية بما ورد فيها، وتُلغى جميع اللوائح أو التعليمات السابقة التي تتعارض مع أحكامها من تاريخ نفاذها.</w:t>
      </w:r>
    </w:p>
    <w:p>
      <w:pPr>
        <w:spacing w:before="160" w:after="120" w:line="269" w:lineRule="auto"/>
        <w:jc w:val="right"/>
        <w:bidi w:val="1"/>
        <w:keepNext w:val="1"/>
        <w:keepLines w:val="1"/>
      </w:pPr>
      <w:r>
        <w:rPr>
          <w:rFonts w:ascii="Arial" w:hAnsi="Arial" w:eastAsia="Traditional Arabic" w:cs="Arial"/>
          <w:b/>
          <w:color w:val="0F4761"/>
          <w:sz w:val="30"/>
          <w:rtl w:val="1"/>
        </w:rPr>
        <w:t>بيانات الوثيقة</w:t>
      </w:r>
    </w:p>
    <w:tbl>
      <w:tblPr>
        <w:tblStyle w:val="TableGrid"/>
        <w:tblW w:type="auto" w:w="0"/>
        <w:tblLayout w:type="fixed"/>
        <w:tblLook w:firstColumn="1" w:firstRow="1" w:lastColumn="0" w:lastRow="0" w:noHBand="0" w:noVBand="1" w:val="04A0"/>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bidiVisual w:val="1"/>
      </w:tblPr>
      <w:tblGrid>
        <w:gridCol w:w="4703"/>
        <w:gridCol w:w="4703"/>
      </w:tblGrid>
      <w:tr>
        <w:trPr>
          <w:cantSplit w:val="true"/>
        </w:trPr>
        <w:tc>
          <w:tcPr>
            <w:tcW w:type="dxa" w:w="4703"/>
            <w:vAlign w:val="center"/>
            <w:shd w:fill="0F4761" w:val="clear"/>
            <w:tcMar>
              <w:top w:w="45" w:type="dxa"/>
              <w:start w:w="90" w:type="dxa"/>
              <w:bottom w:w="45" w:type="dxa"/>
              <w:end w:w="90" w:type="dxa"/>
            </w:tcMar>
          </w:tcPr>
          <w:p>
            <w:pPr>
              <w:spacing w:before="0" w:after="0" w:line="240" w:lineRule="auto"/>
              <w:jc w:val="center"/>
              <w:bidi w:val="1"/>
            </w:pPr>
            <w:r>
              <w:rPr>
                <w:rFonts w:ascii="Arial" w:hAnsi="Arial" w:cs="Arial"/>
                <w:b w:val="0"/>
                <w:color w:val="FFFFFF"/>
                <w:sz w:val="16"/>
                <w:rtl w:val="1"/>
              </w:rPr>
            </w:r>
            <w:r>
              <w:rPr>
                <w:rFonts w:ascii="Arial" w:hAnsi="Arial" w:eastAsia="Traditional Arabic" w:cs="Arial"/>
                <w:b w:val="0"/>
                <w:color w:val="FFFFFF"/>
                <w:sz w:val="16"/>
                <w:rtl w:val="1"/>
              </w:rPr>
              <w:t>البند</w:t>
            </w:r>
          </w:p>
        </w:tc>
        <w:tc>
          <w:tcPr>
            <w:tcW w:type="dxa" w:w="4703"/>
            <w:vAlign w:val="center"/>
            <w:shd w:fill="0F4761" w:val="clear"/>
            <w:tcMar>
              <w:top w:w="45" w:type="dxa"/>
              <w:start w:w="90" w:type="dxa"/>
              <w:bottom w:w="45" w:type="dxa"/>
              <w:end w:w="90" w:type="dxa"/>
            </w:tcMar>
          </w:tcPr>
          <w:p>
            <w:pPr>
              <w:spacing w:before="0" w:after="0" w:line="240" w:lineRule="auto"/>
              <w:jc w:val="center"/>
              <w:bidi w:val="1"/>
            </w:pPr>
            <w:r>
              <w:rPr>
                <w:rFonts w:ascii="Arial" w:hAnsi="Arial" w:cs="Arial"/>
                <w:b w:val="0"/>
                <w:color w:val="FFFFFF"/>
                <w:sz w:val="16"/>
                <w:rtl w:val="1"/>
              </w:rPr>
            </w:r>
            <w:r>
              <w:rPr>
                <w:rFonts w:ascii="Arial" w:hAnsi="Arial" w:eastAsia="Traditional Arabic" w:cs="Arial"/>
                <w:b w:val="0"/>
                <w:color w:val="FFFFFF"/>
                <w:sz w:val="16"/>
                <w:rtl w:val="1"/>
              </w:rPr>
              <w:t>البيان</w:t>
            </w:r>
          </w:p>
        </w:tc>
      </w:tr>
      <w:tr>
        <w:trPr>
          <w:cantSplit w:val="true"/>
        </w:trPr>
        <w:tc>
          <w:tcPr>
            <w:tcW w:type="dxa" w:w="4703"/>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اسم الوثيقة</w:t>
            </w:r>
          </w:p>
        </w:tc>
        <w:tc>
          <w:tcPr>
            <w:tcW w:type="dxa" w:w="4703"/>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لائحة الموارد البشرية</w:t>
            </w:r>
          </w:p>
        </w:tc>
      </w:tr>
      <w:tr>
        <w:trPr>
          <w:cantSplit w:val="true"/>
        </w:trPr>
        <w:tc>
          <w:tcPr>
            <w:tcW w:type="dxa" w:w="4703"/>
            <w:vAlign w:val="center"/>
            <w:tcMar>
              <w:top w:w="45" w:type="dxa"/>
              <w:start w:w="90" w:type="dxa"/>
              <w:bottom w:w="45" w:type="dxa"/>
              <w:end w:w="90" w:type="dxa"/>
            </w:tcM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الإصدار</w:t>
            </w:r>
          </w:p>
        </w:tc>
        <w:tc>
          <w:tcPr>
            <w:tcW w:type="dxa" w:w="4703"/>
            <w:vAlign w:val="center"/>
            <w:tcMar>
              <w:top w:w="45" w:type="dxa"/>
              <w:start w:w="90" w:type="dxa"/>
              <w:bottom w:w="45" w:type="dxa"/>
              <w:end w:w="90" w:type="dxa"/>
            </w:tcM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الإصدار الأول (1.0)</w:t>
            </w:r>
          </w:p>
        </w:tc>
      </w:tr>
      <w:tr>
        <w:trPr>
          <w:cantSplit w:val="true"/>
        </w:trPr>
        <w:tc>
          <w:tcPr>
            <w:tcW w:type="dxa" w:w="4703"/>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جهة الإصدار</w:t>
            </w:r>
          </w:p>
        </w:tc>
        <w:tc>
          <w:tcPr>
            <w:tcW w:type="dxa" w:w="4703"/>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مجلس إدارة جمعية البلسم للتدريب والتطوير الصحي</w:t>
            </w:r>
          </w:p>
        </w:tc>
      </w:tr>
      <w:tr>
        <w:trPr>
          <w:cantSplit w:val="true"/>
        </w:trPr>
        <w:tc>
          <w:tcPr>
            <w:tcW w:type="dxa" w:w="4703"/>
            <w:vAlign w:val="center"/>
            <w:tcMar>
              <w:top w:w="45" w:type="dxa"/>
              <w:start w:w="90" w:type="dxa"/>
              <w:bottom w:w="45" w:type="dxa"/>
              <w:end w:w="90" w:type="dxa"/>
            </w:tcM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رقم القرار</w:t>
            </w:r>
          </w:p>
        </w:tc>
        <w:tc>
          <w:tcPr>
            <w:tcW w:type="dxa" w:w="4703"/>
            <w:vAlign w:val="center"/>
            <w:tcMar>
              <w:top w:w="45" w:type="dxa"/>
              <w:start w:w="90" w:type="dxa"/>
              <w:bottom w:w="45" w:type="dxa"/>
              <w:end w:w="90" w:type="dxa"/>
            </w:tcM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w:t>
            </w:r>
          </w:p>
        </w:tc>
      </w:tr>
      <w:tr>
        <w:trPr>
          <w:cantSplit w:val="true"/>
        </w:trPr>
        <w:tc>
          <w:tcPr>
            <w:tcW w:type="dxa" w:w="4703"/>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تاريخ الاعتماد</w:t>
            </w:r>
          </w:p>
        </w:tc>
        <w:tc>
          <w:tcPr>
            <w:tcW w:type="dxa" w:w="4703"/>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 / ...... / 14هـ    الموافق ...... / ...... / 20م</w:t>
            </w:r>
          </w:p>
        </w:tc>
      </w:tr>
      <w:tr>
        <w:trPr>
          <w:cantSplit w:val="true"/>
        </w:trPr>
        <w:tc>
          <w:tcPr>
            <w:tcW w:type="dxa" w:w="4703"/>
            <w:vAlign w:val="center"/>
            <w:tcMar>
              <w:top w:w="45" w:type="dxa"/>
              <w:start w:w="90" w:type="dxa"/>
              <w:bottom w:w="45" w:type="dxa"/>
              <w:end w:w="90" w:type="dxa"/>
            </w:tcM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تاريخ النفاذ</w:t>
            </w:r>
          </w:p>
        </w:tc>
        <w:tc>
          <w:tcPr>
            <w:tcW w:type="dxa" w:w="4703"/>
            <w:vAlign w:val="center"/>
            <w:tcMar>
              <w:top w:w="45" w:type="dxa"/>
              <w:start w:w="90" w:type="dxa"/>
              <w:bottom w:w="45" w:type="dxa"/>
              <w:end w:w="90" w:type="dxa"/>
            </w:tcM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 / ...... / 14هـ    الموافق ...... / ...... / 20م</w:t>
            </w:r>
          </w:p>
        </w:tc>
      </w:tr>
    </w:tbl>
    <w:p>
      <w:pPr>
        <w:spacing w:before="160" w:after="120" w:line="269" w:lineRule="auto"/>
        <w:jc w:val="right"/>
        <w:bidi w:val="1"/>
        <w:keepNext w:val="1"/>
        <w:keepLines w:val="1"/>
      </w:pPr>
      <w:r>
        <w:rPr>
          <w:rFonts w:ascii="Arial" w:hAnsi="Arial" w:eastAsia="Traditional Arabic" w:cs="Arial"/>
          <w:b/>
          <w:color w:val="0F4761"/>
          <w:sz w:val="30"/>
          <w:rtl w:val="1"/>
        </w:rPr>
        <w:t>جدول التوقيعات</w:t>
      </w:r>
    </w:p>
    <w:tbl>
      <w:tblPr>
        <w:tblStyle w:val="TableGrid"/>
        <w:tblW w:type="auto" w:w="0"/>
        <w:tblLayout w:type="fixed"/>
        <w:tblLook w:firstColumn="1" w:firstRow="1" w:lastColumn="0" w:lastRow="0" w:noHBand="0" w:noVBand="1" w:val="04A0"/>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bidiVisual w:val="1"/>
      </w:tblPr>
      <w:tblGrid>
        <w:gridCol w:w="2351"/>
        <w:gridCol w:w="2351"/>
        <w:gridCol w:w="2351"/>
        <w:gridCol w:w="2351"/>
      </w:tblGrid>
      <w:tr>
        <w:trPr>
          <w:cantSplit w:val="true"/>
        </w:trPr>
        <w:tc>
          <w:tcPr>
            <w:tcW w:type="dxa" w:w="2351"/>
            <w:vAlign w:val="center"/>
            <w:shd w:fill="0F4761" w:val="clear"/>
            <w:tcMar>
              <w:top w:w="45" w:type="dxa"/>
              <w:start w:w="90" w:type="dxa"/>
              <w:bottom w:w="45" w:type="dxa"/>
              <w:end w:w="90" w:type="dxa"/>
            </w:tcMar>
          </w:tcPr>
          <w:p>
            <w:pPr>
              <w:spacing w:before="0" w:after="0" w:line="240" w:lineRule="auto"/>
              <w:jc w:val="center"/>
              <w:bidi w:val="1"/>
            </w:pPr>
            <w:r>
              <w:rPr>
                <w:rFonts w:ascii="Arial" w:hAnsi="Arial" w:cs="Arial"/>
                <w:b w:val="0"/>
                <w:color w:val="FFFFFF"/>
                <w:sz w:val="16"/>
                <w:rtl w:val="1"/>
              </w:rPr>
            </w:r>
            <w:r>
              <w:rPr>
                <w:rFonts w:ascii="Arial" w:hAnsi="Arial" w:eastAsia="Traditional Arabic" w:cs="Arial"/>
                <w:b w:val="0"/>
                <w:color w:val="FFFFFF"/>
                <w:sz w:val="16"/>
                <w:rtl w:val="1"/>
              </w:rPr>
              <w:t>الصفة</w:t>
            </w:r>
          </w:p>
        </w:tc>
        <w:tc>
          <w:tcPr>
            <w:tcW w:type="dxa" w:w="2351"/>
            <w:vAlign w:val="center"/>
            <w:shd w:fill="0F4761" w:val="clear"/>
            <w:tcMar>
              <w:top w:w="45" w:type="dxa"/>
              <w:start w:w="90" w:type="dxa"/>
              <w:bottom w:w="45" w:type="dxa"/>
              <w:end w:w="90" w:type="dxa"/>
            </w:tcMar>
          </w:tcPr>
          <w:p>
            <w:pPr>
              <w:spacing w:before="0" w:after="0" w:line="240" w:lineRule="auto"/>
              <w:jc w:val="center"/>
              <w:bidi w:val="1"/>
            </w:pPr>
            <w:r>
              <w:rPr>
                <w:rFonts w:ascii="Arial" w:hAnsi="Arial" w:cs="Arial"/>
                <w:b w:val="0"/>
                <w:color w:val="FFFFFF"/>
                <w:sz w:val="16"/>
                <w:rtl w:val="1"/>
              </w:rPr>
            </w:r>
            <w:r>
              <w:rPr>
                <w:rFonts w:ascii="Arial" w:hAnsi="Arial" w:eastAsia="Traditional Arabic" w:cs="Arial"/>
                <w:b w:val="0"/>
                <w:color w:val="FFFFFF"/>
                <w:sz w:val="16"/>
                <w:rtl w:val="1"/>
              </w:rPr>
              <w:t>الاسم</w:t>
            </w:r>
          </w:p>
        </w:tc>
        <w:tc>
          <w:tcPr>
            <w:tcW w:type="dxa" w:w="2351"/>
            <w:vAlign w:val="center"/>
            <w:shd w:fill="0F4761" w:val="clear"/>
            <w:tcMar>
              <w:top w:w="45" w:type="dxa"/>
              <w:start w:w="90" w:type="dxa"/>
              <w:bottom w:w="45" w:type="dxa"/>
              <w:end w:w="90" w:type="dxa"/>
            </w:tcMar>
          </w:tcPr>
          <w:p>
            <w:pPr>
              <w:spacing w:before="0" w:after="0" w:line="240" w:lineRule="auto"/>
              <w:jc w:val="center"/>
              <w:bidi w:val="1"/>
            </w:pPr>
            <w:r>
              <w:rPr>
                <w:rFonts w:ascii="Arial" w:hAnsi="Arial" w:cs="Arial"/>
                <w:b w:val="0"/>
                <w:color w:val="FFFFFF"/>
                <w:sz w:val="16"/>
                <w:rtl w:val="1"/>
              </w:rPr>
            </w:r>
            <w:r>
              <w:rPr>
                <w:rFonts w:ascii="Arial" w:hAnsi="Arial" w:eastAsia="Traditional Arabic" w:cs="Arial"/>
                <w:b w:val="0"/>
                <w:color w:val="FFFFFF"/>
                <w:sz w:val="16"/>
                <w:rtl w:val="1"/>
              </w:rPr>
              <w:t>التوقيع</w:t>
            </w:r>
          </w:p>
        </w:tc>
        <w:tc>
          <w:tcPr>
            <w:tcW w:type="dxa" w:w="2351"/>
            <w:vAlign w:val="center"/>
            <w:shd w:fill="0F4761" w:val="clear"/>
            <w:tcMar>
              <w:top w:w="45" w:type="dxa"/>
              <w:start w:w="90" w:type="dxa"/>
              <w:bottom w:w="45" w:type="dxa"/>
              <w:end w:w="90" w:type="dxa"/>
            </w:tcMar>
          </w:tcPr>
          <w:p>
            <w:pPr>
              <w:spacing w:before="0" w:after="0" w:line="240" w:lineRule="auto"/>
              <w:jc w:val="center"/>
              <w:bidi w:val="1"/>
            </w:pPr>
            <w:r>
              <w:rPr>
                <w:rFonts w:ascii="Arial" w:hAnsi="Arial" w:cs="Arial"/>
                <w:b w:val="0"/>
                <w:color w:val="FFFFFF"/>
                <w:sz w:val="16"/>
                <w:rtl w:val="1"/>
              </w:rPr>
            </w:r>
            <w:r>
              <w:rPr>
                <w:rFonts w:ascii="Arial" w:hAnsi="Arial" w:eastAsia="Traditional Arabic" w:cs="Arial"/>
                <w:b w:val="0"/>
                <w:color w:val="FFFFFF"/>
                <w:sz w:val="16"/>
                <w:rtl w:val="1"/>
              </w:rPr>
              <w:t>الختم</w:t>
            </w:r>
          </w:p>
        </w:tc>
      </w:tr>
      <w:tr>
        <w:trPr>
          <w:cantSplit w:val="true"/>
        </w:trPr>
        <w:tc>
          <w:tcPr>
            <w:tcW w:type="dxa" w:w="2351"/>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t>رئيس مجلس الإدارة</w:t>
            </w:r>
          </w:p>
        </w:tc>
        <w:tc>
          <w:tcPr>
            <w:tcW w:type="dxa" w:w="2351"/>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r>
          </w:p>
        </w:tc>
        <w:tc>
          <w:tcPr>
            <w:tcW w:type="dxa" w:w="2351"/>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r>
          </w:p>
        </w:tc>
        <w:tc>
          <w:tcPr>
            <w:tcW w:type="dxa" w:w="2351"/>
            <w:vAlign w:val="center"/>
            <w:tcMar>
              <w:top w:w="45" w:type="dxa"/>
              <w:start w:w="90" w:type="dxa"/>
              <w:bottom w:w="45" w:type="dxa"/>
              <w:end w:w="90" w:type="dxa"/>
            </w:tcMar>
            <w:shd w:fill="F2F8F5" w:val="clear"/>
          </w:tcPr>
          <w:p>
            <w:pPr>
              <w:spacing w:before="0" w:after="0" w:line="240" w:lineRule="auto"/>
              <w:jc w:val="right"/>
              <w:bidi w:val="1"/>
            </w:pPr>
            <w:r>
              <w:rPr>
                <w:rFonts w:ascii="Arial" w:hAnsi="Arial" w:cs="Arial"/>
                <w:b w:val="0"/>
                <w:sz w:val="16"/>
                <w:rtl w:val="1"/>
              </w:rPr>
            </w:r>
            <w:r>
              <w:rPr>
                <w:rFonts w:ascii="Arial" w:hAnsi="Arial" w:eastAsia="Traditional Arabic" w:cs="Arial"/>
                <w:b w:val="0"/>
                <w:sz w:val="16"/>
                <w:rtl w:val="1"/>
              </w:rPr>
            </w:r>
          </w:p>
        </w:tc>
      </w:tr>
    </w:tbl>
    <w:p>
      <w:pPr>
        <w:spacing w:after="0"/>
        <w:sectPr w:rsidR="00FC693F" w:rsidRPr="0006063C" w:rsidSect="00034616">
          <w:headerReference w:type="default" r:id="rId9"/>
          <w:footerReference w:type="default" r:id="rId10"/>
          <w:pgSz w:w="11906" w:h="16838"/>
          <w:pgMar w:top="2523" w:right="1134" w:bottom="1843" w:left="737" w:header="142" w:footer="0" w:gutter="0"/>
          <w:cols w:space="720"/>
          <w:docGrid w:linePitch="360"/>
        </w:sectPr>
      </w:pPr>
      <w:r>
        <w:br w:type="page"/>
      </w:r>
    </w:p>
    <w:tbl>
      <w:tblPr>
        <w:tblStyle w:val="afa"/>
        <w:tblW w:w="0" w:type="auto"/>
        <w:tblLook w:val="04A0" w:firstRow="1" w:lastRow="0" w:firstColumn="1" w:lastColumn="0" w:noHBand="0" w:noVBand="1"/>
        <w:bidiVisual w:val="1"/>
        <w:tblLayout w:type="fixed"/>
      </w:tblPr>
      <w:tblGrid>
        <w:gridCol w:w="4320"/>
        <w:gridCol w:w="4320"/>
      </w:tblGrid>
      <w:tr w:rsidR="00855BD9" w14:paraId="24893F1F" w14:textId="77777777">
        <w:trPr>
          <w:cantSplit w:val="true"/>
        </w:trPr>
        <w:tc>
          <w:tcPr>
            <w:tcW w:w="4320" w:type="dxa"/>
            <w:vAlign w:val="center"/>
            <w:tcMar>
              <w:top w:w="90" w:type="dxa"/>
              <w:start w:w="120" w:type="dxa"/>
              <w:bottom w:w="90" w:type="dxa"/>
              <w:end w:w="120" w:type="dxa"/>
            </w:tcMar>
            <w:shd w:fill="0F4761" w:val="clear"/>
          </w:tcPr>
          <w:p w14:paraId="7ABD9923" w14:textId="77777777" w:rsidR="00855BD9" w:rsidRDefault="009E64B1">
            <w:pPr>
              <w:spacing w:before="0" w:after="0" w:line="240" w:lineRule="auto"/>
              <w:jc w:val="center"/>
              <w:bidi w:val="1"/>
            </w:pPr>
            <w:r>
              <w:rPr>
                <w:rFonts w:ascii="Arial" w:hAnsi="Arial" w:cs="Arial"/>
                <w:b/>
                <w:color w:val="FFFFFF"/>
                <w:sz w:val="18"/>
                <w:rtl w:val="1"/>
              </w:rPr>
              <w:t>اسم</w:t>
            </w:r>
            <w:r>
              <w:rPr>
                <w:rFonts w:ascii="Arial" w:hAnsi="Arial" w:cs="Arial"/>
                <w:b/>
                <w:color w:val="FFFFFF"/>
                <w:sz w:val="18"/>
                <w:rtl w:val="1"/>
              </w:rPr>
              <w:t xml:space="preserve"> </w:t>
            </w:r>
            <w:r>
              <w:rPr>
                <w:rFonts w:ascii="Arial" w:hAnsi="Arial" w:cs="Arial"/>
                <w:b/>
                <w:color w:val="FFFFFF"/>
                <w:sz w:val="18"/>
                <w:rtl w:val="1"/>
              </w:rPr>
              <w:t>الوثيقة</w:t>
            </w:r>
          </w:p>
        </w:tc>
        <w:tc>
          <w:tcPr>
            <w:tcW w:w="4320" w:type="dxa"/>
            <w:vAlign w:val="center"/>
            <w:tcMar>
              <w:top w:w="90" w:type="dxa"/>
              <w:start w:w="120" w:type="dxa"/>
              <w:bottom w:w="90" w:type="dxa"/>
              <w:end w:w="120" w:type="dxa"/>
            </w:tcMar>
            <w:shd w:fill="0F4761" w:val="clear"/>
          </w:tcPr>
          <w:p w14:paraId="56A8CB39" w14:textId="77777777" w:rsidR="00855BD9" w:rsidRDefault="009E64B1">
            <w:pPr>
              <w:spacing w:before="0" w:after="0" w:line="240" w:lineRule="auto"/>
              <w:jc w:val="center"/>
              <w:bidi w:val="1"/>
            </w:pPr>
            <w:r>
              <w:rPr>
                <w:rFonts w:ascii="Arial" w:hAnsi="Arial" w:cs="Arial"/>
                <w:b/>
                <w:color w:val="FFFFFF"/>
                <w:sz w:val="18"/>
                <w:rtl w:val="1"/>
              </w:rPr>
              <w:t>لائحة</w:t>
            </w:r>
            <w:r>
              <w:rPr>
                <w:rFonts w:ascii="Arial" w:hAnsi="Arial" w:cs="Arial"/>
                <w:b/>
                <w:color w:val="FFFFFF"/>
                <w:sz w:val="18"/>
                <w:rtl w:val="1"/>
              </w:rPr>
              <w:t xml:space="preserve"> </w:t>
            </w:r>
            <w:r>
              <w:rPr>
                <w:rFonts w:ascii="Arial" w:hAnsi="Arial" w:cs="Arial"/>
                <w:b/>
                <w:color w:val="FFFFFF"/>
                <w:sz w:val="18"/>
                <w:rtl w:val="1"/>
              </w:rPr>
              <w:t>الموارد</w:t>
            </w:r>
            <w:r>
              <w:rPr>
                <w:rFonts w:ascii="Arial" w:hAnsi="Arial" w:cs="Arial"/>
                <w:b/>
                <w:color w:val="FFFFFF"/>
                <w:sz w:val="18"/>
                <w:rtl w:val="1"/>
              </w:rPr>
              <w:t xml:space="preserve"> </w:t>
            </w:r>
            <w:r>
              <w:rPr>
                <w:rFonts w:ascii="Arial" w:hAnsi="Arial" w:cs="Arial"/>
                <w:b/>
                <w:color w:val="FFFFFF"/>
                <w:sz w:val="18"/>
                <w:rtl w:val="1"/>
              </w:rPr>
              <w:t>البشرية</w:t>
            </w:r>
          </w:p>
        </w:tc>
      </w:tr>
      <w:tr w:rsidR="00855BD9" w14:paraId="4AB797F4" w14:textId="77777777">
        <w:trPr>
          <w:cantSplit w:val="true"/>
        </w:trPr>
        <w:tc>
          <w:tcPr>
            <w:tcW w:w="4320" w:type="dxa"/>
            <w:vAlign w:val="center"/>
            <w:tcMar>
              <w:top w:w="90" w:type="dxa"/>
              <w:start w:w="120" w:type="dxa"/>
              <w:bottom w:w="90" w:type="dxa"/>
              <w:end w:w="120" w:type="dxa"/>
            </w:tcMar>
            <w:shd w:fill="F2F8F5" w:val="clear"/>
          </w:tcPr>
          <w:p w14:paraId="404753F1" w14:textId="77777777" w:rsidR="00855BD9" w:rsidRDefault="009E64B1">
            <w:pPr>
              <w:spacing w:before="0" w:after="0" w:line="240" w:lineRule="auto"/>
              <w:jc w:val="right"/>
              <w:bidi w:val="1"/>
            </w:pPr>
            <w:r>
              <w:rPr>
                <w:rFonts w:ascii="Arial" w:hAnsi="Arial" w:cs="Arial"/>
                <w:b w:val="0"/>
                <w:sz w:val="18"/>
                <w:rtl w:val="1"/>
              </w:rPr>
              <w:t>الإصدار</w:t>
            </w:r>
          </w:p>
        </w:tc>
        <w:tc>
          <w:tcPr>
            <w:tcW w:w="4320" w:type="dxa"/>
            <w:vAlign w:val="center"/>
            <w:tcMar>
              <w:top w:w="90" w:type="dxa"/>
              <w:start w:w="120" w:type="dxa"/>
              <w:bottom w:w="90" w:type="dxa"/>
              <w:end w:w="120" w:type="dxa"/>
            </w:tcMar>
            <w:shd w:fill="F2F8F5" w:val="clear"/>
          </w:tcPr>
          <w:p w14:paraId="0B6C0990" w14:textId="77777777" w:rsidR="00855BD9" w:rsidRDefault="009E64B1">
            <w:pPr>
              <w:spacing w:before="0" w:after="0" w:line="240" w:lineRule="auto"/>
              <w:jc w:val="right"/>
              <w:bidi w:val="1"/>
            </w:pPr>
            <w:r>
              <w:rPr>
                <w:rFonts w:ascii="Arial" w:hAnsi="Arial" w:cs="Arial"/>
                <w:b w:val="0"/>
                <w:sz w:val="18"/>
                <w:rtl w:val="1"/>
              </w:rPr>
              <w:t>الأول</w:t>
            </w:r>
          </w:p>
        </w:tc>
      </w:tr>
      <w:tr w:rsidR="00855BD9" w14:paraId="1FA979C3" w14:textId="77777777">
        <w:trPr>
          <w:cantSplit w:val="true"/>
        </w:trPr>
        <w:tc>
          <w:tcPr>
            <w:tcW w:w="4320" w:type="dxa"/>
            <w:vAlign w:val="center"/>
            <w:tcMar>
              <w:top w:w="90" w:type="dxa"/>
              <w:start w:w="120" w:type="dxa"/>
              <w:bottom w:w="90" w:type="dxa"/>
              <w:end w:w="120" w:type="dxa"/>
            </w:tcMar>
          </w:tcPr>
          <w:p w14:paraId="004D3FCA" w14:textId="77777777" w:rsidR="00855BD9" w:rsidRDefault="009E64B1">
            <w:pPr>
              <w:spacing w:before="0" w:after="0" w:line="240" w:lineRule="auto"/>
              <w:jc w:val="right"/>
              <w:bidi w:val="1"/>
            </w:pPr>
            <w:r>
              <w:rPr>
                <w:rFonts w:ascii="Arial" w:hAnsi="Arial" w:cs="Arial"/>
                <w:b w:val="0"/>
                <w:sz w:val="18"/>
                <w:rtl w:val="1"/>
              </w:rPr>
              <w:t>جهة</w:t>
            </w:r>
            <w:r>
              <w:rPr>
                <w:rFonts w:ascii="Arial" w:hAnsi="Arial" w:cs="Arial"/>
                <w:b w:val="0"/>
                <w:sz w:val="18"/>
                <w:rtl w:val="1"/>
              </w:rPr>
              <w:t xml:space="preserve"> </w:t>
            </w:r>
            <w:r>
              <w:rPr>
                <w:rFonts w:ascii="Arial" w:hAnsi="Arial" w:cs="Arial"/>
                <w:b w:val="0"/>
                <w:sz w:val="18"/>
                <w:rtl w:val="1"/>
              </w:rPr>
              <w:t>الإصدار</w:t>
            </w:r>
          </w:p>
        </w:tc>
        <w:tc>
          <w:tcPr>
            <w:tcW w:w="4320" w:type="dxa"/>
            <w:vAlign w:val="center"/>
            <w:tcMar>
              <w:top w:w="90" w:type="dxa"/>
              <w:start w:w="120" w:type="dxa"/>
              <w:bottom w:w="90" w:type="dxa"/>
              <w:end w:w="120" w:type="dxa"/>
            </w:tcMar>
          </w:tcPr>
          <w:p w14:paraId="2E94DB30" w14:textId="77777777" w:rsidR="00855BD9" w:rsidRDefault="009E64B1">
            <w:pPr>
              <w:spacing w:before="0" w:after="0" w:line="240" w:lineRule="auto"/>
              <w:jc w:val="right"/>
              <w:bidi w:val="1"/>
            </w:pPr>
            <w:r>
              <w:rPr>
                <w:rFonts w:ascii="Arial" w:hAnsi="Arial" w:cs="Arial"/>
                <w:b w:val="0"/>
                <w:sz w:val="18"/>
                <w:rtl w:val="1"/>
              </w:rPr>
              <w:t>مجلس</w:t>
            </w:r>
            <w:r>
              <w:rPr>
                <w:rFonts w:ascii="Arial" w:hAnsi="Arial" w:cs="Arial"/>
                <w:b w:val="0"/>
                <w:sz w:val="18"/>
                <w:rtl w:val="1"/>
              </w:rPr>
              <w:t xml:space="preserve"> </w:t>
            </w:r>
            <w:r>
              <w:rPr>
                <w:rFonts w:ascii="Arial" w:hAnsi="Arial" w:cs="Arial"/>
                <w:b w:val="0"/>
                <w:sz w:val="18"/>
                <w:rtl w:val="1"/>
              </w:rPr>
              <w:t>إدارة</w:t>
            </w:r>
            <w:r>
              <w:rPr>
                <w:rFonts w:ascii="Arial" w:hAnsi="Arial" w:cs="Arial"/>
                <w:b w:val="0"/>
                <w:sz w:val="18"/>
                <w:rtl w:val="1"/>
              </w:rPr>
              <w:t xml:space="preserve"> </w:t>
            </w:r>
            <w:r>
              <w:rPr>
                <w:rFonts w:ascii="Arial" w:hAnsi="Arial" w:cs="Arial"/>
                <w:b w:val="0"/>
                <w:sz w:val="18"/>
                <w:rtl w:val="1"/>
              </w:rPr>
              <w:t>جمعية</w:t>
            </w:r>
            <w:r>
              <w:rPr>
                <w:rFonts w:ascii="Arial" w:hAnsi="Arial" w:cs="Arial"/>
                <w:b w:val="0"/>
                <w:sz w:val="18"/>
                <w:rtl w:val="1"/>
              </w:rPr>
              <w:t xml:space="preserve"> </w:t>
            </w:r>
            <w:r>
              <w:rPr>
                <w:rFonts w:ascii="Arial" w:hAnsi="Arial" w:cs="Arial"/>
                <w:b w:val="0"/>
                <w:sz w:val="18"/>
                <w:rtl w:val="1"/>
              </w:rPr>
              <w:t>البلسم</w:t>
            </w:r>
            <w:r>
              <w:rPr>
                <w:rFonts w:ascii="Arial" w:hAnsi="Arial" w:cs="Arial"/>
                <w:b w:val="0"/>
                <w:sz w:val="18"/>
                <w:rtl w:val="1"/>
              </w:rPr>
              <w:t xml:space="preserve"> </w:t>
            </w:r>
            <w:r>
              <w:rPr>
                <w:rFonts w:ascii="Arial" w:hAnsi="Arial" w:cs="Arial"/>
                <w:b w:val="0"/>
                <w:sz w:val="18"/>
                <w:rtl w:val="1"/>
              </w:rPr>
              <w:t>للتدريب</w:t>
            </w:r>
            <w:r>
              <w:rPr>
                <w:rFonts w:ascii="Arial" w:hAnsi="Arial" w:cs="Arial"/>
                <w:b w:val="0"/>
                <w:sz w:val="18"/>
                <w:rtl w:val="1"/>
              </w:rPr>
              <w:t xml:space="preserve"> </w:t>
            </w:r>
            <w:r>
              <w:rPr>
                <w:rFonts w:ascii="Arial" w:hAnsi="Arial" w:cs="Arial"/>
                <w:b w:val="0"/>
                <w:sz w:val="18"/>
                <w:rtl w:val="1"/>
              </w:rPr>
              <w:t>والتطوير</w:t>
            </w:r>
            <w:r>
              <w:rPr>
                <w:rFonts w:ascii="Arial" w:hAnsi="Arial" w:cs="Arial"/>
                <w:b w:val="0"/>
                <w:sz w:val="18"/>
                <w:rtl w:val="1"/>
              </w:rPr>
              <w:t xml:space="preserve"> </w:t>
            </w:r>
            <w:r>
              <w:rPr>
                <w:rFonts w:ascii="Arial" w:hAnsi="Arial" w:cs="Arial"/>
                <w:b w:val="0"/>
                <w:sz w:val="18"/>
                <w:rtl w:val="1"/>
              </w:rPr>
              <w:t>الصحي</w:t>
            </w:r>
          </w:p>
        </w:tc>
      </w:tr>
      <w:tr w:rsidR="00855BD9" w14:paraId="0EF929FF" w14:textId="77777777">
        <w:trPr>
          <w:cantSplit w:val="true"/>
        </w:trPr>
        <w:tc>
          <w:tcPr>
            <w:tcW w:w="4320" w:type="dxa"/>
            <w:vAlign w:val="center"/>
            <w:tcMar>
              <w:top w:w="90" w:type="dxa"/>
              <w:start w:w="120" w:type="dxa"/>
              <w:bottom w:w="90" w:type="dxa"/>
              <w:end w:w="120" w:type="dxa"/>
            </w:tcMar>
            <w:shd w:fill="F2F8F5" w:val="clear"/>
          </w:tcPr>
          <w:p w14:paraId="43B0EDFB" w14:textId="77777777" w:rsidR="00855BD9" w:rsidRDefault="009E64B1">
            <w:pPr>
              <w:spacing w:before="0" w:after="0" w:line="240" w:lineRule="auto"/>
              <w:jc w:val="right"/>
              <w:bidi w:val="1"/>
            </w:pPr>
            <w:r>
              <w:rPr>
                <w:rFonts w:ascii="Arial" w:hAnsi="Arial" w:cs="Arial"/>
                <w:b w:val="0"/>
                <w:sz w:val="18"/>
                <w:rtl w:val="1"/>
              </w:rPr>
              <w:t>تاريخ</w:t>
            </w:r>
            <w:r>
              <w:rPr>
                <w:rFonts w:ascii="Arial" w:hAnsi="Arial" w:cs="Arial"/>
                <w:b w:val="0"/>
                <w:sz w:val="18"/>
                <w:rtl w:val="1"/>
              </w:rPr>
              <w:t xml:space="preserve"> </w:t>
            </w:r>
            <w:r>
              <w:rPr>
                <w:rFonts w:ascii="Arial" w:hAnsi="Arial" w:cs="Arial"/>
                <w:b w:val="0"/>
                <w:sz w:val="18"/>
                <w:rtl w:val="1"/>
              </w:rPr>
              <w:t>الاعتماد</w:t>
            </w:r>
          </w:p>
        </w:tc>
        <w:tc>
          <w:tcPr>
            <w:tcW w:w="4320" w:type="dxa"/>
            <w:vAlign w:val="center"/>
            <w:tcMar>
              <w:top w:w="90" w:type="dxa"/>
              <w:start w:w="120" w:type="dxa"/>
              <w:bottom w:w="90" w:type="dxa"/>
              <w:end w:w="120" w:type="dxa"/>
            </w:tcMar>
            <w:shd w:fill="F2F8F5" w:val="clear"/>
          </w:tcPr>
          <w:p w14:paraId="75A67C3D" w14:textId="77777777" w:rsidR="00855BD9" w:rsidRDefault="009E64B1">
            <w:pPr>
              <w:spacing w:before="0" w:after="0" w:line="240" w:lineRule="auto"/>
              <w:jc w:val="right"/>
              <w:bidi w:val="1"/>
            </w:pPr>
            <w:r>
              <w:rPr>
                <w:rFonts w:ascii="Arial" w:hAnsi="Arial" w:cs="Arial"/>
                <w:b w:val="0"/>
                <w:sz w:val="18"/>
                <w:rtl w:val="1"/>
              </w:rPr>
              <w:t>................</w:t>
            </w:r>
          </w:p>
        </w:tc>
      </w:tr>
      <w:tr w:rsidR="00855BD9" w14:paraId="6F24342E" w14:textId="77777777">
        <w:trPr>
          <w:cantSplit w:val="true"/>
        </w:trPr>
        <w:tc>
          <w:tcPr>
            <w:tcW w:w="4320" w:type="dxa"/>
            <w:vAlign w:val="center"/>
            <w:tcMar>
              <w:top w:w="90" w:type="dxa"/>
              <w:start w:w="120" w:type="dxa"/>
              <w:bottom w:w="90" w:type="dxa"/>
              <w:end w:w="120" w:type="dxa"/>
            </w:tcMar>
          </w:tcPr>
          <w:p w14:paraId="07CCDC74" w14:textId="77777777" w:rsidR="00855BD9" w:rsidRDefault="009E64B1">
            <w:pPr>
              <w:spacing w:before="0" w:after="0" w:line="240" w:lineRule="auto"/>
              <w:jc w:val="right"/>
              <w:bidi w:val="1"/>
            </w:pPr>
            <w:r>
              <w:rPr>
                <w:rFonts w:ascii="Arial" w:hAnsi="Arial" w:cs="Arial"/>
                <w:b w:val="0"/>
                <w:sz w:val="18"/>
                <w:rtl w:val="1"/>
              </w:rPr>
              <w:t>رقم</w:t>
            </w:r>
            <w:r>
              <w:rPr>
                <w:rFonts w:ascii="Arial" w:hAnsi="Arial" w:cs="Arial"/>
                <w:b w:val="0"/>
                <w:sz w:val="18"/>
                <w:rtl w:val="1"/>
              </w:rPr>
              <w:t xml:space="preserve"> </w:t>
            </w:r>
            <w:r>
              <w:rPr>
                <w:rFonts w:ascii="Arial" w:hAnsi="Arial" w:cs="Arial"/>
                <w:b w:val="0"/>
                <w:sz w:val="18"/>
                <w:rtl w:val="1"/>
              </w:rPr>
              <w:t>القرار</w:t>
            </w:r>
          </w:p>
        </w:tc>
        <w:tc>
          <w:tcPr>
            <w:tcW w:w="4320" w:type="dxa"/>
            <w:vAlign w:val="center"/>
            <w:tcMar>
              <w:top w:w="90" w:type="dxa"/>
              <w:start w:w="120" w:type="dxa"/>
              <w:bottom w:w="90" w:type="dxa"/>
              <w:end w:w="120" w:type="dxa"/>
            </w:tcMar>
          </w:tcPr>
          <w:p w14:paraId="59320630" w14:textId="77777777" w:rsidR="00855BD9" w:rsidRDefault="009E64B1">
            <w:pPr>
              <w:spacing w:before="0" w:after="0" w:line="240" w:lineRule="auto"/>
              <w:jc w:val="right"/>
              <w:bidi w:val="1"/>
            </w:pPr>
            <w:r>
              <w:rPr>
                <w:rFonts w:ascii="Arial" w:hAnsi="Arial" w:cs="Arial"/>
                <w:b w:val="0"/>
                <w:sz w:val="18"/>
                <w:rtl w:val="1"/>
              </w:rPr>
              <w:t>................</w:t>
            </w:r>
          </w:p>
        </w:tc>
      </w:tr>
      <w:tr w:rsidR="00855BD9" w14:paraId="77E18432" w14:textId="77777777">
        <w:trPr>
          <w:cantSplit w:val="true"/>
        </w:trPr>
        <w:tc>
          <w:tcPr>
            <w:tcW w:w="4320" w:type="dxa"/>
            <w:vAlign w:val="center"/>
            <w:tcMar>
              <w:top w:w="90" w:type="dxa"/>
              <w:start w:w="120" w:type="dxa"/>
              <w:bottom w:w="90" w:type="dxa"/>
              <w:end w:w="120" w:type="dxa"/>
            </w:tcMar>
            <w:shd w:fill="F2F8F5" w:val="clear"/>
          </w:tcPr>
          <w:p w14:paraId="5AF2B342" w14:textId="77777777" w:rsidR="00855BD9" w:rsidRDefault="009E64B1">
            <w:pPr>
              <w:spacing w:before="0" w:after="0" w:line="240" w:lineRule="auto"/>
              <w:jc w:val="right"/>
              <w:bidi w:val="1"/>
            </w:pPr>
            <w:r>
              <w:rPr>
                <w:rFonts w:ascii="Arial" w:hAnsi="Arial" w:cs="Arial"/>
                <w:b w:val="0"/>
                <w:sz w:val="18"/>
                <w:rtl w:val="1"/>
              </w:rPr>
              <w:t>تاريخ</w:t>
            </w:r>
            <w:r>
              <w:rPr>
                <w:rFonts w:ascii="Arial" w:hAnsi="Arial" w:cs="Arial"/>
                <w:b w:val="0"/>
                <w:sz w:val="18"/>
                <w:rtl w:val="1"/>
              </w:rPr>
              <w:t xml:space="preserve"> </w:t>
            </w:r>
            <w:r>
              <w:rPr>
                <w:rFonts w:ascii="Arial" w:hAnsi="Arial" w:cs="Arial"/>
                <w:b w:val="0"/>
                <w:sz w:val="18"/>
                <w:rtl w:val="1"/>
              </w:rPr>
              <w:t>النفاذ</w:t>
            </w:r>
          </w:p>
        </w:tc>
        <w:tc>
          <w:tcPr>
            <w:tcW w:w="4320" w:type="dxa"/>
            <w:vAlign w:val="center"/>
            <w:tcMar>
              <w:top w:w="90" w:type="dxa"/>
              <w:start w:w="120" w:type="dxa"/>
              <w:bottom w:w="90" w:type="dxa"/>
              <w:end w:w="120" w:type="dxa"/>
            </w:tcMar>
            <w:shd w:fill="F2F8F5" w:val="clear"/>
          </w:tcPr>
          <w:p w14:paraId="2BD3D00E" w14:textId="77777777" w:rsidR="00855BD9" w:rsidRDefault="009E64B1">
            <w:pPr>
              <w:spacing w:before="0" w:after="0" w:line="240" w:lineRule="auto"/>
              <w:jc w:val="right"/>
              <w:bidi w:val="1"/>
            </w:pPr>
            <w:r>
              <w:rPr>
                <w:rFonts w:ascii="Arial" w:hAnsi="Arial" w:cs="Arial"/>
                <w:b w:val="0"/>
                <w:sz w:val="18"/>
                <w:rtl w:val="1"/>
              </w:rPr>
              <w:t>................</w:t>
            </w:r>
          </w:p>
        </w:tc>
      </w:tr>
    </w:tbl>
    <w:tbl>
      <w:tblPr>
        <w:tblStyle w:val="afa"/>
        <w:tblW w:w="0" w:type="auto"/>
        <w:tblLook w:val="04A0" w:firstRow="1" w:lastRow="0" w:firstColumn="1" w:lastColumn="0" w:noHBand="0" w:noVBand="1"/>
        <w:bidiVisual w:val="1"/>
        <w:tblLayout w:type="fixed"/>
      </w:tblPr>
      <w:tblGrid>
        <w:gridCol w:w="2880"/>
        <w:gridCol w:w="2880"/>
        <w:gridCol w:w="2880"/>
      </w:tblGrid>
      <w:tr w:rsidR="00855BD9" w14:paraId="7174F806" w14:textId="77777777">
        <w:trPr>
          <w:cantSplit w:val="true"/>
        </w:trPr>
        <w:tc>
          <w:tcPr>
            <w:tcW w:w="2880" w:type="dxa"/>
            <w:vAlign w:val="center"/>
            <w:tcMar>
              <w:top w:w="90" w:type="dxa"/>
              <w:start w:w="120" w:type="dxa"/>
              <w:bottom w:w="90" w:type="dxa"/>
              <w:end w:w="120" w:type="dxa"/>
            </w:tcMar>
            <w:shd w:fill="0F4761" w:val="clear"/>
          </w:tcPr>
          <w:p w14:paraId="160D5A2D" w14:textId="77777777" w:rsidR="00855BD9" w:rsidRDefault="009E64B1">
            <w:pPr>
              <w:spacing w:before="0" w:after="0" w:line="240" w:lineRule="auto"/>
              <w:jc w:val="center"/>
              <w:bidi w:val="1"/>
            </w:pPr>
            <w:r>
              <w:rPr>
                <w:rFonts w:ascii="Arial" w:hAnsi="Arial" w:cs="Arial"/>
                <w:b/>
                <w:color w:val="FFFFFF"/>
                <w:sz w:val="18"/>
                <w:rtl w:val="1"/>
              </w:rPr>
              <w:t>الصفة</w:t>
            </w:r>
          </w:p>
        </w:tc>
        <w:tc>
          <w:tcPr>
            <w:tcW w:w="2880" w:type="dxa"/>
            <w:vAlign w:val="center"/>
            <w:tcMar>
              <w:top w:w="90" w:type="dxa"/>
              <w:start w:w="120" w:type="dxa"/>
              <w:bottom w:w="90" w:type="dxa"/>
              <w:end w:w="120" w:type="dxa"/>
            </w:tcMar>
            <w:shd w:fill="0F4761" w:val="clear"/>
          </w:tcPr>
          <w:p w14:paraId="1949258D" w14:textId="77777777" w:rsidR="00855BD9" w:rsidRDefault="009E64B1">
            <w:pPr>
              <w:spacing w:before="0" w:after="0" w:line="240" w:lineRule="auto"/>
              <w:jc w:val="center"/>
              <w:bidi w:val="1"/>
            </w:pPr>
            <w:r>
              <w:rPr>
                <w:rFonts w:ascii="Arial" w:hAnsi="Arial" w:cs="Arial"/>
                <w:b/>
                <w:color w:val="FFFFFF"/>
                <w:sz w:val="18"/>
                <w:rtl w:val="1"/>
              </w:rPr>
              <w:t>الاسم</w:t>
            </w:r>
          </w:p>
        </w:tc>
        <w:tc>
          <w:tcPr>
            <w:tcW w:w="2880" w:type="dxa"/>
            <w:vAlign w:val="center"/>
            <w:tcMar>
              <w:top w:w="90" w:type="dxa"/>
              <w:start w:w="120" w:type="dxa"/>
              <w:bottom w:w="90" w:type="dxa"/>
              <w:end w:w="120" w:type="dxa"/>
            </w:tcMar>
            <w:shd w:fill="0F4761" w:val="clear"/>
          </w:tcPr>
          <w:p w14:paraId="2632445A" w14:textId="77777777" w:rsidR="00855BD9" w:rsidRDefault="009E64B1">
            <w:pPr>
              <w:spacing w:before="0" w:after="0" w:line="240" w:lineRule="auto"/>
              <w:jc w:val="center"/>
              <w:bidi w:val="1"/>
            </w:pPr>
            <w:r>
              <w:rPr>
                <w:rFonts w:ascii="Arial" w:hAnsi="Arial" w:cs="Arial"/>
                <w:b/>
                <w:color w:val="FFFFFF"/>
                <w:sz w:val="18"/>
                <w:rtl w:val="1"/>
              </w:rPr>
              <w:t>التوقيع</w:t>
            </w:r>
          </w:p>
        </w:tc>
      </w:tr>
      <w:tr w:rsidR="00855BD9" w14:paraId="4ED5A54B" w14:textId="77777777">
        <w:trPr>
          <w:cantSplit w:val="true"/>
        </w:trPr>
        <w:tc>
          <w:tcPr>
            <w:tcW w:w="2880" w:type="dxa"/>
            <w:vAlign w:val="center"/>
            <w:tcMar>
              <w:top w:w="90" w:type="dxa"/>
              <w:start w:w="120" w:type="dxa"/>
              <w:bottom w:w="90" w:type="dxa"/>
              <w:end w:w="120" w:type="dxa"/>
            </w:tcMar>
            <w:shd w:fill="F2F8F5" w:val="clear"/>
          </w:tcPr>
          <w:p w14:paraId="2F5BFB63" w14:textId="77777777" w:rsidR="00855BD9" w:rsidRDefault="009E64B1">
            <w:pPr>
              <w:spacing w:before="0" w:after="0" w:line="240" w:lineRule="auto"/>
              <w:jc w:val="right"/>
              <w:bidi w:val="1"/>
            </w:pPr>
            <w:r>
              <w:rPr>
                <w:rFonts w:ascii="Arial" w:hAnsi="Arial" w:cs="Arial"/>
                <w:b w:val="0"/>
                <w:sz w:val="18"/>
                <w:rtl w:val="1"/>
              </w:rPr>
              <w:t>رئيس</w:t>
            </w:r>
            <w:r>
              <w:rPr>
                <w:rFonts w:ascii="Arial" w:hAnsi="Arial" w:cs="Arial"/>
                <w:b w:val="0"/>
                <w:sz w:val="18"/>
                <w:rtl w:val="1"/>
              </w:rPr>
              <w:t xml:space="preserve"> </w:t>
            </w:r>
            <w:r>
              <w:rPr>
                <w:rFonts w:ascii="Arial" w:hAnsi="Arial" w:cs="Arial"/>
                <w:b w:val="0"/>
                <w:sz w:val="18"/>
                <w:rtl w:val="1"/>
              </w:rPr>
              <w:t>مجلس</w:t>
            </w:r>
            <w:r>
              <w:rPr>
                <w:rFonts w:ascii="Arial" w:hAnsi="Arial" w:cs="Arial"/>
                <w:b w:val="0"/>
                <w:sz w:val="18"/>
                <w:rtl w:val="1"/>
              </w:rPr>
              <w:t xml:space="preserve"> </w:t>
            </w:r>
            <w:r>
              <w:rPr>
                <w:rFonts w:ascii="Arial" w:hAnsi="Arial" w:cs="Arial"/>
                <w:b w:val="0"/>
                <w:sz w:val="18"/>
                <w:rtl w:val="1"/>
              </w:rPr>
              <w:t>الإدارة</w:t>
            </w:r>
          </w:p>
        </w:tc>
        <w:tc>
          <w:tcPr>
            <w:tcW w:w="2880" w:type="dxa"/>
            <w:vAlign w:val="center"/>
            <w:tcMar>
              <w:top w:w="90" w:type="dxa"/>
              <w:start w:w="120" w:type="dxa"/>
              <w:bottom w:w="90" w:type="dxa"/>
              <w:end w:w="120" w:type="dxa"/>
            </w:tcMar>
            <w:shd w:fill="F2F8F5" w:val="clear"/>
          </w:tcPr>
          <w:p w14:paraId="76C7CC85" w14:textId="77777777" w:rsidR="00855BD9" w:rsidRDefault="00855BD9">
            <w:pPr>
              <w:spacing w:before="0" w:after="0" w:line="240" w:lineRule="auto"/>
              <w:jc w:val="right"/>
              <w:bidi w:val="1"/>
            </w:pPr>
          </w:p>
        </w:tc>
        <w:tc>
          <w:tcPr>
            <w:tcW w:w="2880" w:type="dxa"/>
            <w:vAlign w:val="center"/>
            <w:tcMar>
              <w:top w:w="90" w:type="dxa"/>
              <w:start w:w="120" w:type="dxa"/>
              <w:bottom w:w="90" w:type="dxa"/>
              <w:end w:w="120" w:type="dxa"/>
            </w:tcMar>
            <w:shd w:fill="F2F8F5" w:val="clear"/>
          </w:tcPr>
          <w:p w14:paraId="69FDF610" w14:textId="77777777" w:rsidR="00855BD9" w:rsidRDefault="00855BD9">
            <w:pPr>
              <w:spacing w:before="0" w:after="0" w:line="240" w:lineRule="auto"/>
              <w:jc w:val="right"/>
              <w:bidi w:val="1"/>
            </w:pPr>
          </w:p>
        </w:tc>
      </w:tr>
    </w:tbl>
    <w:p w14:paraId="68213EEC" w14:textId="77777777" w:rsidR="009E64B1" w:rsidRDefault="009E64B1" w:rsidP="001F0C09">
      <w:pPr>
        <w:spacing w:before="160" w:after="120" w:line="269" w:lineRule="auto"/>
        <w:jc w:val="right"/>
        <w:bidi w:val="1"/>
        <w:keepNext w:val="1"/>
        <w:keepLines w:val="1"/>
      </w:pPr>
      <w:r>
        <w:rPr>
          <w:rFonts w:ascii="Arial" w:hAnsi="Arial" w:cs="Arial"/>
          <w:b/>
          <w:color w:val="0F4761"/>
          <w:sz w:val="30"/>
          <w:rtl w:val="1"/>
        </w:rPr>
        <w:t>سجل</w:t>
      </w:r>
      <w:r>
        <w:rPr>
          <w:rFonts w:ascii="Arial" w:hAnsi="Arial" w:cs="Arial"/>
          <w:b/>
          <w:color w:val="0F4761"/>
          <w:sz w:val="30"/>
          <w:rtl w:val="1"/>
        </w:rPr>
        <w:t xml:space="preserve"> </w:t>
      </w:r>
      <w:r>
        <w:rPr>
          <w:rFonts w:ascii="Arial" w:hAnsi="Arial" w:cs="Arial"/>
          <w:b/>
          <w:color w:val="0F4761"/>
          <w:sz w:val="30"/>
          <w:rtl w:val="1"/>
        </w:rPr>
        <w:t>الإصدارات</w:t>
      </w:r>
    </w:p>
    <w:tbl>
      <w:tblPr>
        <w:tblStyle w:val="afa"/>
        <w:tblW w:w="10192" w:type="dxa"/>
        <w:tblLook w:val="04A0" w:firstRow="1" w:lastRow="0" w:firstColumn="1" w:lastColumn="0" w:noHBand="0" w:noVBand="1"/>
        <w:bidiVisual w:val="1"/>
        <w:tblLayout w:type="fixed"/>
      </w:tblPr>
      <w:tblGrid>
        <w:gridCol w:w="2548"/>
        <w:gridCol w:w="2548"/>
        <w:gridCol w:w="2548"/>
        <w:gridCol w:w="2548"/>
      </w:tblGrid>
      <w:tr w:rsidR="00AF2A41" w14:paraId="65387B7E" w14:textId="77777777" w:rsidTr="001F0C09">
        <w:trPr>
          <w:cantSplit w:val="true"/>
        </w:trPr>
        <w:tc>
          <w:tcPr>
            <w:tcW w:w="2548" w:type="dxa"/>
            <w:shd w:val="clear" w:color="auto" w:fill="0F4761"/>
            <w:vAlign w:val="center"/>
            <w:tcMar>
              <w:top w:w="90" w:type="dxa"/>
              <w:start w:w="120" w:type="dxa"/>
              <w:bottom w:w="90" w:type="dxa"/>
              <w:end w:w="120" w:type="dxa"/>
            </w:tcMar>
          </w:tcPr>
          <w:p w14:paraId="5E77DF70" w14:textId="77777777" w:rsidR="009E64B1" w:rsidRDefault="009E64B1" w:rsidP="001F0C09">
            <w:pPr>
              <w:spacing w:before="0" w:after="0" w:line="240" w:lineRule="auto"/>
              <w:jc w:val="center"/>
              <w:bidi w:val="1"/>
            </w:pPr>
            <w:r>
              <w:rPr>
                <w:rFonts w:ascii="Arial" w:hAnsi="Arial" w:cs="Arial"/>
                <w:b/>
                <w:color w:val="FFFFFF"/>
                <w:sz w:val="18"/>
                <w:rtl w:val="1"/>
              </w:rPr>
              <w:t>الإصدار</w:t>
            </w:r>
          </w:p>
        </w:tc>
        <w:tc>
          <w:tcPr>
            <w:tcW w:w="2548" w:type="dxa"/>
            <w:shd w:val="clear" w:color="auto" w:fill="0F4761"/>
            <w:vAlign w:val="center"/>
            <w:tcMar>
              <w:top w:w="90" w:type="dxa"/>
              <w:start w:w="120" w:type="dxa"/>
              <w:bottom w:w="90" w:type="dxa"/>
              <w:end w:w="120" w:type="dxa"/>
            </w:tcMar>
          </w:tcPr>
          <w:p w14:paraId="37C3C79F" w14:textId="77777777" w:rsidR="009E64B1" w:rsidRDefault="009E64B1" w:rsidP="001F0C09">
            <w:pPr>
              <w:spacing w:before="0" w:after="0" w:line="240" w:lineRule="auto"/>
              <w:jc w:val="center"/>
              <w:bidi w:val="1"/>
            </w:pPr>
            <w:r>
              <w:rPr>
                <w:rFonts w:ascii="Arial" w:hAnsi="Arial" w:cs="Arial"/>
                <w:b/>
                <w:color w:val="FFFFFF"/>
                <w:sz w:val="18"/>
                <w:rtl w:val="1"/>
              </w:rPr>
              <w:t>التاريخ</w:t>
            </w:r>
          </w:p>
        </w:tc>
        <w:tc>
          <w:tcPr>
            <w:tcW w:w="2548" w:type="dxa"/>
            <w:shd w:val="clear" w:color="auto" w:fill="0F4761"/>
            <w:vAlign w:val="center"/>
            <w:tcMar>
              <w:top w:w="90" w:type="dxa"/>
              <w:start w:w="120" w:type="dxa"/>
              <w:bottom w:w="90" w:type="dxa"/>
              <w:end w:w="120" w:type="dxa"/>
            </w:tcMar>
          </w:tcPr>
          <w:p w14:paraId="6CCDE2DE" w14:textId="77777777" w:rsidR="009E64B1" w:rsidRDefault="009E64B1" w:rsidP="001F0C09">
            <w:pPr>
              <w:spacing w:before="0" w:after="0" w:line="240" w:lineRule="auto"/>
              <w:jc w:val="center"/>
              <w:bidi w:val="1"/>
            </w:pPr>
            <w:r>
              <w:rPr>
                <w:rFonts w:ascii="Arial" w:hAnsi="Arial" w:cs="Arial"/>
                <w:b/>
                <w:color w:val="FFFFFF"/>
                <w:sz w:val="18"/>
                <w:rtl w:val="1"/>
              </w:rPr>
              <w:t>البيان</w:t>
            </w:r>
          </w:p>
        </w:tc>
        <w:tc>
          <w:tcPr>
            <w:tcW w:w="2548" w:type="dxa"/>
            <w:shd w:val="clear" w:color="auto" w:fill="0F4761"/>
            <w:vAlign w:val="center"/>
            <w:tcMar>
              <w:top w:w="90" w:type="dxa"/>
              <w:start w:w="120" w:type="dxa"/>
              <w:bottom w:w="90" w:type="dxa"/>
              <w:end w:w="120" w:type="dxa"/>
            </w:tcMar>
          </w:tcPr>
          <w:p w14:paraId="3185631F" w14:textId="77777777" w:rsidR="009E64B1" w:rsidRDefault="009E64B1" w:rsidP="001F0C09">
            <w:pPr>
              <w:spacing w:before="0" w:after="0" w:line="240" w:lineRule="auto"/>
              <w:jc w:val="center"/>
              <w:bidi w:val="1"/>
            </w:pPr>
            <w:r>
              <w:rPr>
                <w:rFonts w:ascii="Arial" w:hAnsi="Arial" w:cs="Arial"/>
                <w:b/>
                <w:color w:val="FFFFFF"/>
                <w:sz w:val="18"/>
                <w:rtl w:val="1"/>
              </w:rPr>
              <w:t>الجهة</w:t>
            </w:r>
            <w:r>
              <w:rPr>
                <w:rFonts w:ascii="Arial" w:hAnsi="Arial" w:cs="Arial"/>
                <w:b/>
                <w:color w:val="FFFFFF"/>
                <w:sz w:val="18"/>
                <w:rtl w:val="1"/>
              </w:rPr>
              <w:t xml:space="preserve"> </w:t>
            </w:r>
            <w:r>
              <w:rPr>
                <w:rFonts w:ascii="Arial" w:hAnsi="Arial" w:cs="Arial"/>
                <w:b/>
                <w:color w:val="FFFFFF"/>
                <w:sz w:val="18"/>
                <w:rtl w:val="1"/>
              </w:rPr>
              <w:t>المعتمدة</w:t>
            </w:r>
          </w:p>
        </w:tc>
      </w:tr>
      <w:tr w:rsidR="00AF2A41" w14:paraId="45CB3457" w14:textId="77777777" w:rsidTr="001F0C09">
        <w:trPr>
          <w:cantSplit w:val="true"/>
        </w:trPr>
        <w:tc>
          <w:tcPr>
            <w:tcW w:w="2548" w:type="dxa"/>
            <w:vAlign w:val="center"/>
            <w:tcMar>
              <w:top w:w="90" w:type="dxa"/>
              <w:start w:w="120" w:type="dxa"/>
              <w:bottom w:w="90" w:type="dxa"/>
              <w:end w:w="120" w:type="dxa"/>
            </w:tcMar>
            <w:shd w:fill="F2F8F5" w:val="clear"/>
          </w:tcPr>
          <w:p w14:paraId="42E68BCE" w14:textId="77777777" w:rsidR="009E64B1" w:rsidRDefault="009E64B1" w:rsidP="001F0C09">
            <w:pPr>
              <w:spacing w:before="0" w:after="0" w:line="240" w:lineRule="auto"/>
              <w:jc w:val="right"/>
              <w:bidi w:val="1"/>
            </w:pPr>
            <w:r>
              <w:rPr>
                <w:rFonts w:ascii="Arial" w:hAnsi="Arial" w:cs="Arial"/>
                <w:b w:val="0"/>
                <w:sz w:val="18"/>
                <w:rtl w:val="1"/>
              </w:rPr>
              <w:t>1</w:t>
            </w:r>
          </w:p>
        </w:tc>
        <w:tc>
          <w:tcPr>
            <w:tcW w:w="2548" w:type="dxa"/>
            <w:vAlign w:val="center"/>
            <w:tcMar>
              <w:top w:w="90" w:type="dxa"/>
              <w:start w:w="120" w:type="dxa"/>
              <w:bottom w:w="90" w:type="dxa"/>
              <w:end w:w="120" w:type="dxa"/>
            </w:tcMar>
            <w:shd w:fill="F2F8F5" w:val="clear"/>
          </w:tcPr>
          <w:p w14:paraId="218E416B" w14:textId="77777777" w:rsidR="009E64B1" w:rsidRDefault="009E64B1" w:rsidP="001F0C09">
            <w:pPr>
              <w:spacing w:before="0" w:after="0" w:line="240" w:lineRule="auto"/>
              <w:jc w:val="right"/>
              <w:bidi w:val="1"/>
            </w:pPr>
            <w:r>
              <w:rPr>
                <w:rFonts w:ascii="Arial" w:hAnsi="Arial" w:cs="Arial"/>
                <w:b w:val="0"/>
                <w:sz w:val="18"/>
                <w:rtl w:val="1"/>
              </w:rPr>
              <w:t>........</w:t>
            </w:r>
          </w:p>
        </w:tc>
        <w:tc>
          <w:tcPr>
            <w:tcW w:w="2548" w:type="dxa"/>
            <w:vAlign w:val="center"/>
            <w:tcMar>
              <w:top w:w="90" w:type="dxa"/>
              <w:start w:w="120" w:type="dxa"/>
              <w:bottom w:w="90" w:type="dxa"/>
              <w:end w:w="120" w:type="dxa"/>
            </w:tcMar>
            <w:shd w:fill="F2F8F5" w:val="clear"/>
          </w:tcPr>
          <w:p w14:paraId="697068B4" w14:textId="77777777" w:rsidR="009E64B1" w:rsidRDefault="009E64B1" w:rsidP="001F0C09">
            <w:pPr>
              <w:spacing w:before="0" w:after="0" w:line="240" w:lineRule="auto"/>
              <w:jc w:val="right"/>
              <w:bidi w:val="1"/>
            </w:pPr>
            <w:r>
              <w:rPr>
                <w:rFonts w:ascii="Arial" w:hAnsi="Arial" w:cs="Arial"/>
                <w:b w:val="0"/>
                <w:sz w:val="18"/>
                <w:rtl w:val="1"/>
              </w:rPr>
              <w:t>إصدار</w:t>
            </w:r>
            <w:r>
              <w:rPr>
                <w:rFonts w:ascii="Arial" w:hAnsi="Arial" w:cs="Arial"/>
                <w:b w:val="0"/>
                <w:sz w:val="18"/>
                <w:rtl w:val="1"/>
              </w:rPr>
              <w:t xml:space="preserve"> </w:t>
            </w:r>
            <w:r>
              <w:rPr>
                <w:rFonts w:ascii="Arial" w:hAnsi="Arial" w:cs="Arial"/>
                <w:b w:val="0"/>
                <w:sz w:val="18"/>
                <w:rtl w:val="1"/>
              </w:rPr>
              <w:t>أول</w:t>
            </w:r>
          </w:p>
        </w:tc>
        <w:tc>
          <w:tcPr>
            <w:tcW w:w="2548" w:type="dxa"/>
            <w:vAlign w:val="center"/>
            <w:tcMar>
              <w:top w:w="90" w:type="dxa"/>
              <w:start w:w="120" w:type="dxa"/>
              <w:bottom w:w="90" w:type="dxa"/>
              <w:end w:w="120" w:type="dxa"/>
            </w:tcMar>
            <w:shd w:fill="F2F8F5" w:val="clear"/>
          </w:tcPr>
          <w:p w14:paraId="186DC27F" w14:textId="77777777" w:rsidR="009E64B1" w:rsidRDefault="009E64B1" w:rsidP="001F0C09">
            <w:pPr>
              <w:spacing w:before="0" w:after="0" w:line="240" w:lineRule="auto"/>
              <w:jc w:val="right"/>
              <w:bidi w:val="1"/>
            </w:pPr>
            <w:r>
              <w:rPr>
                <w:rFonts w:ascii="Arial" w:hAnsi="Arial" w:cs="Arial"/>
                <w:b w:val="0"/>
                <w:sz w:val="18"/>
                <w:rtl w:val="1"/>
              </w:rPr>
              <w:t>مجلس</w:t>
            </w:r>
            <w:r>
              <w:rPr>
                <w:rFonts w:ascii="Arial" w:hAnsi="Arial" w:cs="Arial"/>
                <w:b w:val="0"/>
                <w:sz w:val="18"/>
                <w:rtl w:val="1"/>
              </w:rPr>
              <w:t xml:space="preserve"> </w:t>
            </w:r>
            <w:r>
              <w:rPr>
                <w:rFonts w:ascii="Arial" w:hAnsi="Arial" w:cs="Arial"/>
                <w:b w:val="0"/>
                <w:sz w:val="18"/>
                <w:rtl w:val="1"/>
              </w:rPr>
              <w:t>الإدارة</w:t>
            </w:r>
          </w:p>
        </w:tc>
      </w:tr>
    </w:tbl>
    <w:p w14:paraId="1FA3BBE8" w14:textId="77777777" w:rsidR="009E64B1" w:rsidRDefault="009E64B1" w:rsidP="001F0C09">
      <w:pPr>
        <w:spacing w:after="0"/>
      </w:pPr>
      <w:r>
        <w:br w:type="page"/>
      </w:r>
    </w:p>
    <w:p>
      <w:pPr>
        <w:jc w:val="right"/>
        <w:bidi w:val="1"/>
      </w:pPr>
      <w:r>
        <w:rPr>
          <w:rFonts w:ascii="Arial" w:hAnsi="Arial"/>
          <w:b/>
          <w:color w:val="0F4761"/>
          <w:sz w:val="32"/>
          <w:rtl w:val="1"/>
        </w:rPr>
        <w:t>فهرس المحتويات</w:t>
      </w:r>
    </w:p>
    <w:p>
      <w:pPr>
        <w:spacing w:before="0" w:after="60"/>
        <w:jc w:val="right"/>
        <w:bidi w:val="1"/>
      </w:pPr>
      <w:r>
        <w:rPr>
          <w:rFonts w:ascii="Arial" w:hAnsi="Arial"/>
          <w:sz w:val="20"/>
          <w:rtl w:val="1"/>
        </w:rPr>
        <w:fldChar w:fldCharType="begin" w:dirty="true"/>
        <w:instrText xml:space="preserve"> TOC \o "1-1" \h \z \u </w:instrText>
        <w:fldChar w:fldCharType="separate"/>
      </w:r>
      <w:r>
        <w:rPr>
          <w:rFonts w:ascii="Arial" w:hAnsi="Arial"/>
          <w:color w:val="0F4761"/>
          <w:sz w:val="21"/>
          <w:rtl w:val="1"/>
        </w:rPr>
        <w:t>المقدمة ................................................... 5</w:t>
      </w:r>
    </w:p>
    <w:p>
      <w:pPr>
        <w:spacing w:before="0" w:after="60"/>
        <w:jc w:val="right"/>
        <w:bidi w:val="1"/>
      </w:pPr>
      <w:r>
        <w:rPr>
          <w:rFonts w:ascii="Arial" w:hAnsi="Arial"/>
          <w:color w:val="0F4761"/>
          <w:sz w:val="21"/>
          <w:rtl w:val="1"/>
        </w:rPr>
        <w:t>المراجع النظامية .......................................... 5</w:t>
      </w:r>
    </w:p>
    <w:p>
      <w:pPr>
        <w:spacing w:before="0" w:after="60"/>
        <w:jc w:val="right"/>
        <w:bidi w:val="1"/>
      </w:pPr>
      <w:r>
        <w:rPr>
          <w:rFonts w:ascii="Arial" w:hAnsi="Arial"/>
          <w:color w:val="0F4761"/>
          <w:sz w:val="21"/>
          <w:rtl w:val="1"/>
        </w:rPr>
        <w:t>التعاريف .................................................. 5</w:t>
      </w:r>
    </w:p>
    <w:p>
      <w:pPr>
        <w:spacing w:before="0" w:after="60"/>
        <w:jc w:val="right"/>
        <w:bidi w:val="1"/>
      </w:pPr>
      <w:r>
        <w:rPr>
          <w:rFonts w:ascii="Arial" w:hAnsi="Arial"/>
          <w:color w:val="0F4761"/>
          <w:sz w:val="21"/>
          <w:rtl w:val="1"/>
        </w:rPr>
        <w:t>الباب الأول: الأحكام العامة ............................... 6</w:t>
      </w:r>
    </w:p>
    <w:p>
      <w:pPr>
        <w:spacing w:before="0" w:after="60"/>
        <w:jc w:val="right"/>
        <w:bidi w:val="1"/>
      </w:pPr>
      <w:r>
        <w:rPr>
          <w:rFonts w:ascii="Arial" w:hAnsi="Arial"/>
          <w:color w:val="0F4761"/>
          <w:sz w:val="21"/>
          <w:rtl w:val="1"/>
        </w:rPr>
        <w:t>الباب الثاني: التوظيف ..................................... 7</w:t>
      </w:r>
    </w:p>
    <w:p>
      <w:pPr>
        <w:spacing w:before="0" w:after="60"/>
        <w:jc w:val="right"/>
        <w:bidi w:val="1"/>
      </w:pPr>
      <w:r>
        <w:rPr>
          <w:rFonts w:ascii="Arial" w:hAnsi="Arial"/>
          <w:color w:val="0F4761"/>
          <w:sz w:val="21"/>
          <w:rtl w:val="1"/>
        </w:rPr>
        <w:t>الباب الثالث: الدوام وساعات العمل والحضور والانصراف ........ 9</w:t>
      </w:r>
    </w:p>
    <w:p>
      <w:pPr>
        <w:spacing w:before="0" w:after="60"/>
        <w:jc w:val="right"/>
        <w:bidi w:val="1"/>
      </w:pPr>
      <w:r>
        <w:rPr>
          <w:rFonts w:ascii="Arial" w:hAnsi="Arial"/>
          <w:color w:val="0F4761"/>
          <w:sz w:val="21"/>
          <w:rtl w:val="1"/>
        </w:rPr>
        <w:t>الباب الرابع: الإجازات .................................... 10</w:t>
      </w:r>
    </w:p>
    <w:p>
      <w:pPr>
        <w:spacing w:before="0" w:after="60"/>
        <w:jc w:val="right"/>
        <w:bidi w:val="1"/>
      </w:pPr>
      <w:r>
        <w:rPr>
          <w:rFonts w:ascii="Arial" w:hAnsi="Arial"/>
          <w:color w:val="0F4761"/>
          <w:sz w:val="21"/>
          <w:rtl w:val="1"/>
        </w:rPr>
        <w:t>الباب الخامس: التدريب والتطوير ............................ 11</w:t>
      </w:r>
    </w:p>
    <w:p>
      <w:pPr>
        <w:spacing w:before="0" w:after="60"/>
        <w:jc w:val="right"/>
        <w:bidi w:val="1"/>
      </w:pPr>
      <w:r>
        <w:rPr>
          <w:rFonts w:ascii="Arial" w:hAnsi="Arial"/>
          <w:color w:val="0F4761"/>
          <w:sz w:val="21"/>
          <w:rtl w:val="1"/>
        </w:rPr>
        <w:t>الباب السادس: إدارة وتقييم الأداء ......................... 12</w:t>
      </w:r>
    </w:p>
    <w:p>
      <w:pPr>
        <w:spacing w:before="0" w:after="60"/>
        <w:jc w:val="right"/>
        <w:bidi w:val="1"/>
      </w:pPr>
      <w:r>
        <w:rPr>
          <w:rFonts w:ascii="Arial" w:hAnsi="Arial"/>
          <w:color w:val="0F4761"/>
          <w:sz w:val="21"/>
          <w:rtl w:val="1"/>
        </w:rPr>
        <w:t>الباب السابع: الواجبات والسلوك الوظيفي .................... 13</w:t>
      </w:r>
    </w:p>
    <w:p>
      <w:pPr>
        <w:spacing w:before="0" w:after="60"/>
        <w:jc w:val="right"/>
        <w:bidi w:val="1"/>
      </w:pPr>
      <w:r>
        <w:rPr>
          <w:rFonts w:ascii="Arial" w:hAnsi="Arial"/>
          <w:color w:val="0F4761"/>
          <w:sz w:val="21"/>
          <w:rtl w:val="1"/>
        </w:rPr>
        <w:t>الباب الثامن: المخالفات والإجراءات التأديبية .............. 14</w:t>
      </w:r>
    </w:p>
    <w:p>
      <w:pPr>
        <w:spacing w:before="0" w:after="60"/>
        <w:jc w:val="right"/>
        <w:bidi w:val="1"/>
      </w:pPr>
      <w:r>
        <w:rPr>
          <w:rFonts w:ascii="Arial" w:hAnsi="Arial"/>
          <w:color w:val="0F4761"/>
          <w:sz w:val="21"/>
          <w:rtl w:val="1"/>
        </w:rPr>
        <w:t>الباب التاسع: انتهاء الخدمة ............................... 15</w:t>
      </w:r>
    </w:p>
    <w:p>
      <w:pPr>
        <w:spacing w:before="0" w:after="60"/>
        <w:jc w:val="right"/>
        <w:bidi w:val="1"/>
      </w:pPr>
      <w:r>
        <w:rPr>
          <w:rFonts w:ascii="Arial" w:hAnsi="Arial"/>
          <w:color w:val="0F4761"/>
          <w:sz w:val="21"/>
          <w:rtl w:val="1"/>
        </w:rPr>
        <w:t>الباب العاشر: الأحكام الختامية ............................ 16</w:t>
      </w:r>
    </w:p>
    <w:p>
      <w:pPr>
        <w:spacing w:before="0" w:after="60"/>
        <w:jc w:val="right"/>
        <w:bidi w:val="1"/>
      </w:pPr>
      <w:r>
        <w:rPr>
          <w:rFonts w:ascii="Arial" w:hAnsi="Arial"/>
          <w:color w:val="0F4761"/>
          <w:sz w:val="21"/>
          <w:rtl w:val="1"/>
        </w:rPr>
        <w:t>الملحق الأول: جدول المخالفات والجزاءات .................... 17</w:t>
      </w:r>
      <w:r/>
    </w:p>
    <w:p>
      <w:pPr>
        <w:spacing w:before="0" w:after="60"/>
        <w:jc w:val="right"/>
        <w:bidi w:val="1"/>
      </w:pPr>
      <w:r>
        <w:t>الملحق الثاني: مصفوفة صلاحيات الموارد البشرية ............... 18</w:t>
        <w:br/>
        <w:t>الملحق الثالث: نماذج الموارد البشرية ........................ 20</w:t>
      </w:r>
    </w:p>
    <w:p>
      <w:r>
        <w:br w:type="page"/>
      </w:r>
    </w:p>
    <w:p w14:paraId="676C8600" w14:textId="77777777" w:rsidR="009E64B1" w:rsidRDefault="009E64B1" w:rsidP="001F0C09">
      <w:pPr>
        <w:spacing w:line="269" w:lineRule="auto" w:before="160" w:after="120"/>
        <w:jc w:val="right"/>
        <w:bidi w:val="1"/>
        <w:pStyle w:val="Heading1"/>
        <w:keepNext w:val="1"/>
        <w:keepLines w:val="1"/>
      </w:pPr>
      <w:r>
        <w:rPr>
          <w:rFonts w:ascii="Arial" w:hAnsi="Arial" w:cs="Arial"/>
          <w:b/>
          <w:color w:val="0F4761"/>
          <w:sz w:val="30"/>
          <w:rtl w:val="1"/>
        </w:rPr>
        <w:t>المقدمة</w:t>
      </w:r>
    </w:p>
    <w:p w14:paraId="495D9C38" w14:textId="77777777" w:rsidR="009E64B1" w:rsidRDefault="009E64B1" w:rsidP="001F0C09">
      <w:pPr>
        <w:spacing w:line="269" w:lineRule="auto" w:before="0" w:after="80"/>
        <w:jc w:val="both"/>
        <w:bidi w:val="1"/>
      </w:pPr>
      <w:r>
        <w:rPr>
          <w:rFonts w:ascii="Arial" w:hAnsi="Arial" w:cs="Arial"/>
          <w:sz w:val="21"/>
          <w:rtl w:val="1"/>
        </w:rPr>
        <w:t>انطلاقًا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رسالة</w:t>
      </w:r>
      <w:r>
        <w:rPr>
          <w:rFonts w:ascii="Arial" w:hAnsi="Arial" w:cs="Arial"/>
          <w:sz w:val="21"/>
          <w:rtl w:val="1"/>
        </w:rPr>
        <w:t xml:space="preserve"> </w:t>
      </w:r>
      <w:r>
        <w:rPr>
          <w:rFonts w:ascii="Arial" w:hAnsi="Arial" w:cs="Arial"/>
          <w:sz w:val="21"/>
          <w:rtl w:val="1"/>
        </w:rPr>
        <w:t>جمعية</w:t>
      </w:r>
      <w:r>
        <w:rPr>
          <w:rFonts w:ascii="Arial" w:hAnsi="Arial" w:cs="Arial"/>
          <w:sz w:val="21"/>
          <w:rtl w:val="1"/>
        </w:rPr>
        <w:t xml:space="preserve"> </w:t>
      </w:r>
      <w:r>
        <w:rPr>
          <w:rFonts w:ascii="Arial" w:hAnsi="Arial" w:cs="Arial"/>
          <w:sz w:val="21"/>
          <w:rtl w:val="1"/>
        </w:rPr>
        <w:t>البلسم</w:t>
      </w:r>
      <w:r>
        <w:rPr>
          <w:rFonts w:ascii="Arial" w:hAnsi="Arial" w:cs="Arial"/>
          <w:sz w:val="21"/>
          <w:rtl w:val="1"/>
        </w:rPr>
        <w:t xml:space="preserve"> </w:t>
      </w:r>
      <w:r>
        <w:rPr>
          <w:rFonts w:ascii="Arial" w:hAnsi="Arial" w:cs="Arial"/>
          <w:sz w:val="21"/>
          <w:rtl w:val="1"/>
        </w:rPr>
        <w:t>للتدريب</w:t>
      </w:r>
      <w:r>
        <w:rPr>
          <w:rFonts w:ascii="Arial" w:hAnsi="Arial" w:cs="Arial"/>
          <w:sz w:val="21"/>
          <w:rtl w:val="1"/>
        </w:rPr>
        <w:t xml:space="preserve"> </w:t>
      </w:r>
      <w:r>
        <w:rPr>
          <w:rFonts w:ascii="Arial" w:hAnsi="Arial" w:cs="Arial"/>
          <w:sz w:val="21"/>
          <w:rtl w:val="1"/>
        </w:rPr>
        <w:t>والتطوير</w:t>
      </w:r>
      <w:r>
        <w:rPr>
          <w:rFonts w:ascii="Arial" w:hAnsi="Arial" w:cs="Arial"/>
          <w:sz w:val="21"/>
          <w:rtl w:val="1"/>
        </w:rPr>
        <w:t xml:space="preserve"> </w:t>
      </w:r>
      <w:r>
        <w:rPr>
          <w:rFonts w:ascii="Arial" w:hAnsi="Arial" w:cs="Arial"/>
          <w:sz w:val="21"/>
          <w:rtl w:val="1"/>
        </w:rPr>
        <w:t>الصحي</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تقديم</w:t>
      </w:r>
      <w:r>
        <w:rPr>
          <w:rFonts w:ascii="Arial" w:hAnsi="Arial" w:cs="Arial"/>
          <w:sz w:val="21"/>
          <w:rtl w:val="1"/>
        </w:rPr>
        <w:t xml:space="preserve"> </w:t>
      </w:r>
      <w:r>
        <w:rPr>
          <w:rFonts w:ascii="Arial" w:hAnsi="Arial" w:cs="Arial"/>
          <w:sz w:val="21"/>
          <w:rtl w:val="1"/>
        </w:rPr>
        <w:t>خدماتها</w:t>
      </w:r>
      <w:r>
        <w:rPr>
          <w:rFonts w:ascii="Arial" w:hAnsi="Arial" w:cs="Arial"/>
          <w:sz w:val="21"/>
          <w:rtl w:val="1"/>
        </w:rPr>
        <w:t xml:space="preserve"> </w:t>
      </w:r>
      <w:r>
        <w:rPr>
          <w:rFonts w:ascii="Arial" w:hAnsi="Arial" w:cs="Arial"/>
          <w:sz w:val="21"/>
          <w:rtl w:val="1"/>
        </w:rPr>
        <w:t>وتحقيق</w:t>
      </w:r>
      <w:r>
        <w:rPr>
          <w:rFonts w:ascii="Arial" w:hAnsi="Arial" w:cs="Arial"/>
          <w:sz w:val="21"/>
          <w:rtl w:val="1"/>
        </w:rPr>
        <w:t xml:space="preserve"> </w:t>
      </w:r>
      <w:r>
        <w:rPr>
          <w:rFonts w:ascii="Arial" w:hAnsi="Arial" w:cs="Arial"/>
          <w:sz w:val="21"/>
          <w:rtl w:val="1"/>
        </w:rPr>
        <w:t>أهدافها</w:t>
      </w:r>
      <w:r>
        <w:rPr>
          <w:rFonts w:ascii="Arial" w:hAnsi="Arial" w:cs="Arial"/>
          <w:sz w:val="21"/>
          <w:rtl w:val="1"/>
        </w:rPr>
        <w:t xml:space="preserve"> </w:t>
      </w:r>
      <w:r>
        <w:rPr>
          <w:rFonts w:ascii="Arial" w:hAnsi="Arial" w:cs="Arial"/>
          <w:sz w:val="21"/>
          <w:rtl w:val="1"/>
        </w:rPr>
        <w:t>التنموية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أعلى</w:t>
      </w:r>
      <w:r>
        <w:rPr>
          <w:rFonts w:ascii="Arial" w:hAnsi="Arial" w:cs="Arial"/>
          <w:sz w:val="21"/>
          <w:rtl w:val="1"/>
        </w:rPr>
        <w:t xml:space="preserve"> </w:t>
      </w:r>
      <w:r>
        <w:rPr>
          <w:rFonts w:ascii="Arial" w:hAnsi="Arial" w:cs="Arial"/>
          <w:sz w:val="21"/>
          <w:rtl w:val="1"/>
        </w:rPr>
        <w:t>معايير</w:t>
      </w:r>
      <w:r>
        <w:rPr>
          <w:rFonts w:ascii="Arial" w:hAnsi="Arial" w:cs="Arial"/>
          <w:sz w:val="21"/>
          <w:rtl w:val="1"/>
        </w:rPr>
        <w:t xml:space="preserve"> </w:t>
      </w:r>
      <w:r>
        <w:rPr>
          <w:rFonts w:ascii="Arial" w:hAnsi="Arial" w:cs="Arial"/>
          <w:sz w:val="21"/>
          <w:rtl w:val="1"/>
        </w:rPr>
        <w:t>الحوكمة</w:t>
      </w:r>
      <w:r>
        <w:rPr>
          <w:rFonts w:ascii="Arial" w:hAnsi="Arial" w:cs="Arial"/>
          <w:sz w:val="21"/>
          <w:rtl w:val="1"/>
        </w:rPr>
        <w:t xml:space="preserve"> </w:t>
      </w:r>
      <w:r>
        <w:rPr>
          <w:rFonts w:ascii="Arial" w:hAnsi="Arial" w:cs="Arial"/>
          <w:sz w:val="21"/>
          <w:rtl w:val="1"/>
        </w:rPr>
        <w:t>والشفافية،</w:t>
      </w:r>
      <w:r>
        <w:rPr>
          <w:rFonts w:ascii="Arial" w:hAnsi="Arial" w:cs="Arial"/>
          <w:sz w:val="21"/>
          <w:rtl w:val="1"/>
        </w:rPr>
        <w:t xml:space="preserve"> </w:t>
      </w:r>
      <w:r>
        <w:rPr>
          <w:rFonts w:ascii="Arial" w:hAnsi="Arial" w:cs="Arial"/>
          <w:sz w:val="21"/>
          <w:rtl w:val="1"/>
        </w:rPr>
        <w:t>فقد</w:t>
      </w:r>
      <w:r>
        <w:rPr>
          <w:rFonts w:ascii="Arial" w:hAnsi="Arial" w:cs="Arial"/>
          <w:sz w:val="21"/>
          <w:rtl w:val="1"/>
        </w:rPr>
        <w:t xml:space="preserve"> </w:t>
      </w:r>
      <w:r>
        <w:rPr>
          <w:rFonts w:ascii="Arial" w:hAnsi="Arial" w:cs="Arial"/>
          <w:sz w:val="21"/>
          <w:rtl w:val="1"/>
        </w:rPr>
        <w:t>أُعدت</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لتكون</w:t>
      </w:r>
      <w:r>
        <w:rPr>
          <w:rFonts w:ascii="Arial" w:hAnsi="Arial" w:cs="Arial"/>
          <w:sz w:val="21"/>
          <w:rtl w:val="1"/>
        </w:rPr>
        <w:t xml:space="preserve"> </w:t>
      </w:r>
      <w:r>
        <w:rPr>
          <w:rFonts w:ascii="Arial" w:hAnsi="Arial" w:cs="Arial"/>
          <w:sz w:val="21"/>
          <w:rtl w:val="1"/>
        </w:rPr>
        <w:t>المرجع</w:t>
      </w:r>
      <w:r>
        <w:rPr>
          <w:rFonts w:ascii="Arial" w:hAnsi="Arial" w:cs="Arial"/>
          <w:sz w:val="21"/>
          <w:rtl w:val="1"/>
        </w:rPr>
        <w:t xml:space="preserve"> </w:t>
      </w:r>
      <w:r>
        <w:rPr>
          <w:rFonts w:ascii="Arial" w:hAnsi="Arial" w:cs="Arial"/>
          <w:sz w:val="21"/>
          <w:rtl w:val="1"/>
        </w:rPr>
        <w:t>التنظيمي</w:t>
      </w:r>
      <w:r>
        <w:rPr>
          <w:rFonts w:ascii="Arial" w:hAnsi="Arial" w:cs="Arial"/>
          <w:sz w:val="21"/>
          <w:rtl w:val="1"/>
        </w:rPr>
        <w:t xml:space="preserve"> </w:t>
      </w:r>
      <w:r>
        <w:rPr>
          <w:rFonts w:ascii="Arial" w:hAnsi="Arial" w:cs="Arial"/>
          <w:sz w:val="21"/>
          <w:rtl w:val="1"/>
        </w:rPr>
        <w:t>لإدارة</w:t>
      </w:r>
      <w:r>
        <w:rPr>
          <w:rFonts w:ascii="Arial" w:hAnsi="Arial" w:cs="Arial"/>
          <w:sz w:val="21"/>
          <w:rtl w:val="1"/>
        </w:rPr>
        <w:t xml:space="preserve"> </w:t>
      </w:r>
      <w:r>
        <w:rPr>
          <w:rFonts w:ascii="Arial" w:hAnsi="Arial" w:cs="Arial"/>
          <w:sz w:val="21"/>
          <w:rtl w:val="1"/>
        </w:rPr>
        <w:t>الموارد</w:t>
      </w:r>
      <w:r>
        <w:rPr>
          <w:rFonts w:ascii="Arial" w:hAnsi="Arial" w:cs="Arial"/>
          <w:sz w:val="21"/>
          <w:rtl w:val="1"/>
        </w:rPr>
        <w:t xml:space="preserve"> </w:t>
      </w:r>
      <w:r>
        <w:rPr>
          <w:rFonts w:ascii="Arial" w:hAnsi="Arial" w:cs="Arial"/>
          <w:sz w:val="21"/>
          <w:rtl w:val="1"/>
        </w:rPr>
        <w:t>البشرية</w:t>
      </w:r>
      <w:r>
        <w:rPr>
          <w:rFonts w:ascii="Arial" w:hAnsi="Arial" w:cs="Arial"/>
          <w:sz w:val="21"/>
          <w:rtl w:val="1"/>
        </w:rPr>
        <w:t xml:space="preserve"> </w:t>
      </w:r>
      <w:r>
        <w:rPr>
          <w:rFonts w:ascii="Arial" w:hAnsi="Arial" w:cs="Arial"/>
          <w:sz w:val="21"/>
          <w:rtl w:val="1"/>
        </w:rPr>
        <w:t>بالجمعية</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يضمن</w:t>
      </w:r>
      <w:r>
        <w:rPr>
          <w:rFonts w:ascii="Arial" w:hAnsi="Arial" w:cs="Arial"/>
          <w:sz w:val="21"/>
          <w:rtl w:val="1"/>
        </w:rPr>
        <w:t xml:space="preserve"> </w:t>
      </w:r>
      <w:r>
        <w:rPr>
          <w:rFonts w:ascii="Arial" w:hAnsi="Arial" w:cs="Arial"/>
          <w:sz w:val="21"/>
          <w:rtl w:val="1"/>
        </w:rPr>
        <w:t>وضوح</w:t>
      </w:r>
      <w:r>
        <w:rPr>
          <w:rFonts w:ascii="Arial" w:hAnsi="Arial" w:cs="Arial"/>
          <w:sz w:val="21"/>
          <w:rtl w:val="1"/>
        </w:rPr>
        <w:t xml:space="preserve"> </w:t>
      </w:r>
      <w:r>
        <w:rPr>
          <w:rFonts w:ascii="Arial" w:hAnsi="Arial" w:cs="Arial"/>
          <w:sz w:val="21"/>
          <w:rtl w:val="1"/>
        </w:rPr>
        <w:t>الحقوق</w:t>
      </w:r>
      <w:r>
        <w:rPr>
          <w:rFonts w:ascii="Arial" w:hAnsi="Arial" w:cs="Arial"/>
          <w:sz w:val="21"/>
          <w:rtl w:val="1"/>
        </w:rPr>
        <w:t xml:space="preserve"> </w:t>
      </w:r>
      <w:r>
        <w:rPr>
          <w:rFonts w:ascii="Arial" w:hAnsi="Arial" w:cs="Arial"/>
          <w:sz w:val="21"/>
          <w:rtl w:val="1"/>
        </w:rPr>
        <w:t>والواجبات</w:t>
      </w:r>
      <w:r>
        <w:rPr>
          <w:rFonts w:ascii="Arial" w:hAnsi="Arial" w:cs="Arial"/>
          <w:sz w:val="21"/>
          <w:rtl w:val="1"/>
        </w:rPr>
        <w:t xml:space="preserve"> </w:t>
      </w:r>
      <w:r>
        <w:rPr>
          <w:rFonts w:ascii="Arial" w:hAnsi="Arial" w:cs="Arial"/>
          <w:sz w:val="21"/>
          <w:rtl w:val="1"/>
        </w:rPr>
        <w:t>وتنظيم</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 xml:space="preserve"> </w:t>
      </w:r>
      <w:r>
        <w:rPr>
          <w:rFonts w:ascii="Arial" w:hAnsi="Arial" w:cs="Arial"/>
          <w:sz w:val="21"/>
          <w:rtl w:val="1"/>
        </w:rPr>
        <w:t>وتحقيق</w:t>
      </w:r>
      <w:r>
        <w:rPr>
          <w:rFonts w:ascii="Arial" w:hAnsi="Arial" w:cs="Arial"/>
          <w:sz w:val="21"/>
          <w:rtl w:val="1"/>
        </w:rPr>
        <w:t xml:space="preserve"> </w:t>
      </w:r>
      <w:r>
        <w:rPr>
          <w:rFonts w:ascii="Arial" w:hAnsi="Arial" w:cs="Arial"/>
          <w:sz w:val="21"/>
          <w:rtl w:val="1"/>
        </w:rPr>
        <w:t>العدالة</w:t>
      </w:r>
      <w:r>
        <w:rPr>
          <w:rFonts w:ascii="Arial" w:hAnsi="Arial" w:cs="Arial"/>
          <w:sz w:val="21"/>
          <w:rtl w:val="1"/>
        </w:rPr>
        <w:t xml:space="preserve"> </w:t>
      </w:r>
      <w:r>
        <w:rPr>
          <w:rFonts w:ascii="Arial" w:hAnsi="Arial" w:cs="Arial"/>
          <w:sz w:val="21"/>
          <w:rtl w:val="1"/>
        </w:rPr>
        <w:t>ورفع</w:t>
      </w:r>
      <w:r>
        <w:rPr>
          <w:rFonts w:ascii="Arial" w:hAnsi="Arial" w:cs="Arial"/>
          <w:sz w:val="21"/>
          <w:rtl w:val="1"/>
        </w:rPr>
        <w:t xml:space="preserve"> </w:t>
      </w:r>
      <w:r>
        <w:rPr>
          <w:rFonts w:ascii="Arial" w:hAnsi="Arial" w:cs="Arial"/>
          <w:sz w:val="21"/>
          <w:rtl w:val="1"/>
        </w:rPr>
        <w:t>كفاءة</w:t>
      </w:r>
      <w:r>
        <w:rPr>
          <w:rFonts w:ascii="Arial" w:hAnsi="Arial" w:cs="Arial"/>
          <w:sz w:val="21"/>
          <w:rtl w:val="1"/>
        </w:rPr>
        <w:t xml:space="preserve"> </w:t>
      </w:r>
      <w:r>
        <w:rPr>
          <w:rFonts w:ascii="Arial" w:hAnsi="Arial" w:cs="Arial"/>
          <w:sz w:val="21"/>
          <w:rtl w:val="1"/>
        </w:rPr>
        <w:t>الأداء</w:t>
      </w:r>
      <w:r>
        <w:rPr>
          <w:rFonts w:ascii="Arial" w:hAnsi="Arial" w:cs="Arial"/>
          <w:sz w:val="21"/>
          <w:rtl w:val="1"/>
        </w:rPr>
        <w:t xml:space="preserve"> </w:t>
      </w:r>
      <w:r>
        <w:rPr>
          <w:rFonts w:ascii="Arial" w:hAnsi="Arial" w:cs="Arial"/>
          <w:sz w:val="21"/>
          <w:rtl w:val="1"/>
        </w:rPr>
        <w:t>المؤسسي</w:t>
      </w:r>
      <w:r>
        <w:rPr>
          <w:rFonts w:ascii="Arial" w:hAnsi="Arial" w:cs="Arial"/>
          <w:sz w:val="21"/>
          <w:rtl w:val="1"/>
        </w:rPr>
        <w:t>.</w:t>
      </w:r>
    </w:p>
    <w:p w14:paraId="273EF19A" w14:textId="77777777" w:rsidR="009E64B1" w:rsidRDefault="009E64B1" w:rsidP="001F0C09">
      <w:pPr>
        <w:spacing w:line="269" w:lineRule="auto" w:before="160" w:after="120"/>
        <w:jc w:val="right"/>
        <w:bidi w:val="1"/>
        <w:pStyle w:val="Heading1"/>
        <w:keepNext w:val="1"/>
        <w:keepLines w:val="1"/>
      </w:pPr>
      <w:r>
        <w:rPr>
          <w:rFonts w:ascii="Arial" w:hAnsi="Arial" w:cs="Arial"/>
          <w:b/>
          <w:color w:val="0F4761"/>
          <w:sz w:val="30"/>
          <w:rtl w:val="1"/>
        </w:rPr>
        <w:t>المراجع</w:t>
      </w:r>
      <w:r>
        <w:rPr>
          <w:rFonts w:ascii="Arial" w:hAnsi="Arial" w:cs="Arial"/>
          <w:b/>
          <w:color w:val="0F4761"/>
          <w:sz w:val="30"/>
          <w:rtl w:val="1"/>
        </w:rPr>
        <w:t xml:space="preserve"> </w:t>
      </w:r>
      <w:r>
        <w:rPr>
          <w:rFonts w:ascii="Arial" w:hAnsi="Arial" w:cs="Arial"/>
          <w:b/>
          <w:color w:val="0F4761"/>
          <w:sz w:val="30"/>
          <w:rtl w:val="1"/>
        </w:rPr>
        <w:t>النظامية</w:t>
      </w:r>
    </w:p>
    <w:p w14:paraId="34C771F2" w14:textId="77777777" w:rsidR="009E64B1" w:rsidRDefault="009E64B1" w:rsidP="001F0C09">
      <w:pPr>
        <w:spacing w:line="269" w:lineRule="auto" w:before="0" w:after="80"/>
        <w:jc w:val="both"/>
        <w:bidi w:val="1"/>
      </w:pP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المملكة</w:t>
      </w:r>
      <w:r>
        <w:rPr>
          <w:rFonts w:ascii="Arial" w:hAnsi="Arial" w:cs="Arial"/>
          <w:sz w:val="21"/>
          <w:rtl w:val="1"/>
        </w:rPr>
        <w:t xml:space="preserve"> </w:t>
      </w:r>
      <w:r>
        <w:rPr>
          <w:rFonts w:ascii="Arial" w:hAnsi="Arial" w:cs="Arial"/>
          <w:sz w:val="21"/>
          <w:rtl w:val="1"/>
        </w:rPr>
        <w:t>العربية</w:t>
      </w:r>
      <w:r>
        <w:rPr>
          <w:rFonts w:ascii="Arial" w:hAnsi="Arial" w:cs="Arial"/>
          <w:sz w:val="21"/>
          <w:rtl w:val="1"/>
        </w:rPr>
        <w:t xml:space="preserve"> </w:t>
      </w:r>
      <w:r>
        <w:rPr>
          <w:rFonts w:ascii="Arial" w:hAnsi="Arial" w:cs="Arial"/>
          <w:sz w:val="21"/>
          <w:rtl w:val="1"/>
        </w:rPr>
        <w:t>السعودية</w:t>
      </w:r>
      <w:r>
        <w:rPr>
          <w:rFonts w:ascii="Arial" w:hAnsi="Arial" w:cs="Arial"/>
          <w:sz w:val="21"/>
          <w:rtl w:val="1"/>
        </w:rPr>
        <w:t xml:space="preserve"> </w:t>
      </w:r>
      <w:r>
        <w:rPr>
          <w:rFonts w:ascii="Arial" w:hAnsi="Arial" w:cs="Arial"/>
          <w:sz w:val="21"/>
          <w:rtl w:val="1"/>
        </w:rPr>
        <w:t>ولائحته</w:t>
      </w:r>
      <w:r>
        <w:rPr>
          <w:rFonts w:ascii="Arial" w:hAnsi="Arial" w:cs="Arial"/>
          <w:sz w:val="21"/>
          <w:rtl w:val="1"/>
        </w:rPr>
        <w:t xml:space="preserve"> </w:t>
      </w:r>
      <w:r>
        <w:rPr>
          <w:rFonts w:ascii="Arial" w:hAnsi="Arial" w:cs="Arial"/>
          <w:sz w:val="21"/>
          <w:rtl w:val="1"/>
        </w:rPr>
        <w:t>التنفيذية</w:t>
      </w:r>
      <w:r>
        <w:rPr>
          <w:rFonts w:ascii="Arial" w:hAnsi="Arial" w:cs="Arial"/>
          <w:sz w:val="21"/>
          <w:rtl w:val="1"/>
        </w:rPr>
        <w:t>.</w:t>
      </w:r>
    </w:p>
    <w:p w14:paraId="626B11F3" w14:textId="77777777" w:rsidR="009E64B1" w:rsidRDefault="009E64B1" w:rsidP="001F0C09">
      <w:pPr>
        <w:spacing w:line="269" w:lineRule="auto" w:before="0" w:after="80"/>
        <w:jc w:val="both"/>
        <w:bidi w:val="1"/>
      </w:pP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الجمعيات</w:t>
      </w:r>
      <w:r>
        <w:rPr>
          <w:rFonts w:ascii="Arial" w:hAnsi="Arial" w:cs="Arial"/>
          <w:sz w:val="21"/>
          <w:rtl w:val="1"/>
        </w:rPr>
        <w:t xml:space="preserve"> </w:t>
      </w:r>
      <w:r>
        <w:rPr>
          <w:rFonts w:ascii="Arial" w:hAnsi="Arial" w:cs="Arial"/>
          <w:sz w:val="21"/>
          <w:rtl w:val="1"/>
        </w:rPr>
        <w:t>والمؤسسات</w:t>
      </w:r>
      <w:r>
        <w:rPr>
          <w:rFonts w:ascii="Arial" w:hAnsi="Arial" w:cs="Arial"/>
          <w:sz w:val="21"/>
          <w:rtl w:val="1"/>
        </w:rPr>
        <w:t xml:space="preserve"> </w:t>
      </w:r>
      <w:r>
        <w:rPr>
          <w:rFonts w:ascii="Arial" w:hAnsi="Arial" w:cs="Arial"/>
          <w:sz w:val="21"/>
          <w:rtl w:val="1"/>
        </w:rPr>
        <w:t>الأهلية</w:t>
      </w:r>
      <w:r>
        <w:rPr>
          <w:rFonts w:ascii="Arial" w:hAnsi="Arial" w:cs="Arial"/>
          <w:sz w:val="21"/>
          <w:rtl w:val="1"/>
        </w:rPr>
        <w:t xml:space="preserve"> </w:t>
      </w:r>
      <w:r>
        <w:rPr>
          <w:rFonts w:ascii="Arial" w:hAnsi="Arial" w:cs="Arial"/>
          <w:sz w:val="21"/>
          <w:rtl w:val="1"/>
        </w:rPr>
        <w:t>ولائحته</w:t>
      </w:r>
      <w:r>
        <w:rPr>
          <w:rFonts w:ascii="Arial" w:hAnsi="Arial" w:cs="Arial"/>
          <w:sz w:val="21"/>
          <w:rtl w:val="1"/>
        </w:rPr>
        <w:t xml:space="preserve"> </w:t>
      </w:r>
      <w:r>
        <w:rPr>
          <w:rFonts w:ascii="Arial" w:hAnsi="Arial" w:cs="Arial"/>
          <w:sz w:val="21"/>
          <w:rtl w:val="1"/>
        </w:rPr>
        <w:t>التنفيذية</w:t>
      </w:r>
      <w:r>
        <w:rPr>
          <w:rFonts w:ascii="Arial" w:hAnsi="Arial" w:cs="Arial"/>
          <w:sz w:val="21"/>
          <w:rtl w:val="1"/>
        </w:rPr>
        <w:t>.</w:t>
      </w:r>
    </w:p>
    <w:p w14:paraId="409C8A98" w14:textId="77777777" w:rsidR="009E64B1" w:rsidRDefault="009E64B1" w:rsidP="001F0C09">
      <w:pPr>
        <w:spacing w:line="269" w:lineRule="auto" w:before="0" w:after="80"/>
        <w:jc w:val="both"/>
        <w:bidi w:val="1"/>
      </w:pPr>
      <w:r>
        <w:rPr>
          <w:rFonts w:ascii="Arial" w:hAnsi="Arial" w:cs="Arial"/>
          <w:sz w:val="21"/>
          <w:rtl w:val="1"/>
        </w:rPr>
        <w:t xml:space="preserve">• </w:t>
      </w:r>
      <w:r>
        <w:rPr>
          <w:rFonts w:ascii="Arial" w:hAnsi="Arial" w:cs="Arial"/>
          <w:sz w:val="21"/>
          <w:rtl w:val="1"/>
        </w:rPr>
        <w:t>النظام</w:t>
      </w:r>
      <w:r>
        <w:rPr>
          <w:rFonts w:ascii="Arial" w:hAnsi="Arial" w:cs="Arial"/>
          <w:sz w:val="21"/>
          <w:rtl w:val="1"/>
        </w:rPr>
        <w:t xml:space="preserve"> </w:t>
      </w:r>
      <w:r>
        <w:rPr>
          <w:rFonts w:ascii="Arial" w:hAnsi="Arial" w:cs="Arial"/>
          <w:sz w:val="21"/>
          <w:rtl w:val="1"/>
        </w:rPr>
        <w:t>الأساسي</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w:t>
      </w:r>
    </w:p>
    <w:p w14:paraId="507DB199" w14:textId="77777777" w:rsidR="009E64B1" w:rsidRDefault="009E64B1" w:rsidP="001F0C09">
      <w:pPr>
        <w:spacing w:line="269" w:lineRule="auto" w:before="0" w:after="80"/>
        <w:jc w:val="both"/>
        <w:bidi w:val="1"/>
      </w:pPr>
      <w:r>
        <w:rPr>
          <w:rFonts w:ascii="Arial" w:hAnsi="Arial" w:cs="Arial"/>
          <w:sz w:val="21"/>
          <w:rtl w:val="1"/>
        </w:rPr>
        <w:t xml:space="preserve">• </w:t>
      </w:r>
      <w:r>
        <w:rPr>
          <w:rFonts w:ascii="Arial" w:hAnsi="Arial" w:cs="Arial"/>
          <w:sz w:val="21"/>
          <w:rtl w:val="1"/>
        </w:rPr>
        <w:t>قرارات</w:t>
      </w:r>
      <w:r>
        <w:rPr>
          <w:rFonts w:ascii="Arial" w:hAnsi="Arial" w:cs="Arial"/>
          <w:sz w:val="21"/>
          <w:rtl w:val="1"/>
        </w:rPr>
        <w:t xml:space="preserve"> </w:t>
      </w:r>
      <w:r>
        <w:rPr>
          <w:rFonts w:ascii="Arial" w:hAnsi="Arial" w:cs="Arial"/>
          <w:sz w:val="21"/>
          <w:rtl w:val="1"/>
        </w:rPr>
        <w:t>مجلس</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w:t>
      </w:r>
    </w:p>
    <w:p w14:paraId="01132642" w14:textId="77777777" w:rsidR="009E64B1" w:rsidRDefault="009E64B1" w:rsidP="001F0C09">
      <w:pPr>
        <w:spacing w:line="269" w:lineRule="auto" w:before="0" w:after="80"/>
        <w:jc w:val="both"/>
        <w:bidi w:val="1"/>
      </w:pPr>
      <w:r>
        <w:t>• لائحة تنظيم العمل المعتمدة للجمعية عبر منصة قوى.</w:t>
      </w:r>
    </w:p>
    <w:p w14:paraId="56AF6620" w14:textId="77777777" w:rsidR="009E64B1" w:rsidRDefault="009E64B1" w:rsidP="001F0C09">
      <w:pPr>
        <w:spacing w:line="269" w:lineRule="auto" w:before="0" w:after="80"/>
        <w:jc w:val="both"/>
        <w:bidi w:val="1"/>
      </w:pP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والتعليمات</w:t>
      </w:r>
      <w:r>
        <w:rPr>
          <w:rFonts w:ascii="Arial" w:hAnsi="Arial" w:cs="Arial"/>
          <w:sz w:val="21"/>
          <w:rtl w:val="1"/>
        </w:rPr>
        <w:t xml:space="preserve"> </w:t>
      </w:r>
      <w:r>
        <w:rPr>
          <w:rFonts w:ascii="Arial" w:hAnsi="Arial" w:cs="Arial"/>
          <w:sz w:val="21"/>
          <w:rtl w:val="1"/>
        </w:rPr>
        <w:t>ذات</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w:t>
      </w:r>
    </w:p>
    <w:p w14:paraId="21EDC3A7" w14:textId="77777777" w:rsidR="009E64B1" w:rsidRDefault="009E64B1" w:rsidP="001F0C09">
      <w:pPr>
        <w:spacing w:line="269" w:lineRule="auto" w:before="160" w:after="120"/>
        <w:jc w:val="right"/>
        <w:bidi w:val="1"/>
        <w:pStyle w:val="Heading1"/>
        <w:keepNext w:val="1"/>
        <w:keepLines w:val="1"/>
      </w:pPr>
      <w:r>
        <w:rPr>
          <w:rFonts w:ascii="Arial" w:hAnsi="Arial" w:cs="Arial"/>
          <w:b/>
          <w:color w:val="0F4761"/>
          <w:sz w:val="30"/>
          <w:rtl w:val="1"/>
        </w:rPr>
        <w:t>التعاريف</w:t>
      </w:r>
    </w:p>
    <w:p w14:paraId="39779D6F" w14:textId="77777777" w:rsidR="009E64B1" w:rsidRDefault="009E64B1" w:rsidP="001F0C09">
      <w:pPr>
        <w:spacing w:line="269" w:lineRule="auto" w:before="0" w:after="80"/>
        <w:jc w:val="both"/>
        <w:bidi w:val="1"/>
      </w:pP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جمعية</w:t>
      </w:r>
      <w:r>
        <w:rPr>
          <w:rFonts w:ascii="Arial" w:hAnsi="Arial" w:cs="Arial"/>
          <w:sz w:val="21"/>
          <w:rtl w:val="1"/>
        </w:rPr>
        <w:t xml:space="preserve"> </w:t>
      </w:r>
      <w:r>
        <w:rPr>
          <w:rFonts w:ascii="Arial" w:hAnsi="Arial" w:cs="Arial"/>
          <w:sz w:val="21"/>
          <w:rtl w:val="1"/>
        </w:rPr>
        <w:t>البلسم</w:t>
      </w:r>
      <w:r>
        <w:rPr>
          <w:rFonts w:ascii="Arial" w:hAnsi="Arial" w:cs="Arial"/>
          <w:sz w:val="21"/>
          <w:rtl w:val="1"/>
        </w:rPr>
        <w:t xml:space="preserve"> </w:t>
      </w:r>
      <w:r>
        <w:rPr>
          <w:rFonts w:ascii="Arial" w:hAnsi="Arial" w:cs="Arial"/>
          <w:sz w:val="21"/>
          <w:rtl w:val="1"/>
        </w:rPr>
        <w:t>للتدريب</w:t>
      </w:r>
      <w:r>
        <w:rPr>
          <w:rFonts w:ascii="Arial" w:hAnsi="Arial" w:cs="Arial"/>
          <w:sz w:val="21"/>
          <w:rtl w:val="1"/>
        </w:rPr>
        <w:t xml:space="preserve"> </w:t>
      </w:r>
      <w:r>
        <w:rPr>
          <w:rFonts w:ascii="Arial" w:hAnsi="Arial" w:cs="Arial"/>
          <w:sz w:val="21"/>
          <w:rtl w:val="1"/>
        </w:rPr>
        <w:t>والتطوير</w:t>
      </w:r>
      <w:r>
        <w:rPr>
          <w:rFonts w:ascii="Arial" w:hAnsi="Arial" w:cs="Arial"/>
          <w:sz w:val="21"/>
          <w:rtl w:val="1"/>
        </w:rPr>
        <w:t xml:space="preserve"> </w:t>
      </w:r>
      <w:r>
        <w:rPr>
          <w:rFonts w:ascii="Arial" w:hAnsi="Arial" w:cs="Arial"/>
          <w:sz w:val="21"/>
          <w:rtl w:val="1"/>
        </w:rPr>
        <w:t>الصحي</w:t>
      </w:r>
      <w:r>
        <w:rPr>
          <w:rFonts w:ascii="Arial" w:hAnsi="Arial" w:cs="Arial"/>
          <w:sz w:val="21"/>
          <w:rtl w:val="1"/>
        </w:rPr>
        <w:t>.</w:t>
      </w:r>
    </w:p>
    <w:p w14:paraId="3CDF74E8" w14:textId="77777777" w:rsidR="009E64B1" w:rsidRDefault="009E64B1" w:rsidP="001F0C09">
      <w:pPr>
        <w:spacing w:line="269" w:lineRule="auto" w:before="0" w:after="80"/>
        <w:jc w:val="both"/>
        <w:bidi w:val="1"/>
      </w:pP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لائحة</w:t>
      </w:r>
      <w:r>
        <w:rPr>
          <w:rFonts w:ascii="Arial" w:hAnsi="Arial" w:cs="Arial"/>
          <w:sz w:val="21"/>
          <w:rtl w:val="1"/>
        </w:rPr>
        <w:t xml:space="preserve"> </w:t>
      </w:r>
      <w:r>
        <w:rPr>
          <w:rFonts w:ascii="Arial" w:hAnsi="Arial" w:cs="Arial"/>
          <w:sz w:val="21"/>
          <w:rtl w:val="1"/>
        </w:rPr>
        <w:t>الموارد</w:t>
      </w:r>
      <w:r>
        <w:rPr>
          <w:rFonts w:ascii="Arial" w:hAnsi="Arial" w:cs="Arial"/>
          <w:sz w:val="21"/>
          <w:rtl w:val="1"/>
        </w:rPr>
        <w:t xml:space="preserve"> </w:t>
      </w:r>
      <w:r>
        <w:rPr>
          <w:rFonts w:ascii="Arial" w:hAnsi="Arial" w:cs="Arial"/>
          <w:sz w:val="21"/>
          <w:rtl w:val="1"/>
        </w:rPr>
        <w:t>البشرية</w:t>
      </w:r>
      <w:r>
        <w:rPr>
          <w:rFonts w:ascii="Arial" w:hAnsi="Arial" w:cs="Arial"/>
          <w:sz w:val="21"/>
          <w:rtl w:val="1"/>
        </w:rPr>
        <w:t>.</w:t>
      </w:r>
    </w:p>
    <w:p w14:paraId="6394A9FE" w14:textId="77777777" w:rsidR="009E64B1" w:rsidRDefault="009E64B1" w:rsidP="001F0C09">
      <w:pPr>
        <w:spacing w:line="269" w:lineRule="auto" w:before="0" w:after="80"/>
        <w:jc w:val="both"/>
        <w:bidi w:val="1"/>
      </w:pPr>
      <w:r>
        <w:rPr>
          <w:rFonts w:ascii="Arial" w:hAnsi="Arial" w:cs="Arial"/>
          <w:sz w:val="21"/>
          <w:rtl w:val="1"/>
        </w:rPr>
        <w:t>مجلس</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مجلس</w:t>
      </w:r>
      <w:r>
        <w:rPr>
          <w:rFonts w:ascii="Arial" w:hAnsi="Arial" w:cs="Arial"/>
          <w:sz w:val="21"/>
          <w:rtl w:val="1"/>
        </w:rPr>
        <w:t xml:space="preserve"> </w:t>
      </w:r>
      <w:r>
        <w:rPr>
          <w:rFonts w:ascii="Arial" w:hAnsi="Arial" w:cs="Arial"/>
          <w:sz w:val="21"/>
          <w:rtl w:val="1"/>
        </w:rPr>
        <w:t>إدارة</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594A5A93" w14:textId="77777777" w:rsidR="009E64B1" w:rsidRDefault="009E64B1" w:rsidP="001F0C09">
      <w:pPr>
        <w:spacing w:line="269" w:lineRule="auto" w:before="0" w:after="80"/>
        <w:jc w:val="both"/>
        <w:bidi w:val="1"/>
      </w:pPr>
      <w:r>
        <w:rPr>
          <w:rFonts w:ascii="Arial" w:hAnsi="Arial" w:cs="Arial"/>
          <w:sz w:val="21"/>
          <w:rtl w:val="1"/>
        </w:rPr>
        <w:t>المدير</w:t>
      </w:r>
      <w:r>
        <w:rPr>
          <w:rFonts w:ascii="Arial" w:hAnsi="Arial" w:cs="Arial"/>
          <w:sz w:val="21"/>
          <w:rtl w:val="1"/>
        </w:rPr>
        <w:t xml:space="preserve"> </w:t>
      </w:r>
      <w:r>
        <w:rPr>
          <w:rFonts w:ascii="Arial" w:hAnsi="Arial" w:cs="Arial"/>
          <w:sz w:val="21"/>
          <w:rtl w:val="1"/>
        </w:rPr>
        <w:t>التنفيذي</w:t>
      </w:r>
      <w:r>
        <w:rPr>
          <w:rFonts w:ascii="Arial" w:hAnsi="Arial" w:cs="Arial"/>
          <w:sz w:val="21"/>
          <w:rtl w:val="1"/>
        </w:rPr>
        <w:t xml:space="preserve">: </w:t>
      </w:r>
      <w:r>
        <w:rPr>
          <w:rFonts w:ascii="Arial" w:hAnsi="Arial" w:cs="Arial"/>
          <w:sz w:val="21"/>
          <w:rtl w:val="1"/>
        </w:rPr>
        <w:t>المسؤول</w:t>
      </w:r>
      <w:r>
        <w:rPr>
          <w:rFonts w:ascii="Arial" w:hAnsi="Arial" w:cs="Arial"/>
          <w:sz w:val="21"/>
          <w:rtl w:val="1"/>
        </w:rPr>
        <w:t xml:space="preserve"> </w:t>
      </w:r>
      <w:r>
        <w:rPr>
          <w:rFonts w:ascii="Arial" w:hAnsi="Arial" w:cs="Arial"/>
          <w:sz w:val="21"/>
          <w:rtl w:val="1"/>
        </w:rPr>
        <w:t>التنفيذي</w:t>
      </w:r>
      <w:r>
        <w:rPr>
          <w:rFonts w:ascii="Arial" w:hAnsi="Arial" w:cs="Arial"/>
          <w:sz w:val="21"/>
          <w:rtl w:val="1"/>
        </w:rPr>
        <w:t xml:space="preserve"> </w:t>
      </w:r>
      <w:r>
        <w:rPr>
          <w:rFonts w:ascii="Arial" w:hAnsi="Arial" w:cs="Arial"/>
          <w:sz w:val="21"/>
          <w:rtl w:val="1"/>
        </w:rPr>
        <w:t>الأول</w:t>
      </w:r>
      <w:r>
        <w:rPr>
          <w:rFonts w:ascii="Arial" w:hAnsi="Arial" w:cs="Arial"/>
          <w:sz w:val="21"/>
          <w:rtl w:val="1"/>
        </w:rPr>
        <w:t>.</w:t>
      </w:r>
    </w:p>
    <w:p w14:paraId="1481A96C" w14:textId="77777777" w:rsidR="009E64B1" w:rsidRDefault="009E64B1" w:rsidP="001F0C09">
      <w:pPr>
        <w:spacing w:line="269" w:lineRule="auto" w:before="0" w:after="80"/>
        <w:jc w:val="both"/>
        <w:bidi w:val="1"/>
      </w:pP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إدارة</w:t>
      </w:r>
      <w:r>
        <w:rPr>
          <w:rFonts w:ascii="Arial" w:hAnsi="Arial" w:cs="Arial"/>
          <w:sz w:val="21"/>
          <w:rtl w:val="1"/>
        </w:rPr>
        <w:t xml:space="preserve"> </w:t>
      </w:r>
      <w:r>
        <w:rPr>
          <w:rFonts w:ascii="Arial" w:hAnsi="Arial" w:cs="Arial"/>
          <w:sz w:val="21"/>
          <w:rtl w:val="1"/>
        </w:rPr>
        <w:t>الموارد</w:t>
      </w:r>
      <w:r>
        <w:rPr>
          <w:rFonts w:ascii="Arial" w:hAnsi="Arial" w:cs="Arial"/>
          <w:sz w:val="21"/>
          <w:rtl w:val="1"/>
        </w:rPr>
        <w:t xml:space="preserve"> </w:t>
      </w:r>
      <w:r>
        <w:rPr>
          <w:rFonts w:ascii="Arial" w:hAnsi="Arial" w:cs="Arial"/>
          <w:sz w:val="21"/>
          <w:rtl w:val="1"/>
        </w:rPr>
        <w:t>البشرية</w:t>
      </w:r>
      <w:r>
        <w:rPr>
          <w:rFonts w:ascii="Arial" w:hAnsi="Arial" w:cs="Arial"/>
          <w:sz w:val="21"/>
          <w:rtl w:val="1"/>
        </w:rPr>
        <w:t>.</w:t>
      </w:r>
    </w:p>
    <w:p w14:paraId="4D4D5CEA" w14:textId="77777777" w:rsidR="009E64B1" w:rsidRDefault="009E64B1" w:rsidP="001F0C09">
      <w:pPr>
        <w:spacing w:line="269" w:lineRule="auto" w:before="0" w:after="80"/>
        <w:jc w:val="both"/>
        <w:bidi w:val="1"/>
      </w:pPr>
      <w:r>
        <w:rPr>
          <w:rFonts w:ascii="Arial" w:hAnsi="Arial" w:cs="Arial"/>
          <w:sz w:val="21"/>
          <w:rtl w:val="1"/>
        </w:rPr>
        <w:t>الموظف</w:t>
      </w:r>
      <w:r>
        <w:rPr>
          <w:rFonts w:ascii="Arial" w:hAnsi="Arial" w:cs="Arial"/>
          <w:sz w:val="21"/>
          <w:rtl w:val="1"/>
        </w:rPr>
        <w:t xml:space="preserve">: </w:t>
      </w:r>
      <w:r>
        <w:rPr>
          <w:rFonts w:ascii="Arial" w:hAnsi="Arial" w:cs="Arial"/>
          <w:sz w:val="21"/>
          <w:rtl w:val="1"/>
        </w:rPr>
        <w:t>كل</w:t>
      </w:r>
      <w:r>
        <w:rPr>
          <w:rFonts w:ascii="Arial" w:hAnsi="Arial" w:cs="Arial"/>
          <w:sz w:val="21"/>
          <w:rtl w:val="1"/>
        </w:rPr>
        <w:t xml:space="preserve"> </w:t>
      </w:r>
      <w:r>
        <w:rPr>
          <w:rFonts w:ascii="Arial" w:hAnsi="Arial" w:cs="Arial"/>
          <w:sz w:val="21"/>
          <w:rtl w:val="1"/>
        </w:rPr>
        <w:t>شخص</w:t>
      </w:r>
      <w:r>
        <w:rPr>
          <w:rFonts w:ascii="Arial" w:hAnsi="Arial" w:cs="Arial"/>
          <w:sz w:val="21"/>
          <w:rtl w:val="1"/>
        </w:rPr>
        <w:t xml:space="preserve"> </w:t>
      </w:r>
      <w:r>
        <w:rPr>
          <w:rFonts w:ascii="Arial" w:hAnsi="Arial" w:cs="Arial"/>
          <w:sz w:val="21"/>
          <w:rtl w:val="1"/>
        </w:rPr>
        <w:t>يرتبط</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بعقد</w:t>
      </w:r>
      <w:r>
        <w:rPr>
          <w:rFonts w:ascii="Arial" w:hAnsi="Arial" w:cs="Arial"/>
          <w:sz w:val="21"/>
          <w:rtl w:val="1"/>
        </w:rPr>
        <w:t xml:space="preserve"> </w:t>
      </w:r>
      <w:r>
        <w:rPr>
          <w:rFonts w:ascii="Arial" w:hAnsi="Arial" w:cs="Arial"/>
          <w:sz w:val="21"/>
          <w:rtl w:val="1"/>
        </w:rPr>
        <w:t>عمل</w:t>
      </w:r>
      <w:r>
        <w:rPr>
          <w:rFonts w:ascii="Arial" w:hAnsi="Arial" w:cs="Arial"/>
          <w:sz w:val="21"/>
          <w:rtl w:val="1"/>
        </w:rPr>
        <w:t>.</w:t>
      </w:r>
    </w:p>
    <w:p w14:paraId="2BF25E31" w14:textId="77777777" w:rsidR="009E64B1" w:rsidRDefault="009E64B1" w:rsidP="001F0C09">
      <w:pPr>
        <w:spacing w:line="269" w:lineRule="auto" w:before="0" w:after="80"/>
        <w:jc w:val="both"/>
        <w:bidi w:val="1"/>
      </w:pPr>
      <w:r>
        <w:rPr>
          <w:rFonts w:ascii="Arial" w:hAnsi="Arial" w:cs="Arial"/>
          <w:sz w:val="21"/>
          <w:rtl w:val="1"/>
        </w:rPr>
        <w:t>الرئيس</w:t>
      </w:r>
      <w:r>
        <w:rPr>
          <w:rFonts w:ascii="Arial" w:hAnsi="Arial" w:cs="Arial"/>
          <w:sz w:val="21"/>
          <w:rtl w:val="1"/>
        </w:rPr>
        <w:t xml:space="preserve"> </w:t>
      </w:r>
      <w:r>
        <w:rPr>
          <w:rFonts w:ascii="Arial" w:hAnsi="Arial" w:cs="Arial"/>
          <w:sz w:val="21"/>
          <w:rtl w:val="1"/>
        </w:rPr>
        <w:t>المباشر</w:t>
      </w:r>
      <w:r>
        <w:rPr>
          <w:rFonts w:ascii="Arial" w:hAnsi="Arial" w:cs="Arial"/>
          <w:sz w:val="21"/>
          <w:rtl w:val="1"/>
        </w:rPr>
        <w:t xml:space="preserve">: </w:t>
      </w:r>
      <w:r>
        <w:rPr>
          <w:rFonts w:ascii="Arial" w:hAnsi="Arial" w:cs="Arial"/>
          <w:sz w:val="21"/>
          <w:rtl w:val="1"/>
        </w:rPr>
        <w:t>المشرف</w:t>
      </w:r>
      <w:r>
        <w:rPr>
          <w:rFonts w:ascii="Arial" w:hAnsi="Arial" w:cs="Arial"/>
          <w:sz w:val="21"/>
          <w:rtl w:val="1"/>
        </w:rPr>
        <w:t xml:space="preserve"> </w:t>
      </w:r>
      <w:r>
        <w:rPr>
          <w:rFonts w:ascii="Arial" w:hAnsi="Arial" w:cs="Arial"/>
          <w:sz w:val="21"/>
          <w:rtl w:val="1"/>
        </w:rPr>
        <w:t>الإداري</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w:t>
      </w:r>
    </w:p>
    <w:p w14:paraId="0C1447D5" w14:textId="77777777" w:rsidR="009E64B1" w:rsidRDefault="009E64B1" w:rsidP="001F0C09">
      <w:pPr>
        <w:spacing w:line="269" w:lineRule="auto" w:before="0" w:after="80"/>
        <w:jc w:val="both"/>
        <w:bidi w:val="1"/>
      </w:pPr>
      <w:r>
        <w:rPr>
          <w:rFonts w:ascii="Arial" w:hAnsi="Arial" w:cs="Arial"/>
          <w:sz w:val="21"/>
          <w:rtl w:val="1"/>
        </w:rPr>
        <w:t>عقد</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الاتفاق</w:t>
      </w:r>
      <w:r>
        <w:rPr>
          <w:rFonts w:ascii="Arial" w:hAnsi="Arial" w:cs="Arial"/>
          <w:sz w:val="21"/>
          <w:rtl w:val="1"/>
        </w:rPr>
        <w:t xml:space="preserve"> </w:t>
      </w:r>
      <w:r>
        <w:rPr>
          <w:rFonts w:ascii="Arial" w:hAnsi="Arial" w:cs="Arial"/>
          <w:sz w:val="21"/>
          <w:rtl w:val="1"/>
        </w:rPr>
        <w:t>المنظم</w:t>
      </w:r>
      <w:r>
        <w:rPr>
          <w:rFonts w:ascii="Arial" w:hAnsi="Arial" w:cs="Arial"/>
          <w:sz w:val="21"/>
          <w:rtl w:val="1"/>
        </w:rPr>
        <w:t xml:space="preserve"> </w:t>
      </w:r>
      <w:r>
        <w:rPr>
          <w:rFonts w:ascii="Arial" w:hAnsi="Arial" w:cs="Arial"/>
          <w:sz w:val="21"/>
          <w:rtl w:val="1"/>
        </w:rPr>
        <w:t>للعلاقة</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w:t>
      </w:r>
    </w:p>
    <w:p w14:paraId="01147B8B" w14:textId="77777777" w:rsidR="009E64B1" w:rsidRDefault="009E64B1" w:rsidP="001F0C09">
      <w:pPr>
        <w:spacing w:line="269" w:lineRule="auto" w:before="0" w:after="80"/>
        <w:jc w:val="both"/>
        <w:bidi w:val="1"/>
      </w:pPr>
      <w:r>
        <w:rPr>
          <w:rFonts w:ascii="Arial" w:hAnsi="Arial" w:cs="Arial"/>
          <w:sz w:val="21"/>
          <w:rtl w:val="1"/>
        </w:rPr>
        <w:t>يوم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اليوم</w:t>
      </w:r>
      <w:r>
        <w:rPr>
          <w:rFonts w:ascii="Arial" w:hAnsi="Arial" w:cs="Arial"/>
          <w:sz w:val="21"/>
          <w:rtl w:val="1"/>
        </w:rPr>
        <w:t xml:space="preserve"> </w:t>
      </w:r>
      <w:r>
        <w:rPr>
          <w:rFonts w:ascii="Arial" w:hAnsi="Arial" w:cs="Arial"/>
          <w:sz w:val="21"/>
          <w:rtl w:val="1"/>
        </w:rPr>
        <w:t>المحدد</w:t>
      </w:r>
      <w:r>
        <w:rPr>
          <w:rFonts w:ascii="Arial" w:hAnsi="Arial" w:cs="Arial"/>
          <w:sz w:val="21"/>
          <w:rtl w:val="1"/>
        </w:rPr>
        <w:t xml:space="preserve"> </w:t>
      </w:r>
      <w:r>
        <w:rPr>
          <w:rFonts w:ascii="Arial" w:hAnsi="Arial" w:cs="Arial"/>
          <w:sz w:val="21"/>
          <w:rtl w:val="1"/>
        </w:rPr>
        <w:t>للدوام</w:t>
      </w:r>
      <w:r>
        <w:rPr>
          <w:rFonts w:ascii="Arial" w:hAnsi="Arial" w:cs="Arial"/>
          <w:sz w:val="21"/>
          <w:rtl w:val="1"/>
        </w:rPr>
        <w:t xml:space="preserve"> </w:t>
      </w:r>
      <w:r>
        <w:rPr>
          <w:rFonts w:ascii="Arial" w:hAnsi="Arial" w:cs="Arial"/>
          <w:sz w:val="21"/>
          <w:rtl w:val="1"/>
        </w:rPr>
        <w:t>الرسمي</w:t>
      </w:r>
      <w:r>
        <w:rPr>
          <w:rFonts w:ascii="Arial" w:hAnsi="Arial" w:cs="Arial"/>
          <w:sz w:val="21"/>
          <w:rtl w:val="1"/>
        </w:rPr>
        <w:t>.</w:t>
      </w:r>
    </w:p>
    <w:p w14:paraId="09D429B7" w14:textId="77777777" w:rsidR="009E64B1" w:rsidRDefault="009E64B1" w:rsidP="006227CA">
      <w:pPr>
        <w:spacing w:line="269" w:lineRule="auto" w:before="0" w:after="80"/>
        <w:jc w:val="both"/>
        <w:bidi w:val="1"/>
      </w:pPr>
      <w:r>
        <w:rPr>
          <w:rFonts w:ascii="Arial" w:hAnsi="Arial" w:cs="Arial"/>
          <w:sz w:val="21"/>
          <w:rtl w:val="1"/>
        </w:rPr>
        <w:t>العهدة</w:t>
      </w:r>
      <w:r>
        <w:rPr>
          <w:rFonts w:ascii="Arial" w:hAnsi="Arial" w:cs="Arial"/>
          <w:sz w:val="21"/>
          <w:rtl w:val="1"/>
        </w:rPr>
        <w:t xml:space="preserve">: </w:t>
      </w:r>
      <w:r>
        <w:rPr>
          <w:rFonts w:ascii="Arial" w:hAnsi="Arial" w:cs="Arial"/>
          <w:sz w:val="21"/>
          <w:rtl w:val="1"/>
        </w:rPr>
        <w:t>الممتلكات</w:t>
      </w:r>
      <w:r>
        <w:rPr>
          <w:rFonts w:ascii="Arial" w:hAnsi="Arial" w:cs="Arial"/>
          <w:sz w:val="21"/>
          <w:rtl w:val="1"/>
        </w:rPr>
        <w:t xml:space="preserve"> </w:t>
      </w:r>
      <w:r>
        <w:rPr>
          <w:rFonts w:ascii="Arial" w:hAnsi="Arial" w:cs="Arial"/>
          <w:sz w:val="21"/>
          <w:rtl w:val="1"/>
        </w:rPr>
        <w:t>المسلمة</w:t>
      </w:r>
      <w:r>
        <w:rPr>
          <w:rFonts w:ascii="Arial" w:hAnsi="Arial" w:cs="Arial"/>
          <w:sz w:val="21"/>
          <w:rtl w:val="1"/>
        </w:rPr>
        <w:t xml:space="preserve"> </w:t>
      </w:r>
      <w:r>
        <w:rPr>
          <w:rFonts w:ascii="Arial" w:hAnsi="Arial" w:cs="Arial"/>
          <w:sz w:val="21"/>
          <w:rtl w:val="1"/>
        </w:rPr>
        <w:t>للموظ</w:t>
      </w:r>
      <w:r>
        <w:rPr>
          <w:rFonts w:ascii="Arial" w:hAnsi="Arial" w:hint="cs" w:cs="Arial"/>
          <w:sz w:val="21"/>
          <w:rtl w:val="1"/>
        </w:rPr>
        <w:t>ف</w:t>
      </w:r>
      <w:r>
        <w:rPr>
          <w:rFonts w:ascii="Arial" w:hAnsi="Arial" w:cs="Arial"/>
          <w:sz w:val="21"/>
          <w:rtl w:val="1"/>
        </w:rPr>
        <w:br w:type="page"/>
      </w:r>
    </w:p>
    <w:p w14:paraId="2B50F706" w14:textId="77777777" w:rsidR="009E64B1" w:rsidRPr="001F0C09" w:rsidRDefault="009E64B1" w:rsidP="001F0C09">
      <w:pPr>
        <w:spacing w:before="160" w:after="120" w:line="269" w:lineRule="auto"/>
        <w:jc w:val="right"/>
        <w:rPr>
          <w:rFonts w:ascii="Arial" w:hAnsi="Arial" w:cs="PT Bold Arch"/>
          <w:b/>
          <w:bCs/>
          <w:color w:val="002060"/>
          <w:sz w:val="36"/>
          <w:szCs w:val="28"/>
        </w:rPr>
        <w:bidi w:val="1"/>
        <w:pStyle w:val="Heading1"/>
        <w:keepNext w:val="1"/>
        <w:keepLines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الأول</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الأحكام</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العامة</w:t>
      </w:r>
    </w:p>
    <w:p w14:paraId="5C21603B"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w:t>
      </w:r>
    </w:p>
    <w:p w14:paraId="07759EBA" w14:textId="77777777" w:rsidR="009E64B1" w:rsidRDefault="009E64B1" w:rsidP="001F0C09">
      <w:pPr>
        <w:spacing w:before="0" w:after="80" w:line="269" w:lineRule="auto"/>
        <w:jc w:val="both"/>
        <w:bidi w:val="1"/>
      </w:pPr>
      <w:r>
        <w:rPr>
          <w:rFonts w:ascii="Arial" w:hAnsi="Arial" w:cs="Arial"/>
          <w:sz w:val="21"/>
          <w:rtl w:val="1"/>
        </w:rPr>
        <w:t>تهدف</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إلى</w:t>
      </w:r>
      <w:r>
        <w:rPr>
          <w:rFonts w:ascii="Arial" w:hAnsi="Arial" w:cs="Arial"/>
          <w:sz w:val="21"/>
          <w:rtl w:val="1"/>
        </w:rPr>
        <w:t xml:space="preserve"> </w:t>
      </w:r>
      <w:r>
        <w:rPr>
          <w:rFonts w:ascii="Arial" w:hAnsi="Arial" w:cs="Arial"/>
          <w:sz w:val="21"/>
          <w:rtl w:val="1"/>
        </w:rPr>
        <w:t>تنظيم</w:t>
      </w:r>
      <w:r>
        <w:rPr>
          <w:rFonts w:ascii="Arial" w:hAnsi="Arial" w:cs="Arial"/>
          <w:sz w:val="21"/>
          <w:rtl w:val="1"/>
        </w:rPr>
        <w:t xml:space="preserve"> </w:t>
      </w:r>
      <w:r>
        <w:rPr>
          <w:rFonts w:ascii="Arial" w:hAnsi="Arial" w:cs="Arial"/>
          <w:sz w:val="21"/>
          <w:rtl w:val="1"/>
        </w:rPr>
        <w:t>شؤون</w:t>
      </w:r>
      <w:r>
        <w:rPr>
          <w:rFonts w:ascii="Arial" w:hAnsi="Arial" w:cs="Arial"/>
          <w:sz w:val="21"/>
          <w:rtl w:val="1"/>
        </w:rPr>
        <w:t xml:space="preserve"> </w:t>
      </w:r>
      <w:r>
        <w:rPr>
          <w:rFonts w:ascii="Arial" w:hAnsi="Arial" w:cs="Arial"/>
          <w:sz w:val="21"/>
          <w:rtl w:val="1"/>
        </w:rPr>
        <w:t>الموارد</w:t>
      </w:r>
      <w:r>
        <w:rPr>
          <w:rFonts w:ascii="Arial" w:hAnsi="Arial" w:cs="Arial"/>
          <w:sz w:val="21"/>
          <w:rtl w:val="1"/>
        </w:rPr>
        <w:t xml:space="preserve"> </w:t>
      </w:r>
      <w:r>
        <w:rPr>
          <w:rFonts w:ascii="Arial" w:hAnsi="Arial" w:cs="Arial"/>
          <w:sz w:val="21"/>
          <w:rtl w:val="1"/>
        </w:rPr>
        <w:t>البشرية</w:t>
      </w:r>
      <w:r>
        <w:rPr>
          <w:rFonts w:ascii="Arial" w:hAnsi="Arial" w:cs="Arial"/>
          <w:sz w:val="21"/>
          <w:rtl w:val="1"/>
        </w:rPr>
        <w:t xml:space="preserve"> </w:t>
      </w:r>
      <w:r>
        <w:rPr>
          <w:rFonts w:ascii="Arial" w:hAnsi="Arial" w:cs="Arial"/>
          <w:sz w:val="21"/>
          <w:rtl w:val="1"/>
        </w:rPr>
        <w:t>وتحديد</w:t>
      </w:r>
      <w:r>
        <w:rPr>
          <w:rFonts w:ascii="Arial" w:hAnsi="Arial" w:cs="Arial"/>
          <w:sz w:val="21"/>
          <w:rtl w:val="1"/>
        </w:rPr>
        <w:t xml:space="preserve"> </w:t>
      </w:r>
      <w:r>
        <w:rPr>
          <w:rFonts w:ascii="Arial" w:hAnsi="Arial" w:cs="Arial"/>
          <w:sz w:val="21"/>
          <w:rtl w:val="1"/>
        </w:rPr>
        <w:t>الحقوق</w:t>
      </w:r>
      <w:r>
        <w:rPr>
          <w:rFonts w:ascii="Arial" w:hAnsi="Arial" w:cs="Arial"/>
          <w:sz w:val="21"/>
          <w:rtl w:val="1"/>
        </w:rPr>
        <w:t xml:space="preserve"> </w:t>
      </w:r>
      <w:r>
        <w:rPr>
          <w:rFonts w:ascii="Arial" w:hAnsi="Arial" w:cs="Arial"/>
          <w:sz w:val="21"/>
          <w:rtl w:val="1"/>
        </w:rPr>
        <w:t>والواجبات</w:t>
      </w:r>
      <w:r>
        <w:rPr>
          <w:rFonts w:ascii="Arial" w:hAnsi="Arial" w:cs="Arial"/>
          <w:sz w:val="21"/>
          <w:rtl w:val="1"/>
        </w:rPr>
        <w:t xml:space="preserve"> </w:t>
      </w:r>
      <w:r>
        <w:rPr>
          <w:rFonts w:ascii="Arial" w:hAnsi="Arial" w:cs="Arial"/>
          <w:sz w:val="21"/>
          <w:rtl w:val="1"/>
        </w:rPr>
        <w:t>وتحقيق</w:t>
      </w:r>
      <w:r>
        <w:rPr>
          <w:rFonts w:ascii="Arial" w:hAnsi="Arial" w:cs="Arial"/>
          <w:sz w:val="21"/>
          <w:rtl w:val="1"/>
        </w:rPr>
        <w:t xml:space="preserve"> </w:t>
      </w:r>
      <w:r>
        <w:rPr>
          <w:rFonts w:ascii="Arial" w:hAnsi="Arial" w:cs="Arial"/>
          <w:sz w:val="21"/>
          <w:rtl w:val="1"/>
        </w:rPr>
        <w:t>الكفاءة</w:t>
      </w:r>
      <w:r>
        <w:rPr>
          <w:rFonts w:ascii="Arial" w:hAnsi="Arial" w:cs="Arial"/>
          <w:sz w:val="21"/>
          <w:rtl w:val="1"/>
        </w:rPr>
        <w:t xml:space="preserve"> </w:t>
      </w:r>
      <w:r>
        <w:rPr>
          <w:rFonts w:ascii="Arial" w:hAnsi="Arial" w:cs="Arial"/>
          <w:sz w:val="21"/>
          <w:rtl w:val="1"/>
        </w:rPr>
        <w:t>والامتثال</w:t>
      </w:r>
      <w:r>
        <w:rPr>
          <w:rFonts w:ascii="Arial" w:hAnsi="Arial" w:cs="Arial"/>
          <w:sz w:val="21"/>
          <w:rtl w:val="1"/>
        </w:rPr>
        <w:t xml:space="preserve"> </w:t>
      </w:r>
      <w:r>
        <w:rPr>
          <w:rFonts w:ascii="Arial" w:hAnsi="Arial" w:cs="Arial"/>
          <w:sz w:val="21"/>
          <w:rtl w:val="1"/>
        </w:rPr>
        <w:t>للأنظمة</w:t>
      </w:r>
      <w:r>
        <w:rPr>
          <w:rFonts w:ascii="Arial" w:hAnsi="Arial" w:cs="Arial"/>
          <w:sz w:val="21"/>
          <w:rtl w:val="1"/>
        </w:rPr>
        <w:t>.</w:t>
      </w:r>
    </w:p>
    <w:p w14:paraId="4656F4ED"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w:t>
      </w:r>
    </w:p>
    <w:p w14:paraId="10FEFA26" w14:textId="77777777" w:rsidR="009E64B1" w:rsidRDefault="009E64B1" w:rsidP="001F0C09">
      <w:pPr>
        <w:spacing w:before="0" w:after="80" w:line="269" w:lineRule="auto"/>
        <w:jc w:val="both"/>
        <w:bidi w:val="1"/>
      </w:pPr>
      <w:r>
        <w:rPr>
          <w:rFonts w:ascii="Arial" w:hAnsi="Arial" w:cs="Arial"/>
          <w:sz w:val="21"/>
          <w:rtl w:val="1"/>
        </w:rPr>
        <w:t>تطبق</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موظفي</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بمختلف</w:t>
      </w:r>
      <w:r>
        <w:rPr>
          <w:rFonts w:ascii="Arial" w:hAnsi="Arial" w:cs="Arial"/>
          <w:sz w:val="21"/>
          <w:rtl w:val="1"/>
        </w:rPr>
        <w:t xml:space="preserve"> </w:t>
      </w:r>
      <w:r>
        <w:rPr>
          <w:rFonts w:ascii="Arial" w:hAnsi="Arial" w:cs="Arial"/>
          <w:sz w:val="21"/>
          <w:rtl w:val="1"/>
        </w:rPr>
        <w:t>أنواع</w:t>
      </w:r>
      <w:r>
        <w:rPr>
          <w:rFonts w:ascii="Arial" w:hAnsi="Arial" w:cs="Arial"/>
          <w:sz w:val="21"/>
          <w:rtl w:val="1"/>
        </w:rPr>
        <w:t xml:space="preserve"> </w:t>
      </w:r>
      <w:r>
        <w:rPr>
          <w:rFonts w:ascii="Arial" w:hAnsi="Arial" w:cs="Arial"/>
          <w:sz w:val="21"/>
          <w:rtl w:val="1"/>
        </w:rPr>
        <w:t>عقودهم</w:t>
      </w:r>
      <w:r>
        <w:rPr>
          <w:rFonts w:ascii="Arial" w:hAnsi="Arial" w:cs="Arial"/>
          <w:sz w:val="21"/>
          <w:rtl w:val="1"/>
        </w:rPr>
        <w:t>.</w:t>
      </w:r>
    </w:p>
    <w:p w14:paraId="20CF335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w:t>
      </w:r>
    </w:p>
    <w:p w14:paraId="47F03DAF" w14:textId="77777777" w:rsidR="009E64B1" w:rsidRDefault="009E64B1" w:rsidP="001F0C09">
      <w:pPr>
        <w:spacing w:before="0" w:after="80" w:line="269" w:lineRule="auto"/>
        <w:jc w:val="both"/>
        <w:bidi w:val="1"/>
      </w:pPr>
      <w:r>
        <w:rPr>
          <w:rFonts w:ascii="Arial" w:hAnsi="Arial" w:cs="Arial"/>
          <w:sz w:val="21"/>
          <w:rtl w:val="1"/>
        </w:rPr>
        <w:t>تفسر</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السارية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المملكة</w:t>
      </w:r>
      <w:r>
        <w:rPr>
          <w:rFonts w:ascii="Arial" w:hAnsi="Arial" w:cs="Arial"/>
          <w:sz w:val="21"/>
          <w:rtl w:val="1"/>
        </w:rPr>
        <w:t xml:space="preserve"> </w:t>
      </w:r>
      <w:r>
        <w:rPr>
          <w:rFonts w:ascii="Arial" w:hAnsi="Arial" w:cs="Arial"/>
          <w:sz w:val="21"/>
          <w:rtl w:val="1"/>
        </w:rPr>
        <w:t>العربية</w:t>
      </w:r>
      <w:r>
        <w:rPr>
          <w:rFonts w:ascii="Arial" w:hAnsi="Arial" w:cs="Arial"/>
          <w:sz w:val="21"/>
          <w:rtl w:val="1"/>
        </w:rPr>
        <w:t xml:space="preserve"> </w:t>
      </w:r>
      <w:r>
        <w:rPr>
          <w:rFonts w:ascii="Arial" w:hAnsi="Arial" w:cs="Arial"/>
          <w:sz w:val="21"/>
          <w:rtl w:val="1"/>
        </w:rPr>
        <w:t>السعودية</w:t>
      </w:r>
      <w:r>
        <w:rPr>
          <w:rFonts w:ascii="Arial" w:hAnsi="Arial" w:cs="Arial"/>
          <w:sz w:val="21"/>
          <w:rtl w:val="1"/>
        </w:rPr>
        <w:t>.</w:t>
      </w:r>
    </w:p>
    <w:p>
      <w:pPr>
        <w:spacing w:before="0" w:after="80" w:line="269" w:lineRule="auto"/>
        <w:jc w:val="both"/>
        <w:bidi w:val="1"/>
      </w:pPr>
      <w:r>
        <w:t>تُعد لائحة تنظيم العمل المعتمدة للجمعية عبر منصة قوى جزءًا مكملًا لهذه اللائحة ومرجعًا ملزمًا في تطبيق أحكام علاقة العمل. وفيما لم يرد به نص في هذه اللائحة، أو إذا ورد فيها حكم أقل تفصيلًا، فتُطبق أحكام لائحة تنظيم العمل المعتمدة ونظام العمل ولائحته التنفيذية والقرارات الصادرة بموجبهما. وعند التعارض تكون الأولوية للنص النظامي أو الحكم الأكثر حفظًا لحقوق الموظف، ولا يجوز تفسير أي حكم في هذه اللائحة بما ينتقص من الحقوق والمزايا المقررة نظامًا.</w:t>
      </w:r>
    </w:p>
    <w:p w14:paraId="667B3033"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w:t>
      </w:r>
    </w:p>
    <w:p w14:paraId="1EF4F543" w14:textId="77777777" w:rsidR="009E64B1" w:rsidRDefault="009E64B1" w:rsidP="001F0C09">
      <w:pPr>
        <w:spacing w:before="0" w:after="80" w:line="269" w:lineRule="auto"/>
        <w:jc w:val="both"/>
        <w:bidi w:val="1"/>
      </w:pPr>
      <w:r>
        <w:rPr>
          <w:rFonts w:ascii="Arial" w:hAnsi="Arial" w:cs="Arial"/>
          <w:sz w:val="21"/>
          <w:rtl w:val="1"/>
        </w:rPr>
        <w:t>تلتزم</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بمبادئ</w:t>
      </w:r>
      <w:r>
        <w:rPr>
          <w:rFonts w:ascii="Arial" w:hAnsi="Arial" w:cs="Arial"/>
          <w:sz w:val="21"/>
          <w:rtl w:val="1"/>
        </w:rPr>
        <w:t xml:space="preserve"> </w:t>
      </w:r>
      <w:r>
        <w:rPr>
          <w:rFonts w:ascii="Arial" w:hAnsi="Arial" w:cs="Arial"/>
          <w:sz w:val="21"/>
          <w:rtl w:val="1"/>
        </w:rPr>
        <w:t>العدالة</w:t>
      </w:r>
      <w:r>
        <w:rPr>
          <w:rFonts w:ascii="Arial" w:hAnsi="Arial" w:cs="Arial"/>
          <w:sz w:val="21"/>
          <w:rtl w:val="1"/>
        </w:rPr>
        <w:t xml:space="preserve"> </w:t>
      </w:r>
      <w:r>
        <w:rPr>
          <w:rFonts w:ascii="Arial" w:hAnsi="Arial" w:cs="Arial"/>
          <w:sz w:val="21"/>
          <w:rtl w:val="1"/>
        </w:rPr>
        <w:t>والمساواة</w:t>
      </w:r>
      <w:r>
        <w:rPr>
          <w:rFonts w:ascii="Arial" w:hAnsi="Arial" w:cs="Arial"/>
          <w:sz w:val="21"/>
          <w:rtl w:val="1"/>
        </w:rPr>
        <w:t xml:space="preserve"> </w:t>
      </w:r>
      <w:r>
        <w:rPr>
          <w:rFonts w:ascii="Arial" w:hAnsi="Arial" w:cs="Arial"/>
          <w:sz w:val="21"/>
          <w:rtl w:val="1"/>
        </w:rPr>
        <w:t>وتكافؤ</w:t>
      </w:r>
      <w:r>
        <w:rPr>
          <w:rFonts w:ascii="Arial" w:hAnsi="Arial" w:cs="Arial"/>
          <w:sz w:val="21"/>
          <w:rtl w:val="1"/>
        </w:rPr>
        <w:t xml:space="preserve"> </w:t>
      </w:r>
      <w:r>
        <w:rPr>
          <w:rFonts w:ascii="Arial" w:hAnsi="Arial" w:cs="Arial"/>
          <w:sz w:val="21"/>
          <w:rtl w:val="1"/>
        </w:rPr>
        <w:t>الفرص</w:t>
      </w:r>
      <w:r>
        <w:rPr>
          <w:rFonts w:ascii="Arial" w:hAnsi="Arial" w:cs="Arial"/>
          <w:sz w:val="21"/>
          <w:rtl w:val="1"/>
        </w:rPr>
        <w:t>.</w:t>
      </w:r>
    </w:p>
    <w:p w14:paraId="3671D1E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w:t>
      </w:r>
    </w:p>
    <w:p w14:paraId="478F289F"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الموظفين</w:t>
      </w:r>
      <w:r>
        <w:rPr>
          <w:rFonts w:ascii="Arial" w:hAnsi="Arial" w:cs="Arial"/>
          <w:sz w:val="21"/>
          <w:rtl w:val="1"/>
        </w:rPr>
        <w:t xml:space="preserve"> </w:t>
      </w:r>
      <w:r>
        <w:rPr>
          <w:rFonts w:ascii="Arial" w:hAnsi="Arial" w:cs="Arial"/>
          <w:sz w:val="21"/>
          <w:rtl w:val="1"/>
        </w:rPr>
        <w:t>بأحكام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ويعد</w:t>
      </w:r>
      <w:r>
        <w:rPr>
          <w:rFonts w:ascii="Arial" w:hAnsi="Arial" w:cs="Arial"/>
          <w:sz w:val="21"/>
          <w:rtl w:val="1"/>
        </w:rPr>
        <w:t xml:space="preserve"> </w:t>
      </w:r>
      <w:r>
        <w:rPr>
          <w:rFonts w:ascii="Arial" w:hAnsi="Arial" w:cs="Arial"/>
          <w:sz w:val="21"/>
          <w:rtl w:val="1"/>
        </w:rPr>
        <w:t>توقيع</w:t>
      </w:r>
      <w:r>
        <w:rPr>
          <w:rFonts w:ascii="Arial" w:hAnsi="Arial" w:cs="Arial"/>
          <w:sz w:val="21"/>
          <w:rtl w:val="1"/>
        </w:rPr>
        <w:t xml:space="preserve"> </w:t>
      </w:r>
      <w:r>
        <w:rPr>
          <w:rFonts w:ascii="Arial" w:hAnsi="Arial" w:cs="Arial"/>
          <w:sz w:val="21"/>
          <w:rtl w:val="1"/>
        </w:rPr>
        <w:t>عقد</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إقرارًا</w:t>
      </w:r>
      <w:r>
        <w:rPr>
          <w:rFonts w:ascii="Arial" w:hAnsi="Arial" w:cs="Arial"/>
          <w:sz w:val="21"/>
          <w:rtl w:val="1"/>
        </w:rPr>
        <w:t xml:space="preserve"> </w:t>
      </w:r>
      <w:r>
        <w:rPr>
          <w:rFonts w:ascii="Arial" w:hAnsi="Arial" w:cs="Arial"/>
          <w:sz w:val="21"/>
          <w:rtl w:val="1"/>
        </w:rPr>
        <w:t>بها</w:t>
      </w:r>
      <w:r>
        <w:rPr>
          <w:rFonts w:ascii="Arial" w:hAnsi="Arial" w:cs="Arial"/>
          <w:sz w:val="21"/>
          <w:rtl w:val="1"/>
        </w:rPr>
        <w:t>.</w:t>
      </w:r>
    </w:p>
    <w:p w14:paraId="5A16261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w:t>
      </w:r>
    </w:p>
    <w:p w14:paraId="1EC02164"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بالمحافظة</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سرية</w:t>
      </w:r>
      <w:r>
        <w:rPr>
          <w:rFonts w:ascii="Arial" w:hAnsi="Arial" w:cs="Arial"/>
          <w:sz w:val="21"/>
          <w:rtl w:val="1"/>
        </w:rPr>
        <w:t xml:space="preserve"> </w:t>
      </w:r>
      <w:r>
        <w:rPr>
          <w:rFonts w:ascii="Arial" w:hAnsi="Arial" w:cs="Arial"/>
          <w:sz w:val="21"/>
          <w:rtl w:val="1"/>
        </w:rPr>
        <w:t>المعلومات</w:t>
      </w:r>
      <w:r>
        <w:rPr>
          <w:rFonts w:ascii="Arial" w:hAnsi="Arial" w:cs="Arial"/>
          <w:sz w:val="21"/>
          <w:rtl w:val="1"/>
        </w:rPr>
        <w:t xml:space="preserve"> </w:t>
      </w:r>
      <w:r>
        <w:rPr>
          <w:rFonts w:ascii="Arial" w:hAnsi="Arial" w:cs="Arial"/>
          <w:sz w:val="21"/>
          <w:rtl w:val="1"/>
        </w:rPr>
        <w:t>أثناء</w:t>
      </w:r>
      <w:r>
        <w:rPr>
          <w:rFonts w:ascii="Arial" w:hAnsi="Arial" w:cs="Arial"/>
          <w:sz w:val="21"/>
          <w:rtl w:val="1"/>
        </w:rPr>
        <w:t xml:space="preserve"> </w:t>
      </w:r>
      <w:r>
        <w:rPr>
          <w:rFonts w:ascii="Arial" w:hAnsi="Arial" w:cs="Arial"/>
          <w:sz w:val="21"/>
          <w:rtl w:val="1"/>
        </w:rPr>
        <w:t>الخدمة</w:t>
      </w:r>
      <w:r>
        <w:rPr>
          <w:rFonts w:ascii="Arial" w:hAnsi="Arial" w:cs="Arial"/>
          <w:sz w:val="21"/>
          <w:rtl w:val="1"/>
        </w:rPr>
        <w:t xml:space="preserve"> </w:t>
      </w:r>
      <w:r>
        <w:rPr>
          <w:rFonts w:ascii="Arial" w:hAnsi="Arial" w:cs="Arial"/>
          <w:sz w:val="21"/>
          <w:rtl w:val="1"/>
        </w:rPr>
        <w:t>وبعد</w:t>
      </w:r>
      <w:r>
        <w:rPr>
          <w:rFonts w:ascii="Arial" w:hAnsi="Arial" w:cs="Arial"/>
          <w:sz w:val="21"/>
          <w:rtl w:val="1"/>
        </w:rPr>
        <w:t xml:space="preserve"> </w:t>
      </w:r>
      <w:r>
        <w:rPr>
          <w:rFonts w:ascii="Arial" w:hAnsi="Arial" w:cs="Arial"/>
          <w:sz w:val="21"/>
          <w:rtl w:val="1"/>
        </w:rPr>
        <w:t>انتهائها</w:t>
      </w:r>
      <w:r>
        <w:rPr>
          <w:rFonts w:ascii="Arial" w:hAnsi="Arial" w:cs="Arial"/>
          <w:sz w:val="21"/>
          <w:rtl w:val="1"/>
        </w:rPr>
        <w:t>.</w:t>
      </w:r>
    </w:p>
    <w:p w14:paraId="4BCDB56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w:t>
      </w:r>
    </w:p>
    <w:p w14:paraId="2DB5BDA3" w14:textId="77777777" w:rsidR="009E64B1" w:rsidRDefault="009E64B1" w:rsidP="001F0C09">
      <w:pPr>
        <w:spacing w:before="0" w:after="80" w:line="269" w:lineRule="auto"/>
        <w:jc w:val="both"/>
        <w:bidi w:val="1"/>
      </w:pPr>
      <w:r>
        <w:rPr>
          <w:rFonts w:ascii="Arial" w:hAnsi="Arial" w:cs="Arial"/>
          <w:sz w:val="21"/>
          <w:rtl w:val="1"/>
        </w:rPr>
        <w:t>تعتمد</w:t>
      </w:r>
      <w:r>
        <w:rPr>
          <w:rFonts w:ascii="Arial" w:hAnsi="Arial" w:cs="Arial"/>
          <w:sz w:val="21"/>
          <w:rtl w:val="1"/>
        </w:rPr>
        <w:t xml:space="preserve"> </w:t>
      </w:r>
      <w:r>
        <w:rPr>
          <w:rFonts w:ascii="Arial" w:hAnsi="Arial" w:cs="Arial"/>
          <w:sz w:val="21"/>
          <w:rtl w:val="1"/>
        </w:rPr>
        <w:t>اللغة</w:t>
      </w:r>
      <w:r>
        <w:rPr>
          <w:rFonts w:ascii="Arial" w:hAnsi="Arial" w:cs="Arial"/>
          <w:sz w:val="21"/>
          <w:rtl w:val="1"/>
        </w:rPr>
        <w:t xml:space="preserve"> </w:t>
      </w:r>
      <w:r>
        <w:rPr>
          <w:rFonts w:ascii="Arial" w:hAnsi="Arial" w:cs="Arial"/>
          <w:sz w:val="21"/>
          <w:rtl w:val="1"/>
        </w:rPr>
        <w:t>العربية</w:t>
      </w:r>
      <w:r>
        <w:rPr>
          <w:rFonts w:ascii="Arial" w:hAnsi="Arial" w:cs="Arial"/>
          <w:sz w:val="21"/>
          <w:rtl w:val="1"/>
        </w:rPr>
        <w:t xml:space="preserve"> </w:t>
      </w:r>
      <w:r>
        <w:rPr>
          <w:rFonts w:ascii="Arial" w:hAnsi="Arial" w:cs="Arial"/>
          <w:sz w:val="21"/>
          <w:rtl w:val="1"/>
        </w:rPr>
        <w:t>لغة</w:t>
      </w:r>
      <w:r>
        <w:rPr>
          <w:rFonts w:ascii="Arial" w:hAnsi="Arial" w:cs="Arial"/>
          <w:sz w:val="21"/>
          <w:rtl w:val="1"/>
        </w:rPr>
        <w:t xml:space="preserve"> </w:t>
      </w:r>
      <w:r>
        <w:rPr>
          <w:rFonts w:ascii="Arial" w:hAnsi="Arial" w:cs="Arial"/>
          <w:sz w:val="21"/>
          <w:rtl w:val="1"/>
        </w:rPr>
        <w:t>رسمية</w:t>
      </w:r>
      <w:r>
        <w:rPr>
          <w:rFonts w:ascii="Arial" w:hAnsi="Arial" w:cs="Arial"/>
          <w:sz w:val="21"/>
          <w:rtl w:val="1"/>
        </w:rPr>
        <w:t xml:space="preserve"> </w:t>
      </w:r>
      <w:r>
        <w:rPr>
          <w:rFonts w:ascii="Arial" w:hAnsi="Arial" w:cs="Arial"/>
          <w:sz w:val="21"/>
          <w:rtl w:val="1"/>
        </w:rPr>
        <w:t>لجميع</w:t>
      </w:r>
      <w:r>
        <w:rPr>
          <w:rFonts w:ascii="Arial" w:hAnsi="Arial" w:cs="Arial"/>
          <w:sz w:val="21"/>
          <w:rtl w:val="1"/>
        </w:rPr>
        <w:t xml:space="preserve"> </w:t>
      </w:r>
      <w:r>
        <w:rPr>
          <w:rFonts w:ascii="Arial" w:hAnsi="Arial" w:cs="Arial"/>
          <w:sz w:val="21"/>
          <w:rtl w:val="1"/>
        </w:rPr>
        <w:t>الوثائق</w:t>
      </w:r>
      <w:r>
        <w:rPr>
          <w:rFonts w:ascii="Arial" w:hAnsi="Arial" w:cs="Arial"/>
          <w:sz w:val="21"/>
          <w:rtl w:val="1"/>
        </w:rPr>
        <w:t xml:space="preserve"> </w:t>
      </w:r>
      <w:r>
        <w:rPr>
          <w:rFonts w:ascii="Arial" w:hAnsi="Arial" w:cs="Arial"/>
          <w:sz w:val="21"/>
          <w:rtl w:val="1"/>
        </w:rPr>
        <w:t>ويعتد</w:t>
      </w:r>
      <w:r>
        <w:rPr>
          <w:rFonts w:ascii="Arial" w:hAnsi="Arial" w:cs="Arial"/>
          <w:sz w:val="21"/>
          <w:rtl w:val="1"/>
        </w:rPr>
        <w:t xml:space="preserve"> </w:t>
      </w:r>
      <w:r>
        <w:rPr>
          <w:rFonts w:ascii="Arial" w:hAnsi="Arial" w:cs="Arial"/>
          <w:sz w:val="21"/>
          <w:rtl w:val="1"/>
        </w:rPr>
        <w:t>بها</w:t>
      </w:r>
      <w:r>
        <w:rPr>
          <w:rFonts w:ascii="Arial" w:hAnsi="Arial" w:cs="Arial"/>
          <w:sz w:val="21"/>
          <w:rtl w:val="1"/>
        </w:rPr>
        <w:t xml:space="preserve"> </w:t>
      </w:r>
      <w:r>
        <w:rPr>
          <w:rFonts w:ascii="Arial" w:hAnsi="Arial" w:cs="Arial"/>
          <w:sz w:val="21"/>
          <w:rtl w:val="1"/>
        </w:rPr>
        <w:t>عند</w:t>
      </w:r>
      <w:r>
        <w:rPr>
          <w:rFonts w:ascii="Arial" w:hAnsi="Arial" w:cs="Arial"/>
          <w:sz w:val="21"/>
          <w:rtl w:val="1"/>
        </w:rPr>
        <w:t xml:space="preserve"> </w:t>
      </w:r>
      <w:r>
        <w:rPr>
          <w:rFonts w:ascii="Arial" w:hAnsi="Arial" w:cs="Arial"/>
          <w:sz w:val="21"/>
          <w:rtl w:val="1"/>
        </w:rPr>
        <w:t>التعارض</w:t>
      </w:r>
      <w:r>
        <w:rPr>
          <w:rFonts w:ascii="Arial" w:hAnsi="Arial" w:cs="Arial"/>
          <w:sz w:val="21"/>
          <w:rtl w:val="1"/>
        </w:rPr>
        <w:t>.</w:t>
      </w:r>
    </w:p>
    <w:p w14:paraId="3038E20B"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w:t>
      </w:r>
    </w:p>
    <w:p w14:paraId="114492F2"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للمدير</w:t>
      </w:r>
      <w:r>
        <w:rPr>
          <w:rFonts w:ascii="Arial" w:hAnsi="Arial" w:cs="Arial"/>
          <w:sz w:val="21"/>
          <w:rtl w:val="1"/>
        </w:rPr>
        <w:t xml:space="preserve"> </w:t>
      </w:r>
      <w:r>
        <w:rPr>
          <w:rFonts w:ascii="Arial" w:hAnsi="Arial" w:cs="Arial"/>
          <w:sz w:val="21"/>
          <w:rtl w:val="1"/>
        </w:rPr>
        <w:t>التنفيذي</w:t>
      </w:r>
      <w:r>
        <w:rPr>
          <w:rFonts w:ascii="Arial" w:hAnsi="Arial" w:cs="Arial"/>
          <w:sz w:val="21"/>
          <w:rtl w:val="1"/>
        </w:rPr>
        <w:t xml:space="preserve"> </w:t>
      </w:r>
      <w:r>
        <w:rPr>
          <w:rFonts w:ascii="Arial" w:hAnsi="Arial" w:cs="Arial"/>
          <w:sz w:val="21"/>
          <w:rtl w:val="1"/>
        </w:rPr>
        <w:t>إصدار</w:t>
      </w:r>
      <w:r>
        <w:rPr>
          <w:rFonts w:ascii="Arial" w:hAnsi="Arial" w:cs="Arial"/>
          <w:sz w:val="21"/>
          <w:rtl w:val="1"/>
        </w:rPr>
        <w:t xml:space="preserve"> </w:t>
      </w:r>
      <w:r>
        <w:rPr>
          <w:rFonts w:ascii="Arial" w:hAnsi="Arial" w:cs="Arial"/>
          <w:sz w:val="21"/>
          <w:rtl w:val="1"/>
        </w:rPr>
        <w:t>التعليمات</w:t>
      </w:r>
      <w:r>
        <w:rPr>
          <w:rFonts w:ascii="Arial" w:hAnsi="Arial" w:cs="Arial"/>
          <w:sz w:val="21"/>
          <w:rtl w:val="1"/>
        </w:rPr>
        <w:t xml:space="preserve"> </w:t>
      </w:r>
      <w:r>
        <w:rPr>
          <w:rFonts w:ascii="Arial" w:hAnsi="Arial" w:cs="Arial"/>
          <w:sz w:val="21"/>
          <w:rtl w:val="1"/>
        </w:rPr>
        <w:t>التنفيذية</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لا</w:t>
      </w:r>
      <w:r>
        <w:rPr>
          <w:rFonts w:ascii="Arial" w:hAnsi="Arial" w:cs="Arial"/>
          <w:sz w:val="21"/>
          <w:rtl w:val="1"/>
        </w:rPr>
        <w:t xml:space="preserve"> </w:t>
      </w:r>
      <w:r>
        <w:rPr>
          <w:rFonts w:ascii="Arial" w:hAnsi="Arial" w:cs="Arial"/>
          <w:sz w:val="21"/>
          <w:rtl w:val="1"/>
        </w:rPr>
        <w:t>يتعارض</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w:t>
      </w:r>
    </w:p>
    <w:p w14:paraId="0EC6045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w:t>
      </w:r>
    </w:p>
    <w:p w14:paraId="5DA045F4" w14:textId="77777777" w:rsidR="009E64B1" w:rsidRDefault="009E64B1" w:rsidP="001F0C09">
      <w:pPr>
        <w:spacing w:before="0" w:after="80" w:line="269" w:lineRule="auto"/>
        <w:jc w:val="both"/>
        <w:rPr>
          <w:rtl/>
        </w:rPr>
        <w:bidi w:val="1"/>
      </w:pPr>
      <w:r>
        <w:rPr>
          <w:rFonts w:ascii="Arial" w:hAnsi="Arial" w:cs="Arial"/>
          <w:sz w:val="21"/>
          <w:rtl w:val="1"/>
        </w:rPr>
        <w:t>يختص</w:t>
      </w:r>
      <w:r>
        <w:rPr>
          <w:rFonts w:ascii="Arial" w:hAnsi="Arial" w:cs="Arial"/>
          <w:sz w:val="21"/>
          <w:rtl w:val="1"/>
        </w:rPr>
        <w:t xml:space="preserve"> </w:t>
      </w:r>
      <w:r>
        <w:rPr>
          <w:rFonts w:ascii="Arial" w:hAnsi="Arial" w:cs="Arial"/>
          <w:sz w:val="21"/>
          <w:rtl w:val="1"/>
        </w:rPr>
        <w:t>مجلس</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باعتماد</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وإجراء</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تعديل</w:t>
      </w:r>
      <w:r>
        <w:rPr>
          <w:rFonts w:ascii="Arial" w:hAnsi="Arial" w:cs="Arial"/>
          <w:sz w:val="21"/>
          <w:rtl w:val="1"/>
        </w:rPr>
        <w:t xml:space="preserve"> </w:t>
      </w:r>
      <w:r>
        <w:rPr>
          <w:rFonts w:ascii="Arial" w:hAnsi="Arial" w:cs="Arial"/>
          <w:sz w:val="21"/>
          <w:rtl w:val="1"/>
        </w:rPr>
        <w:t>عليها</w:t>
      </w:r>
    </w:p>
    <w:p w14:paraId="68A89A20" w14:textId="77777777" w:rsidR="009E64B1" w:rsidRDefault="009E64B1" w:rsidP="001F0C09">
      <w:pPr>
        <w:spacing w:after="0"/>
      </w:pPr>
    </w:p>
    <w:p w14:paraId="272D9A77" w14:textId="77777777" w:rsidR="009E64B1" w:rsidRDefault="009E64B1" w:rsidP="001F0C09">
      <w:pPr>
        <w:spacing w:after="0"/>
      </w:pPr>
    </w:p>
    <w:p w14:paraId="1B8B7CBB" w14:textId="77777777" w:rsidR="009E64B1" w:rsidRPr="001F0C09" w:rsidRDefault="009E64B1" w:rsidP="001F0C09">
      <w:pPr>
        <w:spacing w:before="160" w:after="120" w:line="269" w:lineRule="auto"/>
        <w:jc w:val="right"/>
        <w:rPr>
          <w:rFonts w:ascii="Arial" w:hAnsi="Arial" w:cs="PT Bold Broken"/>
          <w:b/>
          <w:bCs/>
          <w:color w:val="002060"/>
          <w:sz w:val="36"/>
          <w:szCs w:val="28"/>
        </w:rPr>
        <w:bidi w:val="1"/>
        <w:pStyle w:val="Heading1"/>
        <w:keepNext w:val="1"/>
        <w:keepLines w:val="1"/>
        <w:pageBreakBefore w:val="1"/>
      </w:pPr>
      <w:r w:rsidRPr="001F0C09">
        <w:rPr>
          <w:rFonts w:ascii="Arial" w:hAnsi="Arial" w:cs="Arial" w:hint="cs"/>
          <w:b/>
          <w:bCs/>
          <w:color w:val="0F4761"/>
          <w:sz w:val="30"/>
          <w:szCs w:val="28"/>
          <w:rtl w:val="1"/>
        </w:rPr>
        <w:t>الباب الثاني : التوظيف</w:t>
      </w:r>
    </w:p>
    <w:p w14:paraId="513CDFE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w:t>
      </w:r>
      <w:r>
        <w:rPr>
          <w:rFonts w:ascii="Arial" w:hAnsi="Arial" w:cs="Arial"/>
          <w:b/>
          <w:color w:val="0F4761"/>
          <w:sz w:val="22"/>
          <w:rtl w:val="1"/>
        </w:rPr>
        <w:t>لمادة</w:t>
      </w:r>
      <w:r>
        <w:rPr>
          <w:rFonts w:ascii="Arial" w:hAnsi="Arial" w:cs="Arial"/>
          <w:b/>
          <w:color w:val="0F4761"/>
          <w:sz w:val="22"/>
          <w:rtl w:val="1"/>
        </w:rPr>
        <w:t xml:space="preserve"> (10): </w:t>
      </w:r>
      <w:r>
        <w:rPr>
          <w:rFonts w:ascii="Arial" w:hAnsi="Arial" w:cs="Arial"/>
          <w:b/>
          <w:color w:val="0F4761"/>
          <w:sz w:val="22"/>
          <w:rtl w:val="1"/>
        </w:rPr>
        <w:t>أهداف</w:t>
      </w:r>
      <w:r>
        <w:rPr>
          <w:rFonts w:ascii="Arial" w:hAnsi="Arial" w:cs="Arial"/>
          <w:b/>
          <w:color w:val="0F4761"/>
          <w:sz w:val="22"/>
          <w:rtl w:val="1"/>
        </w:rPr>
        <w:t xml:space="preserve"> </w:t>
      </w:r>
      <w:r>
        <w:rPr>
          <w:rFonts w:ascii="Arial" w:hAnsi="Arial" w:cs="Arial"/>
          <w:b/>
          <w:color w:val="0F4761"/>
          <w:sz w:val="22"/>
          <w:rtl w:val="1"/>
        </w:rPr>
        <w:t>التوظيف</w:t>
      </w:r>
    </w:p>
    <w:p w14:paraId="2767B109" w14:textId="77777777" w:rsidR="009E64B1" w:rsidRDefault="009E64B1" w:rsidP="001F0C09">
      <w:pPr>
        <w:spacing w:before="0" w:after="80" w:line="269" w:lineRule="auto"/>
        <w:jc w:val="both"/>
        <w:bidi w:val="1"/>
      </w:pPr>
      <w:r>
        <w:rPr>
          <w:rFonts w:ascii="Arial" w:hAnsi="Arial" w:cs="Arial"/>
          <w:sz w:val="21"/>
          <w:rtl w:val="1"/>
        </w:rPr>
        <w:t>تهدف</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خلال</w:t>
      </w:r>
      <w:r>
        <w:rPr>
          <w:rFonts w:ascii="Arial" w:hAnsi="Arial" w:cs="Arial"/>
          <w:sz w:val="21"/>
          <w:rtl w:val="1"/>
        </w:rPr>
        <w:t xml:space="preserve"> </w:t>
      </w:r>
      <w:r>
        <w:rPr>
          <w:rFonts w:ascii="Arial" w:hAnsi="Arial" w:cs="Arial"/>
          <w:sz w:val="21"/>
          <w:rtl w:val="1"/>
        </w:rPr>
        <w:t>إجراءات</w:t>
      </w:r>
      <w:r>
        <w:rPr>
          <w:rFonts w:ascii="Arial" w:hAnsi="Arial" w:cs="Arial"/>
          <w:sz w:val="21"/>
          <w:rtl w:val="1"/>
        </w:rPr>
        <w:t xml:space="preserve"> </w:t>
      </w:r>
      <w:r>
        <w:rPr>
          <w:rFonts w:ascii="Arial" w:hAnsi="Arial" w:cs="Arial"/>
          <w:sz w:val="21"/>
          <w:rtl w:val="1"/>
        </w:rPr>
        <w:t>التوظيف</w:t>
      </w:r>
      <w:r>
        <w:rPr>
          <w:rFonts w:ascii="Arial" w:hAnsi="Arial" w:cs="Arial"/>
          <w:sz w:val="21"/>
          <w:rtl w:val="1"/>
        </w:rPr>
        <w:t xml:space="preserve"> </w:t>
      </w:r>
      <w:r>
        <w:rPr>
          <w:rFonts w:ascii="Arial" w:hAnsi="Arial" w:cs="Arial"/>
          <w:sz w:val="21"/>
          <w:rtl w:val="1"/>
        </w:rPr>
        <w:t>إلى</w:t>
      </w:r>
      <w:r>
        <w:rPr>
          <w:rFonts w:ascii="Arial" w:hAnsi="Arial" w:cs="Arial"/>
          <w:sz w:val="21"/>
          <w:rtl w:val="1"/>
        </w:rPr>
        <w:t xml:space="preserve"> </w:t>
      </w:r>
      <w:r>
        <w:rPr>
          <w:rFonts w:ascii="Arial" w:hAnsi="Arial" w:cs="Arial"/>
          <w:sz w:val="21"/>
          <w:rtl w:val="1"/>
        </w:rPr>
        <w:t>استقطاب</w:t>
      </w:r>
      <w:r>
        <w:rPr>
          <w:rFonts w:ascii="Arial" w:hAnsi="Arial" w:cs="Arial"/>
          <w:sz w:val="21"/>
          <w:rtl w:val="1"/>
        </w:rPr>
        <w:t xml:space="preserve"> </w:t>
      </w:r>
      <w:r>
        <w:rPr>
          <w:rFonts w:ascii="Arial" w:hAnsi="Arial" w:cs="Arial"/>
          <w:sz w:val="21"/>
          <w:rtl w:val="1"/>
        </w:rPr>
        <w:t>الكفاءات</w:t>
      </w:r>
      <w:r>
        <w:rPr>
          <w:rFonts w:ascii="Arial" w:hAnsi="Arial" w:cs="Arial"/>
          <w:sz w:val="21"/>
          <w:rtl w:val="1"/>
        </w:rPr>
        <w:t xml:space="preserve"> </w:t>
      </w:r>
      <w:r>
        <w:rPr>
          <w:rFonts w:ascii="Arial" w:hAnsi="Arial" w:cs="Arial"/>
          <w:sz w:val="21"/>
          <w:rtl w:val="1"/>
        </w:rPr>
        <w:t>المناسبة</w:t>
      </w:r>
      <w:r>
        <w:rPr>
          <w:rFonts w:ascii="Arial" w:hAnsi="Arial" w:cs="Arial"/>
          <w:sz w:val="21"/>
          <w:rtl w:val="1"/>
        </w:rPr>
        <w:t xml:space="preserve"> </w:t>
      </w:r>
      <w:r>
        <w:rPr>
          <w:rFonts w:ascii="Arial" w:hAnsi="Arial" w:cs="Arial"/>
          <w:sz w:val="21"/>
          <w:rtl w:val="1"/>
        </w:rPr>
        <w:t>لشغل</w:t>
      </w:r>
      <w:r>
        <w:rPr>
          <w:rFonts w:ascii="Arial" w:hAnsi="Arial" w:cs="Arial"/>
          <w:sz w:val="21"/>
          <w:rtl w:val="1"/>
        </w:rPr>
        <w:t xml:space="preserve"> </w:t>
      </w:r>
      <w:r>
        <w:rPr>
          <w:rFonts w:ascii="Arial" w:hAnsi="Arial" w:cs="Arial"/>
          <w:sz w:val="21"/>
          <w:rtl w:val="1"/>
        </w:rPr>
        <w:t>الوظائف</w:t>
      </w:r>
      <w:r>
        <w:rPr>
          <w:rFonts w:ascii="Arial" w:hAnsi="Arial" w:cs="Arial"/>
          <w:sz w:val="21"/>
          <w:rtl w:val="1"/>
        </w:rPr>
        <w:t xml:space="preserve"> </w:t>
      </w:r>
      <w:r>
        <w:rPr>
          <w:rFonts w:ascii="Arial" w:hAnsi="Arial" w:cs="Arial"/>
          <w:sz w:val="21"/>
          <w:rtl w:val="1"/>
        </w:rPr>
        <w:t>الشاغرة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مبادئ</w:t>
      </w:r>
      <w:r>
        <w:rPr>
          <w:rFonts w:ascii="Arial" w:hAnsi="Arial" w:cs="Arial"/>
          <w:sz w:val="21"/>
          <w:rtl w:val="1"/>
        </w:rPr>
        <w:t xml:space="preserve"> </w:t>
      </w:r>
      <w:r>
        <w:rPr>
          <w:rFonts w:ascii="Arial" w:hAnsi="Arial" w:cs="Arial"/>
          <w:sz w:val="21"/>
          <w:rtl w:val="1"/>
        </w:rPr>
        <w:t>العدالة</w:t>
      </w:r>
      <w:r>
        <w:rPr>
          <w:rFonts w:ascii="Arial" w:hAnsi="Arial" w:cs="Arial"/>
          <w:sz w:val="21"/>
          <w:rtl w:val="1"/>
        </w:rPr>
        <w:t xml:space="preserve"> </w:t>
      </w:r>
      <w:r>
        <w:rPr>
          <w:rFonts w:ascii="Arial" w:hAnsi="Arial" w:cs="Arial"/>
          <w:sz w:val="21"/>
          <w:rtl w:val="1"/>
        </w:rPr>
        <w:t>والشفافية</w:t>
      </w:r>
      <w:r>
        <w:rPr>
          <w:rFonts w:ascii="Arial" w:hAnsi="Arial" w:cs="Arial"/>
          <w:sz w:val="21"/>
          <w:rtl w:val="1"/>
        </w:rPr>
        <w:t xml:space="preserve"> </w:t>
      </w:r>
      <w:r>
        <w:rPr>
          <w:rFonts w:ascii="Arial" w:hAnsi="Arial" w:cs="Arial"/>
          <w:sz w:val="21"/>
          <w:rtl w:val="1"/>
        </w:rPr>
        <w:t>وتكافؤ</w:t>
      </w:r>
      <w:r>
        <w:rPr>
          <w:rFonts w:ascii="Arial" w:hAnsi="Arial" w:cs="Arial"/>
          <w:sz w:val="21"/>
          <w:rtl w:val="1"/>
        </w:rPr>
        <w:t xml:space="preserve"> </w:t>
      </w:r>
      <w:r>
        <w:rPr>
          <w:rFonts w:ascii="Arial" w:hAnsi="Arial" w:cs="Arial"/>
          <w:sz w:val="21"/>
          <w:rtl w:val="1"/>
        </w:rPr>
        <w:t>الفرص</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يحقق</w:t>
      </w:r>
      <w:r>
        <w:rPr>
          <w:rFonts w:ascii="Arial" w:hAnsi="Arial" w:cs="Arial"/>
          <w:sz w:val="21"/>
          <w:rtl w:val="1"/>
        </w:rPr>
        <w:t xml:space="preserve"> </w:t>
      </w:r>
      <w:r>
        <w:rPr>
          <w:rFonts w:ascii="Arial" w:hAnsi="Arial" w:cs="Arial"/>
          <w:sz w:val="21"/>
          <w:rtl w:val="1"/>
        </w:rPr>
        <w:t>أهداف</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4FFF7E9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(11): </w:t>
      </w:r>
      <w:r>
        <w:rPr>
          <w:rFonts w:ascii="Arial" w:hAnsi="Arial" w:cs="Arial"/>
          <w:b/>
          <w:color w:val="0F4761"/>
          <w:sz w:val="22"/>
          <w:rtl w:val="1"/>
        </w:rPr>
        <w:t>الاحتياج</w:t>
      </w:r>
      <w:r>
        <w:rPr>
          <w:rFonts w:ascii="Arial" w:hAnsi="Arial" w:cs="Arial"/>
          <w:b/>
          <w:color w:val="0F4761"/>
          <w:sz w:val="22"/>
          <w:rtl w:val="1"/>
        </w:rPr>
        <w:t xml:space="preserve"> </w:t>
      </w:r>
      <w:r>
        <w:rPr>
          <w:rFonts w:ascii="Arial" w:hAnsi="Arial" w:cs="Arial"/>
          <w:b/>
          <w:color w:val="0F4761"/>
          <w:sz w:val="22"/>
          <w:rtl w:val="1"/>
        </w:rPr>
        <w:t>الوظيفي</w:t>
      </w:r>
    </w:p>
    <w:p w14:paraId="17A9066F" w14:textId="77777777" w:rsidR="009E64B1" w:rsidRDefault="009E64B1" w:rsidP="001F0C09">
      <w:pPr>
        <w:spacing w:before="0" w:after="80" w:line="269" w:lineRule="auto"/>
        <w:jc w:val="both"/>
        <w:bidi w:val="1"/>
      </w:pPr>
      <w:r>
        <w:rPr>
          <w:rFonts w:ascii="Arial" w:hAnsi="Arial" w:cs="Arial"/>
          <w:sz w:val="21"/>
          <w:rtl w:val="1"/>
        </w:rPr>
        <w:t>يكون</w:t>
      </w:r>
      <w:r>
        <w:rPr>
          <w:rFonts w:ascii="Arial" w:hAnsi="Arial" w:cs="Arial"/>
          <w:sz w:val="21"/>
          <w:rtl w:val="1"/>
        </w:rPr>
        <w:t xml:space="preserve"> </w:t>
      </w:r>
      <w:r>
        <w:rPr>
          <w:rFonts w:ascii="Arial" w:hAnsi="Arial" w:cs="Arial"/>
          <w:sz w:val="21"/>
          <w:rtl w:val="1"/>
        </w:rPr>
        <w:t>التوظيف</w:t>
      </w:r>
      <w:r>
        <w:rPr>
          <w:rFonts w:ascii="Arial" w:hAnsi="Arial" w:cs="Arial"/>
          <w:sz w:val="21"/>
          <w:rtl w:val="1"/>
        </w:rPr>
        <w:t xml:space="preserve"> </w:t>
      </w:r>
      <w:r>
        <w:rPr>
          <w:rFonts w:ascii="Arial" w:hAnsi="Arial" w:cs="Arial"/>
          <w:sz w:val="21"/>
          <w:rtl w:val="1"/>
        </w:rPr>
        <w:t>بناءً</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احتياج</w:t>
      </w:r>
      <w:r>
        <w:rPr>
          <w:rFonts w:ascii="Arial" w:hAnsi="Arial" w:cs="Arial"/>
          <w:sz w:val="21"/>
          <w:rtl w:val="1"/>
        </w:rPr>
        <w:t xml:space="preserve"> </w:t>
      </w:r>
      <w:r>
        <w:rPr>
          <w:rFonts w:ascii="Arial" w:hAnsi="Arial" w:cs="Arial"/>
          <w:sz w:val="21"/>
          <w:rtl w:val="1"/>
        </w:rPr>
        <w:t>وظيفي</w:t>
      </w:r>
      <w:r>
        <w:rPr>
          <w:rFonts w:ascii="Arial" w:hAnsi="Arial" w:cs="Arial"/>
          <w:sz w:val="21"/>
          <w:rtl w:val="1"/>
        </w:rPr>
        <w:t xml:space="preserve"> </w:t>
      </w:r>
      <w:r>
        <w:rPr>
          <w:rFonts w:ascii="Arial" w:hAnsi="Arial" w:cs="Arial"/>
          <w:sz w:val="21"/>
          <w:rtl w:val="1"/>
        </w:rPr>
        <w:t>معتمد</w:t>
      </w:r>
      <w:r>
        <w:rPr>
          <w:rFonts w:ascii="Arial" w:hAnsi="Arial" w:cs="Arial"/>
          <w:sz w:val="21"/>
          <w:rtl w:val="1"/>
        </w:rPr>
        <w:t xml:space="preserve"> </w:t>
      </w:r>
      <w:r>
        <w:rPr>
          <w:rFonts w:ascii="Arial" w:hAnsi="Arial" w:cs="Arial"/>
          <w:sz w:val="21"/>
          <w:rtl w:val="1"/>
        </w:rPr>
        <w:t>يحدد</w:t>
      </w:r>
      <w:r>
        <w:rPr>
          <w:rFonts w:ascii="Arial" w:hAnsi="Arial" w:cs="Arial"/>
          <w:sz w:val="21"/>
          <w:rtl w:val="1"/>
        </w:rPr>
        <w:t xml:space="preserve"> </w:t>
      </w:r>
      <w:r>
        <w:rPr>
          <w:rFonts w:ascii="Arial" w:hAnsi="Arial" w:cs="Arial"/>
          <w:sz w:val="21"/>
          <w:rtl w:val="1"/>
        </w:rPr>
        <w:t>المسمى</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والمهام</w:t>
      </w:r>
      <w:r>
        <w:rPr>
          <w:rFonts w:ascii="Arial" w:hAnsi="Arial" w:cs="Arial"/>
          <w:sz w:val="21"/>
          <w:rtl w:val="1"/>
        </w:rPr>
        <w:t xml:space="preserve"> </w:t>
      </w:r>
      <w:r>
        <w:rPr>
          <w:rFonts w:ascii="Arial" w:hAnsi="Arial" w:cs="Arial"/>
          <w:sz w:val="21"/>
          <w:rtl w:val="1"/>
        </w:rPr>
        <w:t>والمؤهلات</w:t>
      </w:r>
      <w:r>
        <w:rPr>
          <w:rFonts w:ascii="Arial" w:hAnsi="Arial" w:cs="Arial"/>
          <w:sz w:val="21"/>
          <w:rtl w:val="1"/>
        </w:rPr>
        <w:t xml:space="preserve"> </w:t>
      </w:r>
      <w:r>
        <w:rPr>
          <w:rFonts w:ascii="Arial" w:hAnsi="Arial" w:cs="Arial"/>
          <w:sz w:val="21"/>
          <w:rtl w:val="1"/>
        </w:rPr>
        <w:t>والخبرات</w:t>
      </w:r>
      <w:r>
        <w:rPr>
          <w:rFonts w:ascii="Arial" w:hAnsi="Arial" w:cs="Arial"/>
          <w:sz w:val="21"/>
          <w:rtl w:val="1"/>
        </w:rPr>
        <w:t xml:space="preserve"> </w:t>
      </w:r>
      <w:r>
        <w:rPr>
          <w:rFonts w:ascii="Arial" w:hAnsi="Arial" w:cs="Arial"/>
          <w:sz w:val="21"/>
          <w:rtl w:val="1"/>
        </w:rPr>
        <w:t>المطلوبة</w:t>
      </w:r>
      <w:r>
        <w:rPr>
          <w:rFonts w:ascii="Arial" w:hAnsi="Arial" w:cs="Arial"/>
          <w:sz w:val="21"/>
          <w:rtl w:val="1"/>
        </w:rPr>
        <w:t>.</w:t>
      </w:r>
    </w:p>
    <w:p w14:paraId="4A68890B"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(12): </w:t>
      </w:r>
      <w:r>
        <w:rPr>
          <w:rFonts w:ascii="Arial" w:hAnsi="Arial" w:cs="Arial"/>
          <w:b/>
          <w:color w:val="0F4761"/>
          <w:sz w:val="22"/>
          <w:rtl w:val="1"/>
        </w:rPr>
        <w:t>الإعلان</w:t>
      </w:r>
      <w:r>
        <w:rPr>
          <w:rFonts w:ascii="Arial" w:hAnsi="Arial" w:cs="Arial"/>
          <w:b/>
          <w:color w:val="0F4761"/>
          <w:sz w:val="22"/>
          <w:rtl w:val="1"/>
        </w:rPr>
        <w:t xml:space="preserve"> </w:t>
      </w:r>
      <w:r>
        <w:rPr>
          <w:rFonts w:ascii="Arial" w:hAnsi="Arial" w:cs="Arial"/>
          <w:b/>
          <w:color w:val="0F4761"/>
          <w:sz w:val="22"/>
          <w:rtl w:val="1"/>
        </w:rPr>
        <w:t>عن</w:t>
      </w:r>
      <w:r>
        <w:rPr>
          <w:rFonts w:ascii="Arial" w:hAnsi="Arial" w:cs="Arial"/>
          <w:b/>
          <w:color w:val="0F4761"/>
          <w:sz w:val="22"/>
          <w:rtl w:val="1"/>
        </w:rPr>
        <w:t xml:space="preserve"> </w:t>
      </w:r>
      <w:r>
        <w:rPr>
          <w:rFonts w:ascii="Arial" w:hAnsi="Arial" w:cs="Arial"/>
          <w:b/>
          <w:color w:val="0F4761"/>
          <w:sz w:val="22"/>
          <w:rtl w:val="1"/>
        </w:rPr>
        <w:t>الوظائف</w:t>
      </w:r>
    </w:p>
    <w:p w14:paraId="275E5818"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 xml:space="preserve"> </w:t>
      </w:r>
      <w:r>
        <w:rPr>
          <w:rFonts w:ascii="Arial" w:hAnsi="Arial" w:cs="Arial"/>
          <w:sz w:val="21"/>
          <w:rtl w:val="1"/>
        </w:rPr>
        <w:t>الإعلان</w:t>
      </w:r>
      <w:r>
        <w:rPr>
          <w:rFonts w:ascii="Arial" w:hAnsi="Arial" w:cs="Arial"/>
          <w:sz w:val="21"/>
          <w:rtl w:val="1"/>
        </w:rPr>
        <w:t xml:space="preserve"> </w:t>
      </w:r>
      <w:r>
        <w:rPr>
          <w:rFonts w:ascii="Arial" w:hAnsi="Arial" w:cs="Arial"/>
          <w:sz w:val="21"/>
          <w:rtl w:val="1"/>
        </w:rPr>
        <w:t>عن</w:t>
      </w:r>
      <w:r>
        <w:rPr>
          <w:rFonts w:ascii="Arial" w:hAnsi="Arial" w:cs="Arial"/>
          <w:sz w:val="21"/>
          <w:rtl w:val="1"/>
        </w:rPr>
        <w:t xml:space="preserve"> </w:t>
      </w:r>
      <w:r>
        <w:rPr>
          <w:rFonts w:ascii="Arial" w:hAnsi="Arial" w:cs="Arial"/>
          <w:sz w:val="21"/>
          <w:rtl w:val="1"/>
        </w:rPr>
        <w:t>الوظائف</w:t>
      </w:r>
      <w:r>
        <w:rPr>
          <w:rFonts w:ascii="Arial" w:hAnsi="Arial" w:cs="Arial"/>
          <w:sz w:val="21"/>
          <w:rtl w:val="1"/>
        </w:rPr>
        <w:t xml:space="preserve"> </w:t>
      </w:r>
      <w:r>
        <w:rPr>
          <w:rFonts w:ascii="Arial" w:hAnsi="Arial" w:cs="Arial"/>
          <w:sz w:val="21"/>
          <w:rtl w:val="1"/>
        </w:rPr>
        <w:t>الشاغرة</w:t>
      </w:r>
      <w:r>
        <w:rPr>
          <w:rFonts w:ascii="Arial" w:hAnsi="Arial" w:cs="Arial"/>
          <w:sz w:val="21"/>
          <w:rtl w:val="1"/>
        </w:rPr>
        <w:t xml:space="preserve"> </w:t>
      </w:r>
      <w:r>
        <w:rPr>
          <w:rFonts w:ascii="Arial" w:hAnsi="Arial" w:cs="Arial"/>
          <w:sz w:val="21"/>
          <w:rtl w:val="1"/>
        </w:rPr>
        <w:t>بالوسائل</w:t>
      </w:r>
      <w:r>
        <w:rPr>
          <w:rFonts w:ascii="Arial" w:hAnsi="Arial" w:cs="Arial"/>
          <w:sz w:val="21"/>
          <w:rtl w:val="1"/>
        </w:rPr>
        <w:t xml:space="preserve"> </w:t>
      </w:r>
      <w:r>
        <w:rPr>
          <w:rFonts w:ascii="Arial" w:hAnsi="Arial" w:cs="Arial"/>
          <w:sz w:val="21"/>
          <w:rtl w:val="1"/>
        </w:rPr>
        <w:t>المناسبة</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بيان</w:t>
      </w:r>
      <w:r>
        <w:rPr>
          <w:rFonts w:ascii="Arial" w:hAnsi="Arial" w:cs="Arial"/>
          <w:sz w:val="21"/>
          <w:rtl w:val="1"/>
        </w:rPr>
        <w:t xml:space="preserve"> </w:t>
      </w:r>
      <w:r>
        <w:rPr>
          <w:rFonts w:ascii="Arial" w:hAnsi="Arial" w:cs="Arial"/>
          <w:sz w:val="21"/>
          <w:rtl w:val="1"/>
        </w:rPr>
        <w:t>الشروط</w:t>
      </w:r>
      <w:r>
        <w:rPr>
          <w:rFonts w:ascii="Arial" w:hAnsi="Arial" w:cs="Arial"/>
          <w:sz w:val="21"/>
          <w:rtl w:val="1"/>
        </w:rPr>
        <w:t xml:space="preserve"> </w:t>
      </w:r>
      <w:r>
        <w:rPr>
          <w:rFonts w:ascii="Arial" w:hAnsi="Arial" w:cs="Arial"/>
          <w:sz w:val="21"/>
          <w:rtl w:val="1"/>
        </w:rPr>
        <w:t>المطلوبة</w:t>
      </w:r>
      <w:r>
        <w:rPr>
          <w:rFonts w:ascii="Arial" w:hAnsi="Arial" w:cs="Arial"/>
          <w:sz w:val="21"/>
          <w:rtl w:val="1"/>
        </w:rPr>
        <w:t>.</w:t>
      </w:r>
    </w:p>
    <w:p w14:paraId="6966562D"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(13): </w:t>
      </w:r>
      <w:r>
        <w:rPr>
          <w:rFonts w:ascii="Arial" w:hAnsi="Arial" w:cs="Arial"/>
          <w:b/>
          <w:color w:val="0F4761"/>
          <w:sz w:val="22"/>
          <w:rtl w:val="1"/>
        </w:rPr>
        <w:t>شروط</w:t>
      </w:r>
      <w:r>
        <w:rPr>
          <w:rFonts w:ascii="Arial" w:hAnsi="Arial" w:cs="Arial"/>
          <w:b/>
          <w:color w:val="0F4761"/>
          <w:sz w:val="22"/>
          <w:rtl w:val="1"/>
        </w:rPr>
        <w:t xml:space="preserve"> </w:t>
      </w:r>
      <w:r>
        <w:rPr>
          <w:rFonts w:ascii="Arial" w:hAnsi="Arial" w:cs="Arial"/>
          <w:b/>
          <w:color w:val="0F4761"/>
          <w:sz w:val="22"/>
          <w:rtl w:val="1"/>
        </w:rPr>
        <w:t>التعيين</w:t>
      </w:r>
    </w:p>
    <w:p w14:paraId="1604E4CD" w14:textId="77777777" w:rsidR="009E64B1" w:rsidRDefault="009E64B1" w:rsidP="001F0C09">
      <w:pPr>
        <w:spacing w:before="0" w:after="80" w:line="269" w:lineRule="auto"/>
        <w:jc w:val="both"/>
        <w:bidi w:val="1"/>
      </w:pPr>
      <w:r>
        <w:rPr>
          <w:rFonts w:ascii="Arial" w:hAnsi="Arial" w:cs="Arial"/>
          <w:sz w:val="21"/>
          <w:rtl w:val="1"/>
        </w:rPr>
        <w:t>يشترط</w:t>
      </w:r>
      <w:r>
        <w:rPr>
          <w:rFonts w:ascii="Arial" w:hAnsi="Arial" w:cs="Arial"/>
          <w:sz w:val="21"/>
          <w:rtl w:val="1"/>
        </w:rPr>
        <w:t xml:space="preserve"> </w:t>
      </w:r>
      <w:r>
        <w:rPr>
          <w:rFonts w:ascii="Arial" w:hAnsi="Arial" w:cs="Arial"/>
          <w:sz w:val="21"/>
          <w:rtl w:val="1"/>
        </w:rPr>
        <w:t>استيفاء</w:t>
      </w:r>
      <w:r>
        <w:rPr>
          <w:rFonts w:ascii="Arial" w:hAnsi="Arial" w:cs="Arial"/>
          <w:sz w:val="21"/>
          <w:rtl w:val="1"/>
        </w:rPr>
        <w:t xml:space="preserve"> </w:t>
      </w:r>
      <w:r>
        <w:rPr>
          <w:rFonts w:ascii="Arial" w:hAnsi="Arial" w:cs="Arial"/>
          <w:sz w:val="21"/>
          <w:rtl w:val="1"/>
        </w:rPr>
        <w:t>متطلبات</w:t>
      </w:r>
      <w:r>
        <w:rPr>
          <w:rFonts w:ascii="Arial" w:hAnsi="Arial" w:cs="Arial"/>
          <w:sz w:val="21"/>
          <w:rtl w:val="1"/>
        </w:rPr>
        <w:t xml:space="preserve"> </w:t>
      </w:r>
      <w:r>
        <w:rPr>
          <w:rFonts w:ascii="Arial" w:hAnsi="Arial" w:cs="Arial"/>
          <w:sz w:val="21"/>
          <w:rtl w:val="1"/>
        </w:rPr>
        <w:t>الوظيفة</w:t>
      </w:r>
      <w:r>
        <w:rPr>
          <w:rFonts w:ascii="Arial" w:hAnsi="Arial" w:cs="Arial"/>
          <w:sz w:val="21"/>
          <w:rtl w:val="1"/>
        </w:rPr>
        <w:t xml:space="preserve"> </w:t>
      </w:r>
      <w:r>
        <w:rPr>
          <w:rFonts w:ascii="Arial" w:hAnsi="Arial" w:cs="Arial"/>
          <w:sz w:val="21"/>
          <w:rtl w:val="1"/>
        </w:rPr>
        <w:t>والمؤهلات</w:t>
      </w:r>
      <w:r>
        <w:rPr>
          <w:rFonts w:ascii="Arial" w:hAnsi="Arial" w:cs="Arial"/>
          <w:sz w:val="21"/>
          <w:rtl w:val="1"/>
        </w:rPr>
        <w:t xml:space="preserve"> </w:t>
      </w:r>
      <w:r>
        <w:rPr>
          <w:rFonts w:ascii="Arial" w:hAnsi="Arial" w:cs="Arial"/>
          <w:sz w:val="21"/>
          <w:rtl w:val="1"/>
        </w:rPr>
        <w:t>والخبرات</w:t>
      </w:r>
      <w:r>
        <w:rPr>
          <w:rFonts w:ascii="Arial" w:hAnsi="Arial" w:cs="Arial"/>
          <w:sz w:val="21"/>
          <w:rtl w:val="1"/>
        </w:rPr>
        <w:t xml:space="preserve"> </w:t>
      </w:r>
      <w:r>
        <w:rPr>
          <w:rFonts w:ascii="Arial" w:hAnsi="Arial" w:cs="Arial"/>
          <w:sz w:val="21"/>
          <w:rtl w:val="1"/>
        </w:rPr>
        <w:t>واللياقة</w:t>
      </w:r>
      <w:r>
        <w:rPr>
          <w:rFonts w:ascii="Arial" w:hAnsi="Arial" w:cs="Arial"/>
          <w:sz w:val="21"/>
          <w:rtl w:val="1"/>
        </w:rPr>
        <w:t xml:space="preserve"> </w:t>
      </w:r>
      <w:r>
        <w:rPr>
          <w:rFonts w:ascii="Arial" w:hAnsi="Arial" w:cs="Arial"/>
          <w:sz w:val="21"/>
          <w:rtl w:val="1"/>
        </w:rPr>
        <w:t>النظامية</w:t>
      </w:r>
      <w:r>
        <w:rPr>
          <w:rFonts w:ascii="Arial" w:hAnsi="Arial" w:cs="Arial"/>
          <w:sz w:val="21"/>
          <w:rtl w:val="1"/>
        </w:rPr>
        <w:t xml:space="preserve"> </w:t>
      </w:r>
      <w:r>
        <w:rPr>
          <w:rFonts w:ascii="Arial" w:hAnsi="Arial" w:cs="Arial"/>
          <w:sz w:val="21"/>
          <w:rtl w:val="1"/>
        </w:rPr>
        <w:t>واستكمال</w:t>
      </w:r>
      <w:r>
        <w:rPr>
          <w:rFonts w:ascii="Arial" w:hAnsi="Arial" w:cs="Arial"/>
          <w:sz w:val="21"/>
          <w:rtl w:val="1"/>
        </w:rPr>
        <w:t xml:space="preserve"> </w:t>
      </w:r>
      <w:r>
        <w:rPr>
          <w:rFonts w:ascii="Arial" w:hAnsi="Arial" w:cs="Arial"/>
          <w:sz w:val="21"/>
          <w:rtl w:val="1"/>
        </w:rPr>
        <w:t>المستندات</w:t>
      </w:r>
      <w:r>
        <w:rPr>
          <w:rFonts w:ascii="Arial" w:hAnsi="Arial" w:cs="Arial"/>
          <w:sz w:val="21"/>
          <w:rtl w:val="1"/>
        </w:rPr>
        <w:t>.</w:t>
      </w:r>
    </w:p>
    <w:p w14:paraId="54CA47E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(14): </w:t>
      </w:r>
      <w:r>
        <w:rPr>
          <w:rFonts w:ascii="Arial" w:hAnsi="Arial" w:cs="Arial"/>
          <w:b/>
          <w:color w:val="0F4761"/>
          <w:sz w:val="22"/>
          <w:rtl w:val="1"/>
        </w:rPr>
        <w:t>المفاضلة</w:t>
      </w:r>
      <w:r>
        <w:rPr>
          <w:rFonts w:ascii="Arial" w:hAnsi="Arial" w:cs="Arial"/>
          <w:b/>
          <w:color w:val="0F4761"/>
          <w:sz w:val="22"/>
          <w:rtl w:val="1"/>
        </w:rPr>
        <w:t xml:space="preserve"> </w:t>
      </w:r>
      <w:r>
        <w:rPr>
          <w:rFonts w:ascii="Arial" w:hAnsi="Arial" w:cs="Arial"/>
          <w:b/>
          <w:color w:val="0F4761"/>
          <w:sz w:val="22"/>
          <w:rtl w:val="1"/>
        </w:rPr>
        <w:t>بين</w:t>
      </w:r>
      <w:r>
        <w:rPr>
          <w:rFonts w:ascii="Arial" w:hAnsi="Arial" w:cs="Arial"/>
          <w:b/>
          <w:color w:val="0F4761"/>
          <w:sz w:val="22"/>
          <w:rtl w:val="1"/>
        </w:rPr>
        <w:t xml:space="preserve"> </w:t>
      </w:r>
      <w:r>
        <w:rPr>
          <w:rFonts w:ascii="Arial" w:hAnsi="Arial" w:cs="Arial"/>
          <w:b/>
          <w:color w:val="0F4761"/>
          <w:sz w:val="22"/>
          <w:rtl w:val="1"/>
        </w:rPr>
        <w:t>المتقدمين</w:t>
      </w:r>
    </w:p>
    <w:p w14:paraId="6F34D13D" w14:textId="77777777" w:rsidR="009E64B1" w:rsidRDefault="009E64B1" w:rsidP="001F0C09">
      <w:pPr>
        <w:spacing w:before="0" w:after="80" w:line="269" w:lineRule="auto"/>
        <w:jc w:val="both"/>
        <w:bidi w:val="1"/>
      </w:pPr>
      <w:r>
        <w:rPr>
          <w:rFonts w:ascii="Arial" w:hAnsi="Arial" w:cs="Arial"/>
          <w:sz w:val="21"/>
          <w:rtl w:val="1"/>
        </w:rPr>
        <w:t>تتم</w:t>
      </w:r>
      <w:r>
        <w:rPr>
          <w:rFonts w:ascii="Arial" w:hAnsi="Arial" w:cs="Arial"/>
          <w:sz w:val="21"/>
          <w:rtl w:val="1"/>
        </w:rPr>
        <w:t xml:space="preserve"> </w:t>
      </w:r>
      <w:r>
        <w:rPr>
          <w:rFonts w:ascii="Arial" w:hAnsi="Arial" w:cs="Arial"/>
          <w:sz w:val="21"/>
          <w:rtl w:val="1"/>
        </w:rPr>
        <w:t>المفاضلة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المؤهلات</w:t>
      </w:r>
      <w:r>
        <w:rPr>
          <w:rFonts w:ascii="Arial" w:hAnsi="Arial" w:cs="Arial"/>
          <w:sz w:val="21"/>
          <w:rtl w:val="1"/>
        </w:rPr>
        <w:t xml:space="preserve"> </w:t>
      </w:r>
      <w:r>
        <w:rPr>
          <w:rFonts w:ascii="Arial" w:hAnsi="Arial" w:cs="Arial"/>
          <w:sz w:val="21"/>
          <w:rtl w:val="1"/>
        </w:rPr>
        <w:t>والخبرة</w:t>
      </w:r>
      <w:r>
        <w:rPr>
          <w:rFonts w:ascii="Arial" w:hAnsi="Arial" w:cs="Arial"/>
          <w:sz w:val="21"/>
          <w:rtl w:val="1"/>
        </w:rPr>
        <w:t xml:space="preserve"> </w:t>
      </w:r>
      <w:r>
        <w:rPr>
          <w:rFonts w:ascii="Arial" w:hAnsi="Arial" w:cs="Arial"/>
          <w:sz w:val="21"/>
          <w:rtl w:val="1"/>
        </w:rPr>
        <w:t>والكفاءة</w:t>
      </w:r>
      <w:r>
        <w:rPr>
          <w:rFonts w:ascii="Arial" w:hAnsi="Arial" w:cs="Arial"/>
          <w:sz w:val="21"/>
          <w:rtl w:val="1"/>
        </w:rPr>
        <w:t xml:space="preserve"> </w:t>
      </w:r>
      <w:r>
        <w:rPr>
          <w:rFonts w:ascii="Arial" w:hAnsi="Arial" w:cs="Arial"/>
          <w:sz w:val="21"/>
          <w:rtl w:val="1"/>
        </w:rPr>
        <w:t>ونتائج</w:t>
      </w:r>
      <w:r>
        <w:rPr>
          <w:rFonts w:ascii="Arial" w:hAnsi="Arial" w:cs="Arial"/>
          <w:sz w:val="21"/>
          <w:rtl w:val="1"/>
        </w:rPr>
        <w:t xml:space="preserve"> </w:t>
      </w:r>
      <w:r>
        <w:rPr>
          <w:rFonts w:ascii="Arial" w:hAnsi="Arial" w:cs="Arial"/>
          <w:sz w:val="21"/>
          <w:rtl w:val="1"/>
        </w:rPr>
        <w:t>المقابلات</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الاختبارات</w:t>
      </w:r>
      <w:r>
        <w:rPr>
          <w:rFonts w:ascii="Arial" w:hAnsi="Arial" w:cs="Arial"/>
          <w:sz w:val="21"/>
          <w:rtl w:val="1"/>
        </w:rPr>
        <w:t xml:space="preserve"> </w:t>
      </w:r>
      <w:r>
        <w:rPr>
          <w:rFonts w:ascii="Arial" w:hAnsi="Arial" w:cs="Arial"/>
          <w:sz w:val="21"/>
          <w:rtl w:val="1"/>
        </w:rPr>
        <w:t>دون</w:t>
      </w:r>
      <w:r>
        <w:rPr>
          <w:rFonts w:ascii="Arial" w:hAnsi="Arial" w:cs="Arial"/>
          <w:sz w:val="21"/>
          <w:rtl w:val="1"/>
        </w:rPr>
        <w:t xml:space="preserve"> </w:t>
      </w:r>
      <w:r>
        <w:rPr>
          <w:rFonts w:ascii="Arial" w:hAnsi="Arial" w:cs="Arial"/>
          <w:sz w:val="21"/>
          <w:rtl w:val="1"/>
        </w:rPr>
        <w:t>تمييز</w:t>
      </w:r>
      <w:r>
        <w:rPr>
          <w:rFonts w:ascii="Arial" w:hAnsi="Arial" w:cs="Arial"/>
          <w:sz w:val="21"/>
          <w:rtl w:val="1"/>
        </w:rPr>
        <w:t>.</w:t>
      </w:r>
    </w:p>
    <w:p w14:paraId="584C0213"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(15): </w:t>
      </w:r>
      <w:r>
        <w:rPr>
          <w:rFonts w:ascii="Arial" w:hAnsi="Arial" w:cs="Arial"/>
          <w:b/>
          <w:color w:val="0F4761"/>
          <w:sz w:val="22"/>
          <w:rtl w:val="1"/>
        </w:rPr>
        <w:t>المقابلات</w:t>
      </w:r>
      <w:r>
        <w:rPr>
          <w:rFonts w:ascii="Arial" w:hAnsi="Arial" w:cs="Arial"/>
          <w:b/>
          <w:color w:val="0F4761"/>
          <w:sz w:val="22"/>
          <w:rtl w:val="1"/>
        </w:rPr>
        <w:t xml:space="preserve"> </w:t>
      </w:r>
      <w:r>
        <w:rPr>
          <w:rFonts w:ascii="Arial" w:hAnsi="Arial" w:cs="Arial"/>
          <w:b/>
          <w:color w:val="0F4761"/>
          <w:sz w:val="22"/>
          <w:rtl w:val="1"/>
        </w:rPr>
        <w:t>الشخصية</w:t>
      </w:r>
    </w:p>
    <w:p w14:paraId="76F888E9"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تشكيل</w:t>
      </w:r>
      <w:r>
        <w:rPr>
          <w:rFonts w:ascii="Arial" w:hAnsi="Arial" w:cs="Arial"/>
          <w:sz w:val="21"/>
          <w:rtl w:val="1"/>
        </w:rPr>
        <w:t xml:space="preserve"> </w:t>
      </w:r>
      <w:r>
        <w:rPr>
          <w:rFonts w:ascii="Arial" w:hAnsi="Arial" w:cs="Arial"/>
          <w:sz w:val="21"/>
          <w:rtl w:val="1"/>
        </w:rPr>
        <w:t>لجنة</w:t>
      </w:r>
      <w:r>
        <w:rPr>
          <w:rFonts w:ascii="Arial" w:hAnsi="Arial" w:cs="Arial"/>
          <w:sz w:val="21"/>
          <w:rtl w:val="1"/>
        </w:rPr>
        <w:t xml:space="preserve"> </w:t>
      </w:r>
      <w:r>
        <w:rPr>
          <w:rFonts w:ascii="Arial" w:hAnsi="Arial" w:cs="Arial"/>
          <w:sz w:val="21"/>
          <w:rtl w:val="1"/>
        </w:rPr>
        <w:t>لإجراء</w:t>
      </w:r>
      <w:r>
        <w:rPr>
          <w:rFonts w:ascii="Arial" w:hAnsi="Arial" w:cs="Arial"/>
          <w:sz w:val="21"/>
          <w:rtl w:val="1"/>
        </w:rPr>
        <w:t xml:space="preserve"> </w:t>
      </w:r>
      <w:r>
        <w:rPr>
          <w:rFonts w:ascii="Arial" w:hAnsi="Arial" w:cs="Arial"/>
          <w:sz w:val="21"/>
          <w:rtl w:val="1"/>
        </w:rPr>
        <w:t>المقابلات</w:t>
      </w:r>
      <w:r>
        <w:rPr>
          <w:rFonts w:ascii="Arial" w:hAnsi="Arial" w:cs="Arial"/>
          <w:sz w:val="21"/>
          <w:rtl w:val="1"/>
        </w:rPr>
        <w:t xml:space="preserve"> </w:t>
      </w:r>
      <w:r>
        <w:rPr>
          <w:rFonts w:ascii="Arial" w:hAnsi="Arial" w:cs="Arial"/>
          <w:sz w:val="21"/>
          <w:rtl w:val="1"/>
        </w:rPr>
        <w:t>والاختبارات</w:t>
      </w:r>
      <w:r>
        <w:rPr>
          <w:rFonts w:ascii="Arial" w:hAnsi="Arial" w:cs="Arial"/>
          <w:sz w:val="21"/>
          <w:rtl w:val="1"/>
        </w:rPr>
        <w:t xml:space="preserve"> </w:t>
      </w:r>
      <w:r>
        <w:rPr>
          <w:rFonts w:ascii="Arial" w:hAnsi="Arial" w:cs="Arial"/>
          <w:sz w:val="21"/>
          <w:rtl w:val="1"/>
        </w:rPr>
        <w:t>المهنية</w:t>
      </w:r>
      <w:r>
        <w:rPr>
          <w:rFonts w:ascii="Arial" w:hAnsi="Arial" w:cs="Arial"/>
          <w:sz w:val="21"/>
          <w:rtl w:val="1"/>
        </w:rPr>
        <w:t>.</w:t>
      </w:r>
    </w:p>
    <w:p w14:paraId="37A9561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(16): </w:t>
      </w:r>
      <w:r>
        <w:rPr>
          <w:rFonts w:ascii="Arial" w:hAnsi="Arial" w:cs="Arial"/>
          <w:b/>
          <w:color w:val="0F4761"/>
          <w:sz w:val="22"/>
          <w:rtl w:val="1"/>
        </w:rPr>
        <w:t>الوثائق</w:t>
      </w:r>
      <w:r>
        <w:rPr>
          <w:rFonts w:ascii="Arial" w:hAnsi="Arial" w:cs="Arial"/>
          <w:b/>
          <w:color w:val="0F4761"/>
          <w:sz w:val="22"/>
          <w:rtl w:val="1"/>
        </w:rPr>
        <w:t xml:space="preserve"> </w:t>
      </w:r>
      <w:r>
        <w:rPr>
          <w:rFonts w:ascii="Arial" w:hAnsi="Arial" w:cs="Arial"/>
          <w:b/>
          <w:color w:val="0F4761"/>
          <w:sz w:val="22"/>
          <w:rtl w:val="1"/>
        </w:rPr>
        <w:t>المطلوبة</w:t>
      </w:r>
    </w:p>
    <w:p w14:paraId="7657BAF1"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المرشح</w:t>
      </w:r>
      <w:r>
        <w:rPr>
          <w:rFonts w:ascii="Arial" w:hAnsi="Arial" w:cs="Arial"/>
          <w:sz w:val="21"/>
          <w:rtl w:val="1"/>
        </w:rPr>
        <w:t xml:space="preserve"> </w:t>
      </w:r>
      <w:r>
        <w:rPr>
          <w:rFonts w:ascii="Arial" w:hAnsi="Arial" w:cs="Arial"/>
          <w:sz w:val="21"/>
          <w:rtl w:val="1"/>
        </w:rPr>
        <w:t>بتقديم</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الوثائق</w:t>
      </w:r>
      <w:r>
        <w:rPr>
          <w:rFonts w:ascii="Arial" w:hAnsi="Arial" w:cs="Arial"/>
          <w:sz w:val="21"/>
          <w:rtl w:val="1"/>
        </w:rPr>
        <w:t xml:space="preserve"> </w:t>
      </w:r>
      <w:r>
        <w:rPr>
          <w:rFonts w:ascii="Arial" w:hAnsi="Arial" w:cs="Arial"/>
          <w:sz w:val="21"/>
          <w:rtl w:val="1"/>
        </w:rPr>
        <w:t>المطلوبة</w:t>
      </w:r>
      <w:r>
        <w:rPr>
          <w:rFonts w:ascii="Arial" w:hAnsi="Arial" w:cs="Arial"/>
          <w:sz w:val="21"/>
          <w:rtl w:val="1"/>
        </w:rPr>
        <w:t xml:space="preserve"> </w:t>
      </w:r>
      <w:r>
        <w:rPr>
          <w:rFonts w:ascii="Arial" w:hAnsi="Arial" w:cs="Arial"/>
          <w:sz w:val="21"/>
          <w:rtl w:val="1"/>
        </w:rPr>
        <w:t>وتعد</w:t>
      </w:r>
      <w:r>
        <w:rPr>
          <w:rFonts w:ascii="Arial" w:hAnsi="Arial" w:cs="Arial"/>
          <w:sz w:val="21"/>
          <w:rtl w:val="1"/>
        </w:rPr>
        <w:t xml:space="preserve"> </w:t>
      </w:r>
      <w:r>
        <w:rPr>
          <w:rFonts w:ascii="Arial" w:hAnsi="Arial" w:cs="Arial"/>
          <w:sz w:val="21"/>
          <w:rtl w:val="1"/>
        </w:rPr>
        <w:t>مسؤولية</w:t>
      </w:r>
      <w:r>
        <w:rPr>
          <w:rFonts w:ascii="Arial" w:hAnsi="Arial" w:cs="Arial"/>
          <w:sz w:val="21"/>
          <w:rtl w:val="1"/>
        </w:rPr>
        <w:t xml:space="preserve"> </w:t>
      </w:r>
      <w:r>
        <w:rPr>
          <w:rFonts w:ascii="Arial" w:hAnsi="Arial" w:cs="Arial"/>
          <w:sz w:val="21"/>
          <w:rtl w:val="1"/>
        </w:rPr>
        <w:t>صحتها</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مقدمها</w:t>
      </w:r>
      <w:r>
        <w:rPr>
          <w:rFonts w:ascii="Arial" w:hAnsi="Arial" w:cs="Arial"/>
          <w:sz w:val="21"/>
          <w:rtl w:val="1"/>
        </w:rPr>
        <w:t>.</w:t>
      </w:r>
    </w:p>
    <w:p w14:paraId="1EAB978E"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(17): </w:t>
      </w:r>
      <w:r>
        <w:rPr>
          <w:rFonts w:ascii="Arial" w:hAnsi="Arial" w:cs="Arial"/>
          <w:b/>
          <w:color w:val="0F4761"/>
          <w:sz w:val="22"/>
          <w:rtl w:val="1"/>
        </w:rPr>
        <w:t>قرار</w:t>
      </w:r>
      <w:r>
        <w:rPr>
          <w:rFonts w:ascii="Arial" w:hAnsi="Arial" w:cs="Arial"/>
          <w:b/>
          <w:color w:val="0F4761"/>
          <w:sz w:val="22"/>
          <w:rtl w:val="1"/>
        </w:rPr>
        <w:t xml:space="preserve"> </w:t>
      </w:r>
      <w:r>
        <w:rPr>
          <w:rFonts w:ascii="Arial" w:hAnsi="Arial" w:cs="Arial"/>
          <w:b/>
          <w:color w:val="0F4761"/>
          <w:sz w:val="22"/>
          <w:rtl w:val="1"/>
        </w:rPr>
        <w:t>التعيين</w:t>
      </w:r>
    </w:p>
    <w:p w14:paraId="37E1DA8F" w14:textId="77777777" w:rsidR="009E64B1" w:rsidRDefault="009E64B1" w:rsidP="001F0C09">
      <w:pPr>
        <w:spacing w:before="0" w:after="80" w:line="269" w:lineRule="auto"/>
        <w:jc w:val="both"/>
        <w:bidi w:val="1"/>
      </w:pPr>
      <w:r>
        <w:rPr>
          <w:rFonts w:ascii="Arial" w:hAnsi="Arial" w:cs="Arial"/>
          <w:sz w:val="21"/>
          <w:rtl w:val="1"/>
        </w:rPr>
        <w:t>يصدر</w:t>
      </w:r>
      <w:r>
        <w:rPr>
          <w:rFonts w:ascii="Arial" w:hAnsi="Arial" w:cs="Arial"/>
          <w:sz w:val="21"/>
          <w:rtl w:val="1"/>
        </w:rPr>
        <w:t xml:space="preserve"> </w:t>
      </w:r>
      <w:r>
        <w:rPr>
          <w:rFonts w:ascii="Arial" w:hAnsi="Arial" w:cs="Arial"/>
          <w:sz w:val="21"/>
          <w:rtl w:val="1"/>
        </w:rPr>
        <w:t>قرار</w:t>
      </w:r>
      <w:r>
        <w:rPr>
          <w:rFonts w:ascii="Arial" w:hAnsi="Arial" w:cs="Arial"/>
          <w:sz w:val="21"/>
          <w:rtl w:val="1"/>
        </w:rPr>
        <w:t xml:space="preserve"> </w:t>
      </w:r>
      <w:r>
        <w:rPr>
          <w:rFonts w:ascii="Arial" w:hAnsi="Arial" w:cs="Arial"/>
          <w:sz w:val="21"/>
          <w:rtl w:val="1"/>
        </w:rPr>
        <w:t>التعيين</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صاحب</w:t>
      </w:r>
      <w:r>
        <w:rPr>
          <w:rFonts w:ascii="Arial" w:hAnsi="Arial" w:cs="Arial"/>
          <w:sz w:val="21"/>
          <w:rtl w:val="1"/>
        </w:rPr>
        <w:t xml:space="preserve"> </w:t>
      </w:r>
      <w:r>
        <w:rPr>
          <w:rFonts w:ascii="Arial" w:hAnsi="Arial" w:cs="Arial"/>
          <w:sz w:val="21"/>
          <w:rtl w:val="1"/>
        </w:rPr>
        <w:t>الصلاحية</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استكمال</w:t>
      </w:r>
      <w:r>
        <w:rPr>
          <w:rFonts w:ascii="Arial" w:hAnsi="Arial" w:cs="Arial"/>
          <w:sz w:val="21"/>
          <w:rtl w:val="1"/>
        </w:rPr>
        <w:t xml:space="preserve"> </w:t>
      </w:r>
      <w:r>
        <w:rPr>
          <w:rFonts w:ascii="Arial" w:hAnsi="Arial" w:cs="Arial"/>
          <w:sz w:val="21"/>
          <w:rtl w:val="1"/>
        </w:rPr>
        <w:t>متطلبات</w:t>
      </w:r>
      <w:r>
        <w:rPr>
          <w:rFonts w:ascii="Arial" w:hAnsi="Arial" w:cs="Arial"/>
          <w:sz w:val="21"/>
          <w:rtl w:val="1"/>
        </w:rPr>
        <w:t xml:space="preserve"> </w:t>
      </w:r>
      <w:r>
        <w:rPr>
          <w:rFonts w:ascii="Arial" w:hAnsi="Arial" w:cs="Arial"/>
          <w:sz w:val="21"/>
          <w:rtl w:val="1"/>
        </w:rPr>
        <w:t>التوظيف</w:t>
      </w:r>
      <w:r>
        <w:rPr>
          <w:rFonts w:ascii="Arial" w:hAnsi="Arial" w:cs="Arial"/>
          <w:sz w:val="21"/>
          <w:rtl w:val="1"/>
        </w:rPr>
        <w:t>.</w:t>
      </w:r>
    </w:p>
    <w:p w14:paraId="6E8A6DB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(18): </w:t>
      </w:r>
      <w:r>
        <w:rPr>
          <w:rFonts w:ascii="Arial" w:hAnsi="Arial" w:cs="Arial"/>
          <w:b/>
          <w:color w:val="0F4761"/>
          <w:sz w:val="22"/>
          <w:rtl w:val="1"/>
        </w:rPr>
        <w:t>عقد</w:t>
      </w:r>
      <w:r>
        <w:rPr>
          <w:rFonts w:ascii="Arial" w:hAnsi="Arial" w:cs="Arial"/>
          <w:b/>
          <w:color w:val="0F4761"/>
          <w:sz w:val="22"/>
          <w:rtl w:val="1"/>
        </w:rPr>
        <w:t xml:space="preserve"> </w:t>
      </w:r>
      <w:r>
        <w:rPr>
          <w:rFonts w:ascii="Arial" w:hAnsi="Arial" w:cs="Arial"/>
          <w:b/>
          <w:color w:val="0F4761"/>
          <w:sz w:val="22"/>
          <w:rtl w:val="1"/>
        </w:rPr>
        <w:t>العمل</w:t>
      </w:r>
    </w:p>
    <w:p w14:paraId="4FA040E0" w14:textId="77777777" w:rsidR="009E64B1" w:rsidRDefault="009E64B1" w:rsidP="001F0C09">
      <w:pPr>
        <w:spacing w:before="0" w:after="80" w:line="269" w:lineRule="auto"/>
        <w:jc w:val="both"/>
        <w:bidi w:val="1"/>
      </w:pPr>
      <w:r>
        <w:rPr>
          <w:rFonts w:ascii="Arial" w:hAnsi="Arial" w:cs="Arial"/>
          <w:sz w:val="21"/>
          <w:rtl w:val="1"/>
        </w:rPr>
        <w:t>يبرم</w:t>
      </w:r>
      <w:r>
        <w:rPr>
          <w:rFonts w:ascii="Arial" w:hAnsi="Arial" w:cs="Arial"/>
          <w:sz w:val="21"/>
          <w:rtl w:val="1"/>
        </w:rPr>
        <w:t xml:space="preserve"> </w:t>
      </w:r>
      <w:r>
        <w:rPr>
          <w:rFonts w:ascii="Arial" w:hAnsi="Arial" w:cs="Arial"/>
          <w:sz w:val="21"/>
          <w:rtl w:val="1"/>
        </w:rPr>
        <w:t>عقد</w:t>
      </w:r>
      <w:r>
        <w:rPr>
          <w:rFonts w:ascii="Arial" w:hAnsi="Arial" w:cs="Arial"/>
          <w:sz w:val="21"/>
          <w:rtl w:val="1"/>
        </w:rPr>
        <w:t xml:space="preserve"> </w:t>
      </w:r>
      <w:r>
        <w:rPr>
          <w:rFonts w:ascii="Arial" w:hAnsi="Arial" w:cs="Arial"/>
          <w:sz w:val="21"/>
          <w:rtl w:val="1"/>
        </w:rPr>
        <w:t>عمل</w:t>
      </w:r>
      <w:r>
        <w:rPr>
          <w:rFonts w:ascii="Arial" w:hAnsi="Arial" w:cs="Arial"/>
          <w:sz w:val="21"/>
          <w:rtl w:val="1"/>
        </w:rPr>
        <w:t xml:space="preserve"> </w:t>
      </w:r>
      <w:r>
        <w:rPr>
          <w:rFonts w:ascii="Arial" w:hAnsi="Arial" w:cs="Arial"/>
          <w:sz w:val="21"/>
          <w:rtl w:val="1"/>
        </w:rPr>
        <w:t>مكتوب</w:t>
      </w:r>
      <w:r>
        <w:rPr>
          <w:rFonts w:ascii="Arial" w:hAnsi="Arial" w:cs="Arial"/>
          <w:sz w:val="21"/>
          <w:rtl w:val="1"/>
        </w:rPr>
        <w:t xml:space="preserve"> </w:t>
      </w:r>
      <w:r>
        <w:rPr>
          <w:rFonts w:ascii="Arial" w:hAnsi="Arial" w:cs="Arial"/>
          <w:sz w:val="21"/>
          <w:rtl w:val="1"/>
        </w:rPr>
        <w:t>يحدد</w:t>
      </w:r>
      <w:r>
        <w:rPr>
          <w:rFonts w:ascii="Arial" w:hAnsi="Arial" w:cs="Arial"/>
          <w:sz w:val="21"/>
          <w:rtl w:val="1"/>
        </w:rPr>
        <w:t xml:space="preserve"> </w:t>
      </w:r>
      <w:r>
        <w:rPr>
          <w:rFonts w:ascii="Arial" w:hAnsi="Arial" w:cs="Arial"/>
          <w:sz w:val="21"/>
          <w:rtl w:val="1"/>
        </w:rPr>
        <w:t>المسمى</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وتاريخ</w:t>
      </w:r>
      <w:r>
        <w:rPr>
          <w:rFonts w:ascii="Arial" w:hAnsi="Arial" w:cs="Arial"/>
          <w:sz w:val="21"/>
          <w:rtl w:val="1"/>
        </w:rPr>
        <w:t xml:space="preserve"> </w:t>
      </w:r>
      <w:r>
        <w:rPr>
          <w:rFonts w:ascii="Arial" w:hAnsi="Arial" w:cs="Arial"/>
          <w:sz w:val="21"/>
          <w:rtl w:val="1"/>
        </w:rPr>
        <w:t>المباشرة</w:t>
      </w:r>
      <w:r>
        <w:rPr>
          <w:rFonts w:ascii="Arial" w:hAnsi="Arial" w:cs="Arial"/>
          <w:sz w:val="21"/>
          <w:rtl w:val="1"/>
        </w:rPr>
        <w:t xml:space="preserve"> </w:t>
      </w:r>
      <w:r>
        <w:rPr>
          <w:rFonts w:ascii="Arial" w:hAnsi="Arial" w:cs="Arial"/>
          <w:sz w:val="21"/>
          <w:rtl w:val="1"/>
        </w:rPr>
        <w:t>ومدة</w:t>
      </w:r>
      <w:r>
        <w:rPr>
          <w:rFonts w:ascii="Arial" w:hAnsi="Arial" w:cs="Arial"/>
          <w:sz w:val="21"/>
          <w:rtl w:val="1"/>
        </w:rPr>
        <w:t xml:space="preserve"> </w:t>
      </w:r>
      <w:r>
        <w:rPr>
          <w:rFonts w:ascii="Arial" w:hAnsi="Arial" w:cs="Arial"/>
          <w:sz w:val="21"/>
          <w:rtl w:val="1"/>
        </w:rPr>
        <w:t>العقد</w:t>
      </w:r>
      <w:r>
        <w:rPr>
          <w:rFonts w:ascii="Arial" w:hAnsi="Arial" w:cs="Arial"/>
          <w:sz w:val="21"/>
          <w:rtl w:val="1"/>
        </w:rPr>
        <w:t xml:space="preserve"> </w:t>
      </w:r>
      <w:r>
        <w:rPr>
          <w:rFonts w:ascii="Arial" w:hAnsi="Arial" w:cs="Arial"/>
          <w:sz w:val="21"/>
          <w:rtl w:val="1"/>
        </w:rPr>
        <w:t>ومقر</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وساعات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والحقوق</w:t>
      </w:r>
      <w:r>
        <w:rPr>
          <w:rFonts w:ascii="Arial" w:hAnsi="Arial" w:cs="Arial"/>
          <w:sz w:val="21"/>
          <w:rtl w:val="1"/>
        </w:rPr>
        <w:t xml:space="preserve"> </w:t>
      </w:r>
      <w:r>
        <w:rPr>
          <w:rFonts w:ascii="Arial" w:hAnsi="Arial" w:cs="Arial"/>
          <w:sz w:val="21"/>
          <w:rtl w:val="1"/>
        </w:rPr>
        <w:t>والالتزامات</w:t>
      </w:r>
      <w:r>
        <w:rPr>
          <w:rFonts w:ascii="Arial" w:hAnsi="Arial" w:cs="Arial"/>
          <w:sz w:val="21"/>
          <w:rtl w:val="1"/>
        </w:rPr>
        <w:t>.</w:t>
      </w:r>
    </w:p>
    <w:p w14:paraId="51E5B62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(19): </w:t>
      </w:r>
      <w:r>
        <w:rPr>
          <w:rFonts w:ascii="Arial" w:hAnsi="Arial" w:cs="Arial"/>
          <w:b/>
          <w:color w:val="0F4761"/>
          <w:sz w:val="22"/>
          <w:rtl w:val="1"/>
        </w:rPr>
        <w:t>مباشرة</w:t>
      </w:r>
      <w:r>
        <w:rPr>
          <w:rFonts w:ascii="Arial" w:hAnsi="Arial" w:cs="Arial"/>
          <w:b/>
          <w:color w:val="0F4761"/>
          <w:sz w:val="22"/>
          <w:rtl w:val="1"/>
        </w:rPr>
        <w:t xml:space="preserve"> </w:t>
      </w:r>
      <w:r>
        <w:rPr>
          <w:rFonts w:ascii="Arial" w:hAnsi="Arial" w:cs="Arial"/>
          <w:b/>
          <w:color w:val="0F4761"/>
          <w:sz w:val="22"/>
          <w:rtl w:val="1"/>
        </w:rPr>
        <w:t>العمل</w:t>
      </w:r>
    </w:p>
    <w:p w14:paraId="7489DBC5"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بالمباشرة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الموعد</w:t>
      </w:r>
      <w:r>
        <w:rPr>
          <w:rFonts w:ascii="Arial" w:hAnsi="Arial" w:cs="Arial"/>
          <w:sz w:val="21"/>
          <w:rtl w:val="1"/>
        </w:rPr>
        <w:t xml:space="preserve"> </w:t>
      </w:r>
      <w:r>
        <w:rPr>
          <w:rFonts w:ascii="Arial" w:hAnsi="Arial" w:cs="Arial"/>
          <w:sz w:val="21"/>
          <w:rtl w:val="1"/>
        </w:rPr>
        <w:t>المحدد</w:t>
      </w:r>
      <w:r>
        <w:rPr>
          <w:rFonts w:ascii="Arial" w:hAnsi="Arial" w:cs="Arial"/>
          <w:sz w:val="21"/>
          <w:rtl w:val="1"/>
        </w:rPr>
        <w:t xml:space="preserve"> </w:t>
      </w:r>
      <w:r>
        <w:rPr>
          <w:rFonts w:ascii="Arial" w:hAnsi="Arial" w:cs="Arial"/>
          <w:sz w:val="21"/>
          <w:rtl w:val="1"/>
        </w:rPr>
        <w:t>وإلا</w:t>
      </w:r>
      <w:r>
        <w:rPr>
          <w:rFonts w:ascii="Arial" w:hAnsi="Arial" w:cs="Arial"/>
          <w:sz w:val="21"/>
          <w:rtl w:val="1"/>
        </w:rPr>
        <w:t xml:space="preserve"> </w:t>
      </w:r>
      <w:r>
        <w:rPr>
          <w:rFonts w:ascii="Arial" w:hAnsi="Arial" w:cs="Arial"/>
          <w:sz w:val="21"/>
          <w:rtl w:val="1"/>
        </w:rPr>
        <w:t>تطبق</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النظامية</w:t>
      </w:r>
      <w:r>
        <w:rPr>
          <w:rFonts w:ascii="Arial" w:hAnsi="Arial" w:cs="Arial"/>
          <w:sz w:val="21"/>
          <w:rtl w:val="1"/>
        </w:rPr>
        <w:t>.</w:t>
      </w:r>
    </w:p>
    <w:p w14:paraId="67C0FA1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(20): </w:t>
      </w:r>
      <w:r>
        <w:rPr>
          <w:rFonts w:ascii="Arial" w:hAnsi="Arial" w:cs="Arial"/>
          <w:b/>
          <w:color w:val="0F4761"/>
          <w:sz w:val="22"/>
          <w:rtl w:val="1"/>
        </w:rPr>
        <w:t>فترة</w:t>
      </w:r>
      <w:r>
        <w:rPr>
          <w:rFonts w:ascii="Arial" w:hAnsi="Arial" w:cs="Arial"/>
          <w:b/>
          <w:color w:val="0F4761"/>
          <w:sz w:val="22"/>
          <w:rtl w:val="1"/>
        </w:rPr>
        <w:t xml:space="preserve"> </w:t>
      </w:r>
      <w:r>
        <w:rPr>
          <w:rFonts w:ascii="Arial" w:hAnsi="Arial" w:cs="Arial"/>
          <w:b/>
          <w:color w:val="0F4761"/>
          <w:sz w:val="22"/>
          <w:rtl w:val="1"/>
        </w:rPr>
        <w:t>التجربة</w:t>
      </w:r>
    </w:p>
    <w:p w14:paraId="7147495A"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إخضاع</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لفترة</w:t>
      </w:r>
      <w:r>
        <w:rPr>
          <w:rFonts w:ascii="Arial" w:hAnsi="Arial" w:cs="Arial"/>
          <w:sz w:val="21"/>
          <w:rtl w:val="1"/>
        </w:rPr>
        <w:t xml:space="preserve"> </w:t>
      </w:r>
      <w:r>
        <w:rPr>
          <w:rFonts w:ascii="Arial" w:hAnsi="Arial" w:cs="Arial"/>
          <w:sz w:val="21"/>
          <w:rtl w:val="1"/>
        </w:rPr>
        <w:t>تجربة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56D5EB5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(21): </w:t>
      </w:r>
      <w:r>
        <w:rPr>
          <w:rFonts w:ascii="Arial" w:hAnsi="Arial" w:cs="Arial"/>
          <w:b/>
          <w:color w:val="0F4761"/>
          <w:sz w:val="22"/>
          <w:rtl w:val="1"/>
        </w:rPr>
        <w:t>التهيئة</w:t>
      </w:r>
      <w:r>
        <w:rPr>
          <w:rFonts w:ascii="Arial" w:hAnsi="Arial" w:cs="Arial"/>
          <w:b/>
          <w:color w:val="0F4761"/>
          <w:sz w:val="22"/>
          <w:rtl w:val="1"/>
        </w:rPr>
        <w:t xml:space="preserve"> </w:t>
      </w:r>
      <w:r>
        <w:rPr>
          <w:rFonts w:ascii="Arial" w:hAnsi="Arial" w:cs="Arial"/>
          <w:b/>
          <w:color w:val="0F4761"/>
          <w:sz w:val="22"/>
          <w:rtl w:val="1"/>
        </w:rPr>
        <w:t>الوظيفية</w:t>
      </w:r>
    </w:p>
    <w:p w14:paraId="67B26D27" w14:textId="77777777" w:rsidR="009E64B1" w:rsidRDefault="009E64B1" w:rsidP="001F0C09">
      <w:pPr>
        <w:spacing w:before="0" w:after="80" w:line="269" w:lineRule="auto"/>
        <w:jc w:val="both"/>
        <w:bidi w:val="1"/>
      </w:pPr>
      <w:r>
        <w:rPr>
          <w:rFonts w:ascii="Arial" w:hAnsi="Arial" w:cs="Arial"/>
          <w:sz w:val="21"/>
          <w:rtl w:val="1"/>
        </w:rPr>
        <w:t>تلتزم</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بتهيئة</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وتعريفه</w:t>
      </w:r>
      <w:r>
        <w:rPr>
          <w:rFonts w:ascii="Arial" w:hAnsi="Arial" w:cs="Arial"/>
          <w:sz w:val="21"/>
          <w:rtl w:val="1"/>
        </w:rPr>
        <w:t xml:space="preserve"> </w:t>
      </w:r>
      <w:r>
        <w:rPr>
          <w:rFonts w:ascii="Arial" w:hAnsi="Arial" w:cs="Arial"/>
          <w:sz w:val="21"/>
          <w:rtl w:val="1"/>
        </w:rPr>
        <w:t>باللوائح</w:t>
      </w:r>
      <w:r>
        <w:rPr>
          <w:rFonts w:ascii="Arial" w:hAnsi="Arial" w:cs="Arial"/>
          <w:sz w:val="21"/>
          <w:rtl w:val="1"/>
        </w:rPr>
        <w:t xml:space="preserve"> </w:t>
      </w:r>
      <w:r>
        <w:rPr>
          <w:rFonts w:ascii="Arial" w:hAnsi="Arial" w:cs="Arial"/>
          <w:sz w:val="21"/>
          <w:rtl w:val="1"/>
        </w:rPr>
        <w:t>والسياسات</w:t>
      </w:r>
      <w:r>
        <w:rPr>
          <w:rFonts w:ascii="Arial" w:hAnsi="Arial" w:cs="Arial"/>
          <w:sz w:val="21"/>
          <w:rtl w:val="1"/>
        </w:rPr>
        <w:t xml:space="preserve"> </w:t>
      </w:r>
      <w:r>
        <w:rPr>
          <w:rFonts w:ascii="Arial" w:hAnsi="Arial" w:cs="Arial"/>
          <w:sz w:val="21"/>
          <w:rtl w:val="1"/>
        </w:rPr>
        <w:t>وطبيعة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4312575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(22): </w:t>
      </w:r>
      <w:r>
        <w:rPr>
          <w:rFonts w:ascii="Arial" w:hAnsi="Arial" w:cs="Arial"/>
          <w:b/>
          <w:color w:val="0F4761"/>
          <w:sz w:val="22"/>
          <w:rtl w:val="1"/>
        </w:rPr>
        <w:t>الملف</w:t>
      </w:r>
      <w:r>
        <w:rPr>
          <w:rFonts w:ascii="Arial" w:hAnsi="Arial" w:cs="Arial"/>
          <w:b/>
          <w:color w:val="0F4761"/>
          <w:sz w:val="22"/>
          <w:rtl w:val="1"/>
        </w:rPr>
        <w:t xml:space="preserve"> </w:t>
      </w:r>
      <w:r>
        <w:rPr>
          <w:rFonts w:ascii="Arial" w:hAnsi="Arial" w:cs="Arial"/>
          <w:b/>
          <w:color w:val="0F4761"/>
          <w:sz w:val="22"/>
          <w:rtl w:val="1"/>
        </w:rPr>
        <w:t>الوظيفي</w:t>
      </w:r>
    </w:p>
    <w:p w14:paraId="31AEA810" w14:textId="77777777" w:rsidR="009E64B1" w:rsidRDefault="009E64B1" w:rsidP="001F0C09">
      <w:pPr>
        <w:spacing w:before="0" w:after="80" w:line="269" w:lineRule="auto"/>
        <w:jc w:val="both"/>
        <w:bidi w:val="1"/>
      </w:pPr>
      <w:r>
        <w:rPr>
          <w:rFonts w:ascii="Arial" w:hAnsi="Arial" w:cs="Arial"/>
          <w:sz w:val="21"/>
          <w:rtl w:val="1"/>
        </w:rPr>
        <w:t>ينشأ</w:t>
      </w:r>
      <w:r>
        <w:rPr>
          <w:rFonts w:ascii="Arial" w:hAnsi="Arial" w:cs="Arial"/>
          <w:sz w:val="21"/>
          <w:rtl w:val="1"/>
        </w:rPr>
        <w:t xml:space="preserve"> </w:t>
      </w:r>
      <w:r>
        <w:rPr>
          <w:rFonts w:ascii="Arial" w:hAnsi="Arial" w:cs="Arial"/>
          <w:sz w:val="21"/>
          <w:rtl w:val="1"/>
        </w:rPr>
        <w:t>ملف</w:t>
      </w:r>
      <w:r>
        <w:rPr>
          <w:rFonts w:ascii="Arial" w:hAnsi="Arial" w:cs="Arial"/>
          <w:sz w:val="21"/>
          <w:rtl w:val="1"/>
        </w:rPr>
        <w:t xml:space="preserve"> </w:t>
      </w:r>
      <w:r>
        <w:rPr>
          <w:rFonts w:ascii="Arial" w:hAnsi="Arial" w:cs="Arial"/>
          <w:sz w:val="21"/>
          <w:rtl w:val="1"/>
        </w:rPr>
        <w:t>وظيفي</w:t>
      </w:r>
      <w:r>
        <w:rPr>
          <w:rFonts w:ascii="Arial" w:hAnsi="Arial" w:cs="Arial"/>
          <w:sz w:val="21"/>
          <w:rtl w:val="1"/>
        </w:rPr>
        <w:t xml:space="preserve"> </w:t>
      </w:r>
      <w:r>
        <w:rPr>
          <w:rFonts w:ascii="Arial" w:hAnsi="Arial" w:cs="Arial"/>
          <w:sz w:val="21"/>
          <w:rtl w:val="1"/>
        </w:rPr>
        <w:t>لكل</w:t>
      </w:r>
      <w:r>
        <w:rPr>
          <w:rFonts w:ascii="Arial" w:hAnsi="Arial" w:cs="Arial"/>
          <w:sz w:val="21"/>
          <w:rtl w:val="1"/>
        </w:rPr>
        <w:t xml:space="preserve"> </w:t>
      </w:r>
      <w:r>
        <w:rPr>
          <w:rFonts w:ascii="Arial" w:hAnsi="Arial" w:cs="Arial"/>
          <w:sz w:val="21"/>
          <w:rtl w:val="1"/>
        </w:rPr>
        <w:t>موظف</w:t>
      </w:r>
      <w:r>
        <w:rPr>
          <w:rFonts w:ascii="Arial" w:hAnsi="Arial" w:cs="Arial"/>
          <w:sz w:val="21"/>
          <w:rtl w:val="1"/>
        </w:rPr>
        <w:t xml:space="preserve"> </w:t>
      </w:r>
      <w:r>
        <w:rPr>
          <w:rFonts w:ascii="Arial" w:hAnsi="Arial" w:cs="Arial"/>
          <w:sz w:val="21"/>
          <w:rtl w:val="1"/>
        </w:rPr>
        <w:t>يحفظ</w:t>
      </w:r>
      <w:r>
        <w:rPr>
          <w:rFonts w:ascii="Arial" w:hAnsi="Arial" w:cs="Arial"/>
          <w:sz w:val="21"/>
          <w:rtl w:val="1"/>
        </w:rPr>
        <w:t xml:space="preserve"> </w:t>
      </w:r>
      <w:r>
        <w:rPr>
          <w:rFonts w:ascii="Arial" w:hAnsi="Arial" w:cs="Arial"/>
          <w:sz w:val="21"/>
          <w:rtl w:val="1"/>
        </w:rPr>
        <w:t>فيه</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الوثائق</w:t>
      </w:r>
      <w:r>
        <w:rPr>
          <w:rFonts w:ascii="Arial" w:hAnsi="Arial" w:cs="Arial"/>
          <w:sz w:val="21"/>
          <w:rtl w:val="1"/>
        </w:rPr>
        <w:t xml:space="preserve"> </w:t>
      </w:r>
      <w:r>
        <w:rPr>
          <w:rFonts w:ascii="Arial" w:hAnsi="Arial" w:cs="Arial"/>
          <w:sz w:val="21"/>
          <w:rtl w:val="1"/>
        </w:rPr>
        <w:t>والقرارات</w:t>
      </w:r>
      <w:r>
        <w:rPr>
          <w:rFonts w:ascii="Arial" w:hAnsi="Arial" w:cs="Arial"/>
          <w:sz w:val="21"/>
          <w:rtl w:val="1"/>
        </w:rPr>
        <w:t>.</w:t>
      </w:r>
    </w:p>
    <w:p w14:paraId="14722B6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(23): </w:t>
      </w:r>
      <w:r>
        <w:rPr>
          <w:rFonts w:ascii="Arial" w:hAnsi="Arial" w:cs="Arial"/>
          <w:b/>
          <w:color w:val="0F4761"/>
          <w:sz w:val="22"/>
          <w:rtl w:val="1"/>
        </w:rPr>
        <w:t>تحديث</w:t>
      </w:r>
      <w:r>
        <w:rPr>
          <w:rFonts w:ascii="Arial" w:hAnsi="Arial" w:cs="Arial"/>
          <w:b/>
          <w:color w:val="0F4761"/>
          <w:sz w:val="22"/>
          <w:rtl w:val="1"/>
        </w:rPr>
        <w:t xml:space="preserve"> </w:t>
      </w:r>
      <w:r>
        <w:rPr>
          <w:rFonts w:ascii="Arial" w:hAnsi="Arial" w:cs="Arial"/>
          <w:b/>
          <w:color w:val="0F4761"/>
          <w:sz w:val="22"/>
          <w:rtl w:val="1"/>
        </w:rPr>
        <w:t>البيانات</w:t>
      </w:r>
    </w:p>
    <w:p w14:paraId="7AF7F418"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بتحديث</w:t>
      </w:r>
      <w:r>
        <w:rPr>
          <w:rFonts w:ascii="Arial" w:hAnsi="Arial" w:cs="Arial"/>
          <w:sz w:val="21"/>
          <w:rtl w:val="1"/>
        </w:rPr>
        <w:t xml:space="preserve"> </w:t>
      </w:r>
      <w:r>
        <w:rPr>
          <w:rFonts w:ascii="Arial" w:hAnsi="Arial" w:cs="Arial"/>
          <w:sz w:val="21"/>
          <w:rtl w:val="1"/>
        </w:rPr>
        <w:t>بياناته</w:t>
      </w:r>
      <w:r>
        <w:rPr>
          <w:rFonts w:ascii="Arial" w:hAnsi="Arial" w:cs="Arial"/>
          <w:sz w:val="21"/>
          <w:rtl w:val="1"/>
        </w:rPr>
        <w:t xml:space="preserve"> </w:t>
      </w:r>
      <w:r>
        <w:rPr>
          <w:rFonts w:ascii="Arial" w:hAnsi="Arial" w:cs="Arial"/>
          <w:sz w:val="21"/>
          <w:rtl w:val="1"/>
        </w:rPr>
        <w:t>خلال</w:t>
      </w:r>
      <w:r>
        <w:rPr>
          <w:rFonts w:ascii="Arial" w:hAnsi="Arial" w:cs="Arial"/>
          <w:sz w:val="21"/>
          <w:rtl w:val="1"/>
        </w:rPr>
        <w:t xml:space="preserve"> </w:t>
      </w:r>
      <w:r>
        <w:rPr>
          <w:rFonts w:ascii="Arial" w:hAnsi="Arial" w:cs="Arial"/>
          <w:sz w:val="21"/>
          <w:rtl w:val="1"/>
        </w:rPr>
        <w:t>خمسة</w:t>
      </w:r>
      <w:r>
        <w:rPr>
          <w:rFonts w:ascii="Arial" w:hAnsi="Arial" w:cs="Arial"/>
          <w:sz w:val="21"/>
          <w:rtl w:val="1"/>
        </w:rPr>
        <w:t xml:space="preserve"> </w:t>
      </w:r>
      <w:r>
        <w:rPr>
          <w:rFonts w:ascii="Arial" w:hAnsi="Arial" w:cs="Arial"/>
          <w:sz w:val="21"/>
          <w:rtl w:val="1"/>
        </w:rPr>
        <w:t>عشر</w:t>
      </w:r>
      <w:r>
        <w:rPr>
          <w:rFonts w:ascii="Arial" w:hAnsi="Arial" w:cs="Arial"/>
          <w:sz w:val="21"/>
          <w:rtl w:val="1"/>
        </w:rPr>
        <w:t xml:space="preserve"> </w:t>
      </w:r>
      <w:r>
        <w:rPr>
          <w:rFonts w:ascii="Arial" w:hAnsi="Arial" w:cs="Arial"/>
          <w:sz w:val="21"/>
          <w:rtl w:val="1"/>
        </w:rPr>
        <w:t>يوماً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تغيير</w:t>
      </w:r>
      <w:r>
        <w:rPr>
          <w:rFonts w:ascii="Arial" w:hAnsi="Arial" w:cs="Arial"/>
          <w:sz w:val="21"/>
          <w:rtl w:val="1"/>
        </w:rPr>
        <w:t>.</w:t>
      </w:r>
    </w:p>
    <w:p w14:paraId="155C293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(24): </w:t>
      </w:r>
      <w:r>
        <w:rPr>
          <w:rFonts w:ascii="Arial" w:hAnsi="Arial" w:cs="Arial"/>
          <w:b/>
          <w:color w:val="0F4761"/>
          <w:sz w:val="22"/>
          <w:rtl w:val="1"/>
        </w:rPr>
        <w:t>النقل</w:t>
      </w:r>
      <w:r>
        <w:rPr>
          <w:rFonts w:ascii="Arial" w:hAnsi="Arial" w:cs="Arial"/>
          <w:b/>
          <w:color w:val="0F4761"/>
          <w:sz w:val="22"/>
          <w:rtl w:val="1"/>
        </w:rPr>
        <w:t xml:space="preserve"> </w:t>
      </w:r>
      <w:r>
        <w:rPr>
          <w:rFonts w:ascii="Arial" w:hAnsi="Arial" w:cs="Arial"/>
          <w:b/>
          <w:color w:val="0F4761"/>
          <w:sz w:val="22"/>
          <w:rtl w:val="1"/>
        </w:rPr>
        <w:t>الوظيفي</w:t>
      </w:r>
    </w:p>
    <w:p w14:paraId="0BA5FD6C"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نقل</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مقتضيات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لا</w:t>
      </w:r>
      <w:r>
        <w:rPr>
          <w:rFonts w:ascii="Arial" w:hAnsi="Arial" w:cs="Arial"/>
          <w:sz w:val="21"/>
          <w:rtl w:val="1"/>
        </w:rPr>
        <w:t xml:space="preserve"> </w:t>
      </w:r>
      <w:r>
        <w:rPr>
          <w:rFonts w:ascii="Arial" w:hAnsi="Arial" w:cs="Arial"/>
          <w:sz w:val="21"/>
          <w:rtl w:val="1"/>
        </w:rPr>
        <w:t>يخالف</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w:t>
      </w:r>
    </w:p>
    <w:p w14:paraId="79F7D4E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(25): </w:t>
      </w:r>
      <w:r>
        <w:rPr>
          <w:rFonts w:ascii="Arial" w:hAnsi="Arial" w:cs="Arial"/>
          <w:b/>
          <w:color w:val="0F4761"/>
          <w:sz w:val="22"/>
          <w:rtl w:val="1"/>
        </w:rPr>
        <w:t>التكليف</w:t>
      </w:r>
    </w:p>
    <w:p w14:paraId="33B066E2"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تكليف</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بمهام</w:t>
      </w:r>
      <w:r>
        <w:rPr>
          <w:rFonts w:ascii="Arial" w:hAnsi="Arial" w:cs="Arial"/>
          <w:sz w:val="21"/>
          <w:rtl w:val="1"/>
        </w:rPr>
        <w:t xml:space="preserve"> </w:t>
      </w:r>
      <w:r>
        <w:rPr>
          <w:rFonts w:ascii="Arial" w:hAnsi="Arial" w:cs="Arial"/>
          <w:sz w:val="21"/>
          <w:rtl w:val="1"/>
        </w:rPr>
        <w:t>إضافية</w:t>
      </w:r>
      <w:r>
        <w:rPr>
          <w:rFonts w:ascii="Arial" w:hAnsi="Arial" w:cs="Arial"/>
          <w:sz w:val="21"/>
          <w:rtl w:val="1"/>
        </w:rPr>
        <w:t xml:space="preserve"> </w:t>
      </w:r>
      <w:r>
        <w:rPr>
          <w:rFonts w:ascii="Arial" w:hAnsi="Arial" w:cs="Arial"/>
          <w:sz w:val="21"/>
          <w:rtl w:val="1"/>
        </w:rPr>
        <w:t>مؤقتة</w:t>
      </w:r>
      <w:r>
        <w:rPr>
          <w:rFonts w:ascii="Arial" w:hAnsi="Arial" w:cs="Arial"/>
          <w:sz w:val="21"/>
          <w:rtl w:val="1"/>
        </w:rPr>
        <w:t xml:space="preserve"> </w:t>
      </w:r>
      <w:r>
        <w:rPr>
          <w:rFonts w:ascii="Arial" w:hAnsi="Arial" w:cs="Arial"/>
          <w:sz w:val="21"/>
          <w:rtl w:val="1"/>
        </w:rPr>
        <w:t>بقرار</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صاحب</w:t>
      </w:r>
      <w:r>
        <w:rPr>
          <w:rFonts w:ascii="Arial" w:hAnsi="Arial" w:cs="Arial"/>
          <w:sz w:val="21"/>
          <w:rtl w:val="1"/>
        </w:rPr>
        <w:t xml:space="preserve"> </w:t>
      </w:r>
      <w:r>
        <w:rPr>
          <w:rFonts w:ascii="Arial" w:hAnsi="Arial" w:cs="Arial"/>
          <w:sz w:val="21"/>
          <w:rtl w:val="1"/>
        </w:rPr>
        <w:t>الصلاحية</w:t>
      </w:r>
      <w:r>
        <w:rPr>
          <w:rFonts w:ascii="Arial" w:hAnsi="Arial" w:cs="Arial"/>
          <w:sz w:val="21"/>
          <w:rtl w:val="1"/>
        </w:rPr>
        <w:t>.</w:t>
      </w:r>
    </w:p>
    <w:p w14:paraId="1167BD6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(26): </w:t>
      </w:r>
      <w:r>
        <w:rPr>
          <w:rFonts w:ascii="Arial" w:hAnsi="Arial" w:cs="Arial"/>
          <w:b/>
          <w:color w:val="0F4761"/>
          <w:sz w:val="22"/>
          <w:rtl w:val="1"/>
        </w:rPr>
        <w:t>تعديل</w:t>
      </w:r>
      <w:r>
        <w:rPr>
          <w:rFonts w:ascii="Arial" w:hAnsi="Arial" w:cs="Arial"/>
          <w:b/>
          <w:color w:val="0F4761"/>
          <w:sz w:val="22"/>
          <w:rtl w:val="1"/>
        </w:rPr>
        <w:t xml:space="preserve"> </w:t>
      </w:r>
      <w:r>
        <w:rPr>
          <w:rFonts w:ascii="Arial" w:hAnsi="Arial" w:cs="Arial"/>
          <w:b/>
          <w:color w:val="0F4761"/>
          <w:sz w:val="22"/>
          <w:rtl w:val="1"/>
        </w:rPr>
        <w:t>المسمى</w:t>
      </w:r>
      <w:r>
        <w:rPr>
          <w:rFonts w:ascii="Arial" w:hAnsi="Arial" w:cs="Arial"/>
          <w:b/>
          <w:color w:val="0F4761"/>
          <w:sz w:val="22"/>
          <w:rtl w:val="1"/>
        </w:rPr>
        <w:t xml:space="preserve"> </w:t>
      </w:r>
      <w:r>
        <w:rPr>
          <w:rFonts w:ascii="Arial" w:hAnsi="Arial" w:cs="Arial"/>
          <w:b/>
          <w:color w:val="0F4761"/>
          <w:sz w:val="22"/>
          <w:rtl w:val="1"/>
        </w:rPr>
        <w:t>الوظيفي</w:t>
      </w:r>
    </w:p>
    <w:p w14:paraId="53D9CEF7"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تعديل</w:t>
      </w:r>
      <w:r>
        <w:rPr>
          <w:rFonts w:ascii="Arial" w:hAnsi="Arial" w:cs="Arial"/>
          <w:sz w:val="21"/>
          <w:rtl w:val="1"/>
        </w:rPr>
        <w:t xml:space="preserve"> </w:t>
      </w:r>
      <w:r>
        <w:rPr>
          <w:rFonts w:ascii="Arial" w:hAnsi="Arial" w:cs="Arial"/>
          <w:sz w:val="21"/>
          <w:rtl w:val="1"/>
        </w:rPr>
        <w:t>المسمى</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متطلبات</w:t>
      </w:r>
      <w:r>
        <w:rPr>
          <w:rFonts w:ascii="Arial" w:hAnsi="Arial" w:cs="Arial"/>
          <w:sz w:val="21"/>
          <w:rtl w:val="1"/>
        </w:rPr>
        <w:t xml:space="preserve"> </w:t>
      </w:r>
      <w:r>
        <w:rPr>
          <w:rFonts w:ascii="Arial" w:hAnsi="Arial" w:cs="Arial"/>
          <w:sz w:val="21"/>
          <w:rtl w:val="1"/>
        </w:rPr>
        <w:t>التنظيم</w:t>
      </w:r>
      <w:r>
        <w:rPr>
          <w:rFonts w:ascii="Arial" w:hAnsi="Arial" w:cs="Arial"/>
          <w:sz w:val="21"/>
          <w:rtl w:val="1"/>
        </w:rPr>
        <w:t xml:space="preserve"> </w:t>
      </w:r>
      <w:r>
        <w:rPr>
          <w:rFonts w:ascii="Arial" w:hAnsi="Arial" w:cs="Arial"/>
          <w:sz w:val="21"/>
          <w:rtl w:val="1"/>
        </w:rPr>
        <w:t>الإداري</w:t>
      </w:r>
      <w:r>
        <w:rPr>
          <w:rFonts w:ascii="Arial" w:hAnsi="Arial" w:cs="Arial"/>
          <w:sz w:val="21"/>
          <w:rtl w:val="1"/>
        </w:rPr>
        <w:t>.</w:t>
      </w:r>
    </w:p>
    <w:p w14:paraId="65E5BC8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(27): </w:t>
      </w:r>
      <w:r>
        <w:rPr>
          <w:rFonts w:ascii="Arial" w:hAnsi="Arial" w:cs="Arial"/>
          <w:b/>
          <w:color w:val="0F4761"/>
          <w:sz w:val="22"/>
          <w:rtl w:val="1"/>
        </w:rPr>
        <w:t>انتهاء</w:t>
      </w:r>
      <w:r>
        <w:rPr>
          <w:rFonts w:ascii="Arial" w:hAnsi="Arial" w:cs="Arial"/>
          <w:b/>
          <w:color w:val="0F4761"/>
          <w:sz w:val="22"/>
          <w:rtl w:val="1"/>
        </w:rPr>
        <w:t xml:space="preserve"> </w:t>
      </w:r>
      <w:r>
        <w:rPr>
          <w:rFonts w:ascii="Arial" w:hAnsi="Arial" w:cs="Arial"/>
          <w:b/>
          <w:color w:val="0F4761"/>
          <w:sz w:val="22"/>
          <w:rtl w:val="1"/>
        </w:rPr>
        <w:t>إجراءات</w:t>
      </w:r>
      <w:r>
        <w:rPr>
          <w:rFonts w:ascii="Arial" w:hAnsi="Arial" w:cs="Arial"/>
          <w:b/>
          <w:color w:val="0F4761"/>
          <w:sz w:val="22"/>
          <w:rtl w:val="1"/>
        </w:rPr>
        <w:t xml:space="preserve"> </w:t>
      </w:r>
      <w:r>
        <w:rPr>
          <w:rFonts w:ascii="Arial" w:hAnsi="Arial" w:cs="Arial"/>
          <w:b/>
          <w:color w:val="0F4761"/>
          <w:sz w:val="22"/>
          <w:rtl w:val="1"/>
        </w:rPr>
        <w:t>التوظيف</w:t>
      </w:r>
    </w:p>
    <w:p w14:paraId="397FAA31" w14:textId="77777777" w:rsidR="009E64B1" w:rsidRDefault="009E64B1" w:rsidP="001F0C09">
      <w:pPr>
        <w:spacing w:before="0" w:after="80" w:line="269" w:lineRule="auto"/>
        <w:jc w:val="both"/>
        <w:bidi w:val="1"/>
      </w:pPr>
      <w:r>
        <w:rPr>
          <w:rFonts w:ascii="Arial" w:hAnsi="Arial" w:cs="Arial"/>
          <w:sz w:val="21"/>
          <w:rtl w:val="1"/>
        </w:rPr>
        <w:t>تكتمل</w:t>
      </w:r>
      <w:r>
        <w:rPr>
          <w:rFonts w:ascii="Arial" w:hAnsi="Arial" w:cs="Arial"/>
          <w:sz w:val="21"/>
          <w:rtl w:val="1"/>
        </w:rPr>
        <w:t xml:space="preserve"> </w:t>
      </w:r>
      <w:r>
        <w:rPr>
          <w:rFonts w:ascii="Arial" w:hAnsi="Arial" w:cs="Arial"/>
          <w:sz w:val="21"/>
          <w:rtl w:val="1"/>
        </w:rPr>
        <w:t>إجراءات</w:t>
      </w:r>
      <w:r>
        <w:rPr>
          <w:rFonts w:ascii="Arial" w:hAnsi="Arial" w:cs="Arial"/>
          <w:sz w:val="21"/>
          <w:rtl w:val="1"/>
        </w:rPr>
        <w:t xml:space="preserve"> </w:t>
      </w:r>
      <w:r>
        <w:rPr>
          <w:rFonts w:ascii="Arial" w:hAnsi="Arial" w:cs="Arial"/>
          <w:sz w:val="21"/>
          <w:rtl w:val="1"/>
        </w:rPr>
        <w:t>التوظيف</w:t>
      </w:r>
      <w:r>
        <w:rPr>
          <w:rFonts w:ascii="Arial" w:hAnsi="Arial" w:cs="Arial"/>
          <w:sz w:val="21"/>
          <w:rtl w:val="1"/>
        </w:rPr>
        <w:t xml:space="preserve"> </w:t>
      </w:r>
      <w:r>
        <w:rPr>
          <w:rFonts w:ascii="Arial" w:hAnsi="Arial" w:cs="Arial"/>
          <w:sz w:val="21"/>
          <w:rtl w:val="1"/>
        </w:rPr>
        <w:t>بتوقيع</w:t>
      </w:r>
      <w:r>
        <w:rPr>
          <w:rFonts w:ascii="Arial" w:hAnsi="Arial" w:cs="Arial"/>
          <w:sz w:val="21"/>
          <w:rtl w:val="1"/>
        </w:rPr>
        <w:t xml:space="preserve"> </w:t>
      </w:r>
      <w:r>
        <w:rPr>
          <w:rFonts w:ascii="Arial" w:hAnsi="Arial" w:cs="Arial"/>
          <w:sz w:val="21"/>
          <w:rtl w:val="1"/>
        </w:rPr>
        <w:t>العقد</w:t>
      </w:r>
      <w:r>
        <w:rPr>
          <w:rFonts w:ascii="Arial" w:hAnsi="Arial" w:cs="Arial"/>
          <w:sz w:val="21"/>
          <w:rtl w:val="1"/>
        </w:rPr>
        <w:t xml:space="preserve"> </w:t>
      </w:r>
      <w:r>
        <w:rPr>
          <w:rFonts w:ascii="Arial" w:hAnsi="Arial" w:cs="Arial"/>
          <w:sz w:val="21"/>
          <w:rtl w:val="1"/>
        </w:rPr>
        <w:t>واستكمال</w:t>
      </w:r>
      <w:r>
        <w:rPr>
          <w:rFonts w:ascii="Arial" w:hAnsi="Arial" w:cs="Arial"/>
          <w:sz w:val="21"/>
          <w:rtl w:val="1"/>
        </w:rPr>
        <w:t xml:space="preserve"> </w:t>
      </w:r>
      <w:r>
        <w:rPr>
          <w:rFonts w:ascii="Arial" w:hAnsi="Arial" w:cs="Arial"/>
          <w:sz w:val="21"/>
          <w:rtl w:val="1"/>
        </w:rPr>
        <w:t>الوثائق</w:t>
      </w:r>
      <w:r>
        <w:rPr>
          <w:rFonts w:ascii="Arial" w:hAnsi="Arial" w:cs="Arial"/>
          <w:sz w:val="21"/>
          <w:rtl w:val="1"/>
        </w:rPr>
        <w:t xml:space="preserve"> </w:t>
      </w:r>
      <w:r>
        <w:rPr>
          <w:rFonts w:ascii="Arial" w:hAnsi="Arial" w:cs="Arial"/>
          <w:sz w:val="21"/>
          <w:rtl w:val="1"/>
        </w:rPr>
        <w:t>والمباشرة</w:t>
      </w:r>
      <w:r>
        <w:rPr>
          <w:rFonts w:ascii="Arial" w:hAnsi="Arial" w:cs="Arial"/>
          <w:sz w:val="21"/>
          <w:rtl w:val="1"/>
        </w:rPr>
        <w:t>.</w:t>
      </w:r>
    </w:p>
    <w:p w14:paraId="71B0F762"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الثالث</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الدوام</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وساعات</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العمل</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والحضور</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والانصراف</w:t>
      </w:r>
    </w:p>
    <w:p w14:paraId="2D0F65C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w:t>
      </w:r>
      <w:r>
        <w:rPr>
          <w:rFonts w:ascii="Arial" w:hAnsi="Arial" w:cs="Arial"/>
          <w:b/>
          <w:color w:val="0F4761"/>
          <w:sz w:val="22"/>
          <w:rtl w:val="1"/>
        </w:rPr>
        <w:t>لمادة</w:t>
      </w:r>
      <w:r>
        <w:rPr>
          <w:rFonts w:ascii="Arial" w:hAnsi="Arial" w:cs="Arial"/>
          <w:b/>
          <w:color w:val="0F4761"/>
          <w:sz w:val="22"/>
          <w:rtl w:val="1"/>
        </w:rPr>
        <w:t xml:space="preserve"> (28): </w:t>
      </w:r>
      <w:r>
        <w:rPr>
          <w:rFonts w:ascii="Arial" w:hAnsi="Arial" w:cs="Arial"/>
          <w:b/>
          <w:color w:val="0F4761"/>
          <w:sz w:val="22"/>
          <w:rtl w:val="1"/>
        </w:rPr>
        <w:t>أيام</w:t>
      </w:r>
      <w:r>
        <w:rPr>
          <w:rFonts w:ascii="Arial" w:hAnsi="Arial" w:cs="Arial"/>
          <w:b/>
          <w:color w:val="0F4761"/>
          <w:sz w:val="22"/>
          <w:rtl w:val="1"/>
        </w:rPr>
        <w:t xml:space="preserve"> </w:t>
      </w:r>
      <w:r>
        <w:rPr>
          <w:rFonts w:ascii="Arial" w:hAnsi="Arial" w:cs="Arial"/>
          <w:b/>
          <w:color w:val="0F4761"/>
          <w:sz w:val="22"/>
          <w:rtl w:val="1"/>
        </w:rPr>
        <w:t>العمل</w:t>
      </w:r>
    </w:p>
    <w:p w14:paraId="42C09B2C" w14:textId="77777777" w:rsidR="009E64B1" w:rsidRDefault="009E64B1" w:rsidP="001F0C09">
      <w:pPr>
        <w:spacing w:before="0" w:after="80" w:line="269" w:lineRule="auto"/>
        <w:jc w:val="both"/>
        <w:bidi w:val="1"/>
      </w:pPr>
      <w:r>
        <w:rPr>
          <w:rFonts w:ascii="Arial" w:hAnsi="Arial" w:cs="Arial"/>
          <w:sz w:val="21"/>
          <w:rtl w:val="1"/>
        </w:rPr>
        <w:t>تحدد</w:t>
      </w:r>
      <w:r>
        <w:rPr>
          <w:rFonts w:ascii="Arial" w:hAnsi="Arial" w:cs="Arial"/>
          <w:sz w:val="21"/>
          <w:rtl w:val="1"/>
        </w:rPr>
        <w:t xml:space="preserve"> </w:t>
      </w:r>
      <w:r>
        <w:rPr>
          <w:rFonts w:ascii="Arial" w:hAnsi="Arial" w:cs="Arial"/>
          <w:sz w:val="21"/>
          <w:rtl w:val="1"/>
        </w:rPr>
        <w:t>أيام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الرسمية</w:t>
      </w:r>
      <w:r>
        <w:rPr>
          <w:rFonts w:ascii="Arial" w:hAnsi="Arial" w:cs="Arial"/>
          <w:sz w:val="21"/>
          <w:rtl w:val="1"/>
        </w:rPr>
        <w:t xml:space="preserve"> </w:t>
      </w:r>
      <w:r>
        <w:rPr>
          <w:rFonts w:ascii="Arial" w:hAnsi="Arial" w:cs="Arial"/>
          <w:sz w:val="21"/>
          <w:rtl w:val="1"/>
        </w:rPr>
        <w:t>وساعات</w:t>
      </w:r>
      <w:r>
        <w:rPr>
          <w:rFonts w:ascii="Arial" w:hAnsi="Arial" w:cs="Arial"/>
          <w:sz w:val="21"/>
          <w:rtl w:val="1"/>
        </w:rPr>
        <w:t xml:space="preserve"> </w:t>
      </w:r>
      <w:r>
        <w:rPr>
          <w:rFonts w:ascii="Arial" w:hAnsi="Arial" w:cs="Arial"/>
          <w:sz w:val="21"/>
          <w:rtl w:val="1"/>
        </w:rPr>
        <w:t>الدوام</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تعتمده</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يتوافق</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النافذة</w:t>
      </w:r>
      <w:r>
        <w:rPr>
          <w:rFonts w:ascii="Arial" w:hAnsi="Arial" w:cs="Arial"/>
          <w:sz w:val="21"/>
          <w:rtl w:val="1"/>
        </w:rPr>
        <w:t>.</w:t>
      </w:r>
    </w:p>
    <w:p w14:paraId="720DC7F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(29): </w:t>
      </w:r>
      <w:r>
        <w:rPr>
          <w:rFonts w:ascii="Arial" w:hAnsi="Arial" w:cs="Arial"/>
          <w:b/>
          <w:color w:val="0F4761"/>
          <w:sz w:val="22"/>
          <w:rtl w:val="1"/>
        </w:rPr>
        <w:t>ساعات</w:t>
      </w:r>
      <w:r>
        <w:rPr>
          <w:rFonts w:ascii="Arial" w:hAnsi="Arial" w:cs="Arial"/>
          <w:b/>
          <w:color w:val="0F4761"/>
          <w:sz w:val="22"/>
          <w:rtl w:val="1"/>
        </w:rPr>
        <w:t xml:space="preserve"> </w:t>
      </w:r>
      <w:r>
        <w:rPr>
          <w:rFonts w:ascii="Arial" w:hAnsi="Arial" w:cs="Arial"/>
          <w:b/>
          <w:color w:val="0F4761"/>
          <w:sz w:val="22"/>
          <w:rtl w:val="1"/>
        </w:rPr>
        <w:t>العمل</w:t>
      </w:r>
    </w:p>
    <w:p w14:paraId="15BC440B"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بساعات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اليومية</w:t>
      </w:r>
      <w:r>
        <w:rPr>
          <w:rFonts w:ascii="Arial" w:hAnsi="Arial" w:cs="Arial"/>
          <w:sz w:val="21"/>
          <w:rtl w:val="1"/>
        </w:rPr>
        <w:t xml:space="preserve"> </w:t>
      </w:r>
      <w:r>
        <w:rPr>
          <w:rFonts w:ascii="Arial" w:hAnsi="Arial" w:cs="Arial"/>
          <w:sz w:val="21"/>
          <w:rtl w:val="1"/>
        </w:rPr>
        <w:t>والأسبوعية</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728B053A"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(30): </w:t>
      </w:r>
      <w:r>
        <w:rPr>
          <w:rFonts w:ascii="Arial" w:hAnsi="Arial" w:cs="Arial"/>
          <w:b/>
          <w:color w:val="0F4761"/>
          <w:sz w:val="22"/>
          <w:rtl w:val="1"/>
        </w:rPr>
        <w:t>الحضور</w:t>
      </w:r>
      <w:r>
        <w:rPr>
          <w:rFonts w:ascii="Arial" w:hAnsi="Arial" w:cs="Arial"/>
          <w:b/>
          <w:color w:val="0F4761"/>
          <w:sz w:val="22"/>
          <w:rtl w:val="1"/>
        </w:rPr>
        <w:t xml:space="preserve"> </w:t>
      </w:r>
      <w:r>
        <w:rPr>
          <w:rFonts w:ascii="Arial" w:hAnsi="Arial" w:cs="Arial"/>
          <w:b/>
          <w:color w:val="0F4761"/>
          <w:sz w:val="22"/>
          <w:rtl w:val="1"/>
        </w:rPr>
        <w:t>والانصراف</w:t>
      </w:r>
    </w:p>
    <w:p w14:paraId="5A547ADA"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بإثبات</w:t>
      </w:r>
      <w:r>
        <w:rPr>
          <w:rFonts w:ascii="Arial" w:hAnsi="Arial" w:cs="Arial"/>
          <w:sz w:val="21"/>
          <w:rtl w:val="1"/>
        </w:rPr>
        <w:t xml:space="preserve"> </w:t>
      </w:r>
      <w:r>
        <w:rPr>
          <w:rFonts w:ascii="Arial" w:hAnsi="Arial" w:cs="Arial"/>
          <w:sz w:val="21"/>
          <w:rtl w:val="1"/>
        </w:rPr>
        <w:t>حضوره</w:t>
      </w:r>
      <w:r>
        <w:rPr>
          <w:rFonts w:ascii="Arial" w:hAnsi="Arial" w:cs="Arial"/>
          <w:sz w:val="21"/>
          <w:rtl w:val="1"/>
        </w:rPr>
        <w:t xml:space="preserve"> </w:t>
      </w:r>
      <w:r>
        <w:rPr>
          <w:rFonts w:ascii="Arial" w:hAnsi="Arial" w:cs="Arial"/>
          <w:sz w:val="21"/>
          <w:rtl w:val="1"/>
        </w:rPr>
        <w:t>وانصرافه</w:t>
      </w:r>
      <w:r>
        <w:rPr>
          <w:rFonts w:ascii="Arial" w:hAnsi="Arial" w:cs="Arial"/>
          <w:sz w:val="21"/>
          <w:rtl w:val="1"/>
        </w:rPr>
        <w:t xml:space="preserve"> </w:t>
      </w:r>
      <w:r>
        <w:rPr>
          <w:rFonts w:ascii="Arial" w:hAnsi="Arial" w:cs="Arial"/>
          <w:sz w:val="21"/>
          <w:rtl w:val="1"/>
        </w:rPr>
        <w:t>بالوسائل</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75F9F5E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(31): </w:t>
      </w:r>
      <w:r>
        <w:rPr>
          <w:rFonts w:ascii="Arial" w:hAnsi="Arial" w:cs="Arial"/>
          <w:b/>
          <w:color w:val="0F4761"/>
          <w:sz w:val="22"/>
          <w:rtl w:val="1"/>
        </w:rPr>
        <w:t>الالتزام</w:t>
      </w:r>
      <w:r>
        <w:rPr>
          <w:rFonts w:ascii="Arial" w:hAnsi="Arial" w:cs="Arial"/>
          <w:b/>
          <w:color w:val="0F4761"/>
          <w:sz w:val="22"/>
          <w:rtl w:val="1"/>
        </w:rPr>
        <w:t xml:space="preserve"> </w:t>
      </w:r>
      <w:r>
        <w:rPr>
          <w:rFonts w:ascii="Arial" w:hAnsi="Arial" w:cs="Arial"/>
          <w:b/>
          <w:color w:val="0F4761"/>
          <w:sz w:val="22"/>
          <w:rtl w:val="1"/>
        </w:rPr>
        <w:t>بمواعيد</w:t>
      </w:r>
      <w:r>
        <w:rPr>
          <w:rFonts w:ascii="Arial" w:hAnsi="Arial" w:cs="Arial"/>
          <w:b/>
          <w:color w:val="0F4761"/>
          <w:sz w:val="22"/>
          <w:rtl w:val="1"/>
        </w:rPr>
        <w:t xml:space="preserve"> </w:t>
      </w:r>
      <w:r>
        <w:rPr>
          <w:rFonts w:ascii="Arial" w:hAnsi="Arial" w:cs="Arial"/>
          <w:b/>
          <w:color w:val="0F4761"/>
          <w:sz w:val="22"/>
          <w:rtl w:val="1"/>
        </w:rPr>
        <w:t>الدوام</w:t>
      </w:r>
    </w:p>
    <w:p w14:paraId="115B90AA" w14:textId="77777777" w:rsidR="009E64B1" w:rsidRDefault="009E64B1" w:rsidP="001F0C09">
      <w:pPr>
        <w:spacing w:before="0" w:after="80" w:line="269" w:lineRule="auto"/>
        <w:jc w:val="both"/>
        <w:bidi w:val="1"/>
      </w:pPr>
      <w:r>
        <w:rPr>
          <w:rFonts w:ascii="Arial" w:hAnsi="Arial" w:cs="Arial"/>
          <w:sz w:val="21"/>
          <w:rtl w:val="1"/>
        </w:rPr>
        <w:t>يجب</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الحضور</w:t>
      </w:r>
      <w:r>
        <w:rPr>
          <w:rFonts w:ascii="Arial" w:hAnsi="Arial" w:cs="Arial"/>
          <w:sz w:val="21"/>
          <w:rtl w:val="1"/>
        </w:rPr>
        <w:t xml:space="preserve"> </w:t>
      </w:r>
      <w:r>
        <w:rPr>
          <w:rFonts w:ascii="Arial" w:hAnsi="Arial" w:cs="Arial"/>
          <w:sz w:val="21"/>
          <w:rtl w:val="1"/>
        </w:rPr>
        <w:t>قبل</w:t>
      </w:r>
      <w:r>
        <w:rPr>
          <w:rFonts w:ascii="Arial" w:hAnsi="Arial" w:cs="Arial"/>
          <w:sz w:val="21"/>
          <w:rtl w:val="1"/>
        </w:rPr>
        <w:t xml:space="preserve"> </w:t>
      </w:r>
      <w:r>
        <w:rPr>
          <w:rFonts w:ascii="Arial" w:hAnsi="Arial" w:cs="Arial"/>
          <w:sz w:val="21"/>
          <w:rtl w:val="1"/>
        </w:rPr>
        <w:t>بدء</w:t>
      </w:r>
      <w:r>
        <w:rPr>
          <w:rFonts w:ascii="Arial" w:hAnsi="Arial" w:cs="Arial"/>
          <w:sz w:val="21"/>
          <w:rtl w:val="1"/>
        </w:rPr>
        <w:t xml:space="preserve"> </w:t>
      </w:r>
      <w:r>
        <w:rPr>
          <w:rFonts w:ascii="Arial" w:hAnsi="Arial" w:cs="Arial"/>
          <w:sz w:val="21"/>
          <w:rtl w:val="1"/>
        </w:rPr>
        <w:t>الدوام</w:t>
      </w:r>
      <w:r>
        <w:rPr>
          <w:rFonts w:ascii="Arial" w:hAnsi="Arial" w:cs="Arial"/>
          <w:sz w:val="21"/>
          <w:rtl w:val="1"/>
        </w:rPr>
        <w:t xml:space="preserve"> </w:t>
      </w:r>
      <w:r>
        <w:rPr>
          <w:rFonts w:ascii="Arial" w:hAnsi="Arial" w:cs="Arial"/>
          <w:sz w:val="21"/>
          <w:rtl w:val="1"/>
        </w:rPr>
        <w:t>والاستعداد</w:t>
      </w:r>
      <w:r>
        <w:rPr>
          <w:rFonts w:ascii="Arial" w:hAnsi="Arial" w:cs="Arial"/>
          <w:sz w:val="21"/>
          <w:rtl w:val="1"/>
        </w:rPr>
        <w:t xml:space="preserve"> </w:t>
      </w:r>
      <w:r>
        <w:rPr>
          <w:rFonts w:ascii="Arial" w:hAnsi="Arial" w:cs="Arial"/>
          <w:sz w:val="21"/>
          <w:rtl w:val="1"/>
        </w:rPr>
        <w:t>لمباشرة</w:t>
      </w:r>
      <w:r>
        <w:rPr>
          <w:rFonts w:ascii="Arial" w:hAnsi="Arial" w:cs="Arial"/>
          <w:sz w:val="21"/>
          <w:rtl w:val="1"/>
        </w:rPr>
        <w:t xml:space="preserve"> </w:t>
      </w:r>
      <w:r>
        <w:rPr>
          <w:rFonts w:ascii="Arial" w:hAnsi="Arial" w:cs="Arial"/>
          <w:sz w:val="21"/>
          <w:rtl w:val="1"/>
        </w:rPr>
        <w:t>مهامه</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الوقت</w:t>
      </w:r>
      <w:r>
        <w:rPr>
          <w:rFonts w:ascii="Arial" w:hAnsi="Arial" w:cs="Arial"/>
          <w:sz w:val="21"/>
          <w:rtl w:val="1"/>
        </w:rPr>
        <w:t xml:space="preserve"> </w:t>
      </w:r>
      <w:r>
        <w:rPr>
          <w:rFonts w:ascii="Arial" w:hAnsi="Arial" w:cs="Arial"/>
          <w:sz w:val="21"/>
          <w:rtl w:val="1"/>
        </w:rPr>
        <w:t>المحدد</w:t>
      </w:r>
      <w:r>
        <w:rPr>
          <w:rFonts w:ascii="Arial" w:hAnsi="Arial" w:cs="Arial"/>
          <w:sz w:val="21"/>
          <w:rtl w:val="1"/>
        </w:rPr>
        <w:t>.</w:t>
      </w:r>
    </w:p>
    <w:p w14:paraId="00C972E6"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(32): </w:t>
      </w:r>
      <w:r>
        <w:rPr>
          <w:rFonts w:ascii="Arial" w:hAnsi="Arial" w:cs="Arial"/>
          <w:b/>
          <w:color w:val="0F4761"/>
          <w:sz w:val="22"/>
          <w:rtl w:val="1"/>
        </w:rPr>
        <w:t>التأخر</w:t>
      </w:r>
    </w:p>
    <w:p w14:paraId="4B498A51" w14:textId="77777777" w:rsidR="009E64B1" w:rsidRDefault="009E64B1" w:rsidP="001F0C09">
      <w:pPr>
        <w:spacing w:before="0" w:after="80" w:line="269" w:lineRule="auto"/>
        <w:jc w:val="both"/>
        <w:bidi w:val="1"/>
      </w:pPr>
      <w:r>
        <w:rPr>
          <w:rFonts w:ascii="Arial" w:hAnsi="Arial" w:cs="Arial"/>
          <w:sz w:val="21"/>
          <w:rtl w:val="1"/>
        </w:rPr>
        <w:t>يعد</w:t>
      </w:r>
      <w:r>
        <w:rPr>
          <w:rFonts w:ascii="Arial" w:hAnsi="Arial" w:cs="Arial"/>
          <w:sz w:val="21"/>
          <w:rtl w:val="1"/>
        </w:rPr>
        <w:t xml:space="preserve"> </w:t>
      </w:r>
      <w:r>
        <w:rPr>
          <w:rFonts w:ascii="Arial" w:hAnsi="Arial" w:cs="Arial"/>
          <w:sz w:val="21"/>
          <w:rtl w:val="1"/>
        </w:rPr>
        <w:t>التأخر</w:t>
      </w:r>
      <w:r>
        <w:rPr>
          <w:rFonts w:ascii="Arial" w:hAnsi="Arial" w:cs="Arial"/>
          <w:sz w:val="21"/>
          <w:rtl w:val="1"/>
        </w:rPr>
        <w:t xml:space="preserve"> </w:t>
      </w:r>
      <w:r>
        <w:rPr>
          <w:rFonts w:ascii="Arial" w:hAnsi="Arial" w:cs="Arial"/>
          <w:sz w:val="21"/>
          <w:rtl w:val="1"/>
        </w:rPr>
        <w:t>عن</w:t>
      </w:r>
      <w:r>
        <w:rPr>
          <w:rFonts w:ascii="Arial" w:hAnsi="Arial" w:cs="Arial"/>
          <w:sz w:val="21"/>
          <w:rtl w:val="1"/>
        </w:rPr>
        <w:t xml:space="preserve"> </w:t>
      </w:r>
      <w:r>
        <w:rPr>
          <w:rFonts w:ascii="Arial" w:hAnsi="Arial" w:cs="Arial"/>
          <w:sz w:val="21"/>
          <w:rtl w:val="1"/>
        </w:rPr>
        <w:t>الدوام</w:t>
      </w:r>
      <w:r>
        <w:rPr>
          <w:rFonts w:ascii="Arial" w:hAnsi="Arial" w:cs="Arial"/>
          <w:sz w:val="21"/>
          <w:rtl w:val="1"/>
        </w:rPr>
        <w:t xml:space="preserve"> </w:t>
      </w:r>
      <w:r>
        <w:rPr>
          <w:rFonts w:ascii="Arial" w:hAnsi="Arial" w:cs="Arial"/>
          <w:sz w:val="21"/>
          <w:rtl w:val="1"/>
        </w:rPr>
        <w:t>دون</w:t>
      </w:r>
      <w:r>
        <w:rPr>
          <w:rFonts w:ascii="Arial" w:hAnsi="Arial" w:cs="Arial"/>
          <w:sz w:val="21"/>
          <w:rtl w:val="1"/>
        </w:rPr>
        <w:t xml:space="preserve"> </w:t>
      </w:r>
      <w:r>
        <w:rPr>
          <w:rFonts w:ascii="Arial" w:hAnsi="Arial" w:cs="Arial"/>
          <w:sz w:val="21"/>
          <w:rtl w:val="1"/>
        </w:rPr>
        <w:t>عذر</w:t>
      </w:r>
      <w:r>
        <w:rPr>
          <w:rFonts w:ascii="Arial" w:hAnsi="Arial" w:cs="Arial"/>
          <w:sz w:val="21"/>
          <w:rtl w:val="1"/>
        </w:rPr>
        <w:t xml:space="preserve"> </w:t>
      </w:r>
      <w:r>
        <w:rPr>
          <w:rFonts w:ascii="Arial" w:hAnsi="Arial" w:cs="Arial"/>
          <w:sz w:val="21"/>
          <w:rtl w:val="1"/>
        </w:rPr>
        <w:t>مقبول</w:t>
      </w:r>
      <w:r>
        <w:rPr>
          <w:rFonts w:ascii="Arial" w:hAnsi="Arial" w:cs="Arial"/>
          <w:sz w:val="21"/>
          <w:rtl w:val="1"/>
        </w:rPr>
        <w:t xml:space="preserve"> </w:t>
      </w:r>
      <w:r>
        <w:rPr>
          <w:rFonts w:ascii="Arial" w:hAnsi="Arial" w:cs="Arial"/>
          <w:sz w:val="21"/>
          <w:rtl w:val="1"/>
        </w:rPr>
        <w:t>مخالفة</w:t>
      </w:r>
      <w:r>
        <w:rPr>
          <w:rFonts w:ascii="Arial" w:hAnsi="Arial" w:cs="Arial"/>
          <w:sz w:val="21"/>
          <w:rtl w:val="1"/>
        </w:rPr>
        <w:t xml:space="preserve"> </w:t>
      </w:r>
      <w:r>
        <w:rPr>
          <w:rFonts w:ascii="Arial" w:hAnsi="Arial" w:cs="Arial"/>
          <w:sz w:val="21"/>
          <w:rtl w:val="1"/>
        </w:rPr>
        <w:t>إدارية،</w:t>
      </w:r>
      <w:r>
        <w:rPr>
          <w:rFonts w:ascii="Arial" w:hAnsi="Arial" w:cs="Arial"/>
          <w:sz w:val="21"/>
          <w:rtl w:val="1"/>
        </w:rPr>
        <w:t xml:space="preserve"> </w:t>
      </w:r>
      <w:r>
        <w:rPr>
          <w:rFonts w:ascii="Arial" w:hAnsi="Arial" w:cs="Arial"/>
          <w:sz w:val="21"/>
          <w:rtl w:val="1"/>
        </w:rPr>
        <w:t>وتتخذ</w:t>
      </w:r>
      <w:r>
        <w:rPr>
          <w:rFonts w:ascii="Arial" w:hAnsi="Arial" w:cs="Arial"/>
          <w:sz w:val="21"/>
          <w:rtl w:val="1"/>
        </w:rPr>
        <w:t xml:space="preserve"> </w:t>
      </w:r>
      <w:r>
        <w:rPr>
          <w:rFonts w:ascii="Arial" w:hAnsi="Arial" w:cs="Arial"/>
          <w:sz w:val="21"/>
          <w:rtl w:val="1"/>
        </w:rPr>
        <w:t>بشأنه</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w:t>
      </w:r>
    </w:p>
    <w:p w14:paraId="5F4C181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(33): </w:t>
      </w:r>
      <w:r>
        <w:rPr>
          <w:rFonts w:ascii="Arial" w:hAnsi="Arial" w:cs="Arial"/>
          <w:b/>
          <w:color w:val="0F4761"/>
          <w:sz w:val="22"/>
          <w:rtl w:val="1"/>
        </w:rPr>
        <w:t>الانصراف</w:t>
      </w:r>
      <w:r>
        <w:rPr>
          <w:rFonts w:ascii="Arial" w:hAnsi="Arial" w:cs="Arial"/>
          <w:b/>
          <w:color w:val="0F4761"/>
          <w:sz w:val="22"/>
          <w:rtl w:val="1"/>
        </w:rPr>
        <w:t xml:space="preserve"> </w:t>
      </w:r>
      <w:r>
        <w:rPr>
          <w:rFonts w:ascii="Arial" w:hAnsi="Arial" w:cs="Arial"/>
          <w:b/>
          <w:color w:val="0F4761"/>
          <w:sz w:val="22"/>
          <w:rtl w:val="1"/>
        </w:rPr>
        <w:t>أثناء</w:t>
      </w:r>
      <w:r>
        <w:rPr>
          <w:rFonts w:ascii="Arial" w:hAnsi="Arial" w:cs="Arial"/>
          <w:b/>
          <w:color w:val="0F4761"/>
          <w:sz w:val="22"/>
          <w:rtl w:val="1"/>
        </w:rPr>
        <w:t xml:space="preserve"> </w:t>
      </w:r>
      <w:r>
        <w:rPr>
          <w:rFonts w:ascii="Arial" w:hAnsi="Arial" w:cs="Arial"/>
          <w:b/>
          <w:color w:val="0F4761"/>
          <w:sz w:val="22"/>
          <w:rtl w:val="1"/>
        </w:rPr>
        <w:t>الدوام</w:t>
      </w:r>
    </w:p>
    <w:p w14:paraId="05445D42" w14:textId="77777777" w:rsidR="009E64B1" w:rsidRDefault="009E64B1" w:rsidP="001F0C09">
      <w:pPr>
        <w:spacing w:before="0" w:after="80" w:line="269" w:lineRule="auto"/>
        <w:jc w:val="both"/>
        <w:bidi w:val="1"/>
      </w:pPr>
      <w:r>
        <w:rPr>
          <w:rFonts w:ascii="Arial" w:hAnsi="Arial" w:cs="Arial"/>
          <w:sz w:val="21"/>
          <w:rtl w:val="1"/>
        </w:rPr>
        <w:t>لا</w:t>
      </w:r>
      <w:r>
        <w:rPr>
          <w:rFonts w:ascii="Arial" w:hAnsi="Arial" w:cs="Arial"/>
          <w:sz w:val="21"/>
          <w:rtl w:val="1"/>
        </w:rPr>
        <w:t xml:space="preserve"> </w:t>
      </w:r>
      <w:r>
        <w:rPr>
          <w:rFonts w:ascii="Arial" w:hAnsi="Arial" w:cs="Arial"/>
          <w:sz w:val="21"/>
          <w:rtl w:val="1"/>
        </w:rPr>
        <w:t>يجوز</w:t>
      </w:r>
      <w:r>
        <w:rPr>
          <w:rFonts w:ascii="Arial" w:hAnsi="Arial" w:cs="Arial"/>
          <w:sz w:val="21"/>
          <w:rtl w:val="1"/>
        </w:rPr>
        <w:t xml:space="preserve"> </w:t>
      </w:r>
      <w:r>
        <w:rPr>
          <w:rFonts w:ascii="Arial" w:hAnsi="Arial" w:cs="Arial"/>
          <w:sz w:val="21"/>
          <w:rtl w:val="1"/>
        </w:rPr>
        <w:t>مغادرة</w:t>
      </w:r>
      <w:r>
        <w:rPr>
          <w:rFonts w:ascii="Arial" w:hAnsi="Arial" w:cs="Arial"/>
          <w:sz w:val="21"/>
          <w:rtl w:val="1"/>
        </w:rPr>
        <w:t xml:space="preserve"> </w:t>
      </w:r>
      <w:r>
        <w:rPr>
          <w:rFonts w:ascii="Arial" w:hAnsi="Arial" w:cs="Arial"/>
          <w:sz w:val="21"/>
          <w:rtl w:val="1"/>
        </w:rPr>
        <w:t>مقر</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أثناء</w:t>
      </w:r>
      <w:r>
        <w:rPr>
          <w:rFonts w:ascii="Arial" w:hAnsi="Arial" w:cs="Arial"/>
          <w:sz w:val="21"/>
          <w:rtl w:val="1"/>
        </w:rPr>
        <w:t xml:space="preserve"> </w:t>
      </w:r>
      <w:r>
        <w:rPr>
          <w:rFonts w:ascii="Arial" w:hAnsi="Arial" w:cs="Arial"/>
          <w:sz w:val="21"/>
          <w:rtl w:val="1"/>
        </w:rPr>
        <w:t>الدوام</w:t>
      </w:r>
      <w:r>
        <w:rPr>
          <w:rFonts w:ascii="Arial" w:hAnsi="Arial" w:cs="Arial"/>
          <w:sz w:val="21"/>
          <w:rtl w:val="1"/>
        </w:rPr>
        <w:t xml:space="preserve"> </w:t>
      </w:r>
      <w:r>
        <w:rPr>
          <w:rFonts w:ascii="Arial" w:hAnsi="Arial" w:cs="Arial"/>
          <w:sz w:val="21"/>
          <w:rtl w:val="1"/>
        </w:rPr>
        <w:t>إلا</w:t>
      </w:r>
      <w:r>
        <w:rPr>
          <w:rFonts w:ascii="Arial" w:hAnsi="Arial" w:cs="Arial"/>
          <w:sz w:val="21"/>
          <w:rtl w:val="1"/>
        </w:rPr>
        <w:t xml:space="preserve"> </w:t>
      </w:r>
      <w:r>
        <w:rPr>
          <w:rFonts w:ascii="Arial" w:hAnsi="Arial" w:cs="Arial"/>
          <w:sz w:val="21"/>
          <w:rtl w:val="1"/>
        </w:rPr>
        <w:t>بإذن</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الرئيس</w:t>
      </w:r>
      <w:r>
        <w:rPr>
          <w:rFonts w:ascii="Arial" w:hAnsi="Arial" w:cs="Arial"/>
          <w:sz w:val="21"/>
          <w:rtl w:val="1"/>
        </w:rPr>
        <w:t xml:space="preserve"> </w:t>
      </w:r>
      <w:r>
        <w:rPr>
          <w:rFonts w:ascii="Arial" w:hAnsi="Arial" w:cs="Arial"/>
          <w:sz w:val="21"/>
          <w:rtl w:val="1"/>
        </w:rPr>
        <w:t>المباشر</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يفوضه</w:t>
      </w:r>
      <w:r>
        <w:rPr>
          <w:rFonts w:ascii="Arial" w:hAnsi="Arial" w:cs="Arial"/>
          <w:sz w:val="21"/>
          <w:rtl w:val="1"/>
        </w:rPr>
        <w:t>.</w:t>
      </w:r>
    </w:p>
    <w:p w14:paraId="2ABA63FA"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(34): </w:t>
      </w:r>
      <w:r>
        <w:rPr>
          <w:rFonts w:ascii="Arial" w:hAnsi="Arial" w:cs="Arial"/>
          <w:b/>
          <w:color w:val="0F4761"/>
          <w:sz w:val="22"/>
          <w:rtl w:val="1"/>
        </w:rPr>
        <w:t>الغياب</w:t>
      </w:r>
    </w:p>
    <w:p w14:paraId="4B9A2DBC"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بإبلاغ</w:t>
      </w:r>
      <w:r>
        <w:rPr>
          <w:rFonts w:ascii="Arial" w:hAnsi="Arial" w:cs="Arial"/>
          <w:sz w:val="21"/>
          <w:rtl w:val="1"/>
        </w:rPr>
        <w:t xml:space="preserve"> </w:t>
      </w:r>
      <w:r>
        <w:rPr>
          <w:rFonts w:ascii="Arial" w:hAnsi="Arial" w:cs="Arial"/>
          <w:sz w:val="21"/>
          <w:rtl w:val="1"/>
        </w:rPr>
        <w:t>رئيسه</w:t>
      </w:r>
      <w:r>
        <w:rPr>
          <w:rFonts w:ascii="Arial" w:hAnsi="Arial" w:cs="Arial"/>
          <w:sz w:val="21"/>
          <w:rtl w:val="1"/>
        </w:rPr>
        <w:t xml:space="preserve"> </w:t>
      </w:r>
      <w:r>
        <w:rPr>
          <w:rFonts w:ascii="Arial" w:hAnsi="Arial" w:cs="Arial"/>
          <w:sz w:val="21"/>
          <w:rtl w:val="1"/>
        </w:rPr>
        <w:t>المباشر</w:t>
      </w:r>
      <w:r>
        <w:rPr>
          <w:rFonts w:ascii="Arial" w:hAnsi="Arial" w:cs="Arial"/>
          <w:sz w:val="21"/>
          <w:rtl w:val="1"/>
        </w:rPr>
        <w:t xml:space="preserve"> </w:t>
      </w:r>
      <w:r>
        <w:rPr>
          <w:rFonts w:ascii="Arial" w:hAnsi="Arial" w:cs="Arial"/>
          <w:sz w:val="21"/>
          <w:rtl w:val="1"/>
        </w:rPr>
        <w:t>عند</w:t>
      </w:r>
      <w:r>
        <w:rPr>
          <w:rFonts w:ascii="Arial" w:hAnsi="Arial" w:cs="Arial"/>
          <w:sz w:val="21"/>
          <w:rtl w:val="1"/>
        </w:rPr>
        <w:t xml:space="preserve"> </w:t>
      </w:r>
      <w:r>
        <w:rPr>
          <w:rFonts w:ascii="Arial" w:hAnsi="Arial" w:cs="Arial"/>
          <w:sz w:val="21"/>
          <w:rtl w:val="1"/>
        </w:rPr>
        <w:t>تعذر</w:t>
      </w:r>
      <w:r>
        <w:rPr>
          <w:rFonts w:ascii="Arial" w:hAnsi="Arial" w:cs="Arial"/>
          <w:sz w:val="21"/>
          <w:rtl w:val="1"/>
        </w:rPr>
        <w:t xml:space="preserve"> </w:t>
      </w:r>
      <w:r>
        <w:rPr>
          <w:rFonts w:ascii="Arial" w:hAnsi="Arial" w:cs="Arial"/>
          <w:sz w:val="21"/>
          <w:rtl w:val="1"/>
        </w:rPr>
        <w:t>حضوره</w:t>
      </w:r>
      <w:r>
        <w:rPr>
          <w:rFonts w:ascii="Arial" w:hAnsi="Arial" w:cs="Arial"/>
          <w:sz w:val="21"/>
          <w:rtl w:val="1"/>
        </w:rPr>
        <w:t xml:space="preserve"> </w:t>
      </w:r>
      <w:r>
        <w:rPr>
          <w:rFonts w:ascii="Arial" w:hAnsi="Arial" w:cs="Arial"/>
          <w:sz w:val="21"/>
          <w:rtl w:val="1"/>
        </w:rPr>
        <w:t>وتقديم</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يثبت</w:t>
      </w:r>
      <w:r>
        <w:rPr>
          <w:rFonts w:ascii="Arial" w:hAnsi="Arial" w:cs="Arial"/>
          <w:sz w:val="21"/>
          <w:rtl w:val="1"/>
        </w:rPr>
        <w:t xml:space="preserve"> </w:t>
      </w:r>
      <w:r>
        <w:rPr>
          <w:rFonts w:ascii="Arial" w:hAnsi="Arial" w:cs="Arial"/>
          <w:sz w:val="21"/>
          <w:rtl w:val="1"/>
        </w:rPr>
        <w:t>العذر</w:t>
      </w:r>
      <w:r>
        <w:rPr>
          <w:rFonts w:ascii="Arial" w:hAnsi="Arial" w:cs="Arial"/>
          <w:sz w:val="21"/>
          <w:rtl w:val="1"/>
        </w:rPr>
        <w:t xml:space="preserve"> </w:t>
      </w:r>
      <w:r>
        <w:rPr>
          <w:rFonts w:ascii="Arial" w:hAnsi="Arial" w:cs="Arial"/>
          <w:sz w:val="21"/>
          <w:rtl w:val="1"/>
        </w:rPr>
        <w:t>عند</w:t>
      </w:r>
      <w:r>
        <w:rPr>
          <w:rFonts w:ascii="Arial" w:hAnsi="Arial" w:cs="Arial"/>
          <w:sz w:val="21"/>
          <w:rtl w:val="1"/>
        </w:rPr>
        <w:t xml:space="preserve"> </w:t>
      </w:r>
      <w:r>
        <w:rPr>
          <w:rFonts w:ascii="Arial" w:hAnsi="Arial" w:cs="Arial"/>
          <w:sz w:val="21"/>
          <w:rtl w:val="1"/>
        </w:rPr>
        <w:t>الطلب</w:t>
      </w:r>
      <w:r>
        <w:rPr>
          <w:rFonts w:ascii="Arial" w:hAnsi="Arial" w:cs="Arial"/>
          <w:sz w:val="21"/>
          <w:rtl w:val="1"/>
        </w:rPr>
        <w:t>.</w:t>
      </w:r>
    </w:p>
    <w:p w14:paraId="74D95CC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(35): </w:t>
      </w:r>
      <w:r>
        <w:rPr>
          <w:rFonts w:ascii="Arial" w:hAnsi="Arial" w:cs="Arial"/>
          <w:b/>
          <w:color w:val="0F4761"/>
          <w:sz w:val="22"/>
          <w:rtl w:val="1"/>
        </w:rPr>
        <w:t>العمل</w:t>
      </w:r>
      <w:r>
        <w:rPr>
          <w:rFonts w:ascii="Arial" w:hAnsi="Arial" w:cs="Arial"/>
          <w:b/>
          <w:color w:val="0F4761"/>
          <w:sz w:val="22"/>
          <w:rtl w:val="1"/>
        </w:rPr>
        <w:t xml:space="preserve"> </w:t>
      </w:r>
      <w:r>
        <w:rPr>
          <w:rFonts w:ascii="Arial" w:hAnsi="Arial" w:cs="Arial"/>
          <w:b/>
          <w:color w:val="0F4761"/>
          <w:sz w:val="22"/>
          <w:rtl w:val="1"/>
        </w:rPr>
        <w:t>عن</w:t>
      </w:r>
      <w:r>
        <w:rPr>
          <w:rFonts w:ascii="Arial" w:hAnsi="Arial" w:cs="Arial"/>
          <w:b/>
          <w:color w:val="0F4761"/>
          <w:sz w:val="22"/>
          <w:rtl w:val="1"/>
        </w:rPr>
        <w:t xml:space="preserve"> </w:t>
      </w:r>
      <w:r>
        <w:rPr>
          <w:rFonts w:ascii="Arial" w:hAnsi="Arial" w:cs="Arial"/>
          <w:b/>
          <w:color w:val="0F4761"/>
          <w:sz w:val="22"/>
          <w:rtl w:val="1"/>
        </w:rPr>
        <w:t>بعد</w:t>
      </w:r>
    </w:p>
    <w:p w14:paraId="51CA7765"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 xml:space="preserve"> </w:t>
      </w:r>
      <w:r>
        <w:rPr>
          <w:rFonts w:ascii="Arial" w:hAnsi="Arial" w:cs="Arial"/>
          <w:sz w:val="21"/>
          <w:rtl w:val="1"/>
        </w:rPr>
        <w:t>تطبيق</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عن</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لبعض</w:t>
      </w:r>
      <w:r>
        <w:rPr>
          <w:rFonts w:ascii="Arial" w:hAnsi="Arial" w:cs="Arial"/>
          <w:sz w:val="21"/>
          <w:rtl w:val="1"/>
        </w:rPr>
        <w:t xml:space="preserve"> </w:t>
      </w:r>
      <w:r>
        <w:rPr>
          <w:rFonts w:ascii="Arial" w:hAnsi="Arial" w:cs="Arial"/>
          <w:sz w:val="21"/>
          <w:rtl w:val="1"/>
        </w:rPr>
        <w:t>الوظائف</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ضوابط</w:t>
      </w:r>
      <w:r>
        <w:rPr>
          <w:rFonts w:ascii="Arial" w:hAnsi="Arial" w:cs="Arial"/>
          <w:sz w:val="21"/>
          <w:rtl w:val="1"/>
        </w:rPr>
        <w:t xml:space="preserve"> </w:t>
      </w:r>
      <w:r>
        <w:rPr>
          <w:rFonts w:ascii="Arial" w:hAnsi="Arial" w:cs="Arial"/>
          <w:sz w:val="21"/>
          <w:rtl w:val="1"/>
        </w:rPr>
        <w:t>وتعليمات</w:t>
      </w:r>
      <w:r>
        <w:rPr>
          <w:rFonts w:ascii="Arial" w:hAnsi="Arial" w:cs="Arial"/>
          <w:sz w:val="21"/>
          <w:rtl w:val="1"/>
        </w:rPr>
        <w:t xml:space="preserve"> </w:t>
      </w:r>
      <w:r>
        <w:rPr>
          <w:rFonts w:ascii="Arial" w:hAnsi="Arial" w:cs="Arial"/>
          <w:sz w:val="21"/>
          <w:rtl w:val="1"/>
        </w:rPr>
        <w:t>تعتمدها</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w:t>
      </w:r>
    </w:p>
    <w:p w14:paraId="5F5343D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(36): </w:t>
      </w:r>
      <w:r>
        <w:rPr>
          <w:rFonts w:ascii="Arial" w:hAnsi="Arial" w:cs="Arial"/>
          <w:b/>
          <w:color w:val="0F4761"/>
          <w:sz w:val="22"/>
          <w:rtl w:val="1"/>
        </w:rPr>
        <w:t>سجلات</w:t>
      </w:r>
      <w:r>
        <w:rPr>
          <w:rFonts w:ascii="Arial" w:hAnsi="Arial" w:cs="Arial"/>
          <w:b/>
          <w:color w:val="0F4761"/>
          <w:sz w:val="22"/>
          <w:rtl w:val="1"/>
        </w:rPr>
        <w:t xml:space="preserve"> </w:t>
      </w:r>
      <w:r>
        <w:rPr>
          <w:rFonts w:ascii="Arial" w:hAnsi="Arial" w:cs="Arial"/>
          <w:b/>
          <w:color w:val="0F4761"/>
          <w:sz w:val="22"/>
          <w:rtl w:val="1"/>
        </w:rPr>
        <w:t>الدوام</w:t>
      </w:r>
    </w:p>
    <w:p w14:paraId="185D98DF" w14:textId="77777777" w:rsidR="009E64B1" w:rsidRDefault="009E64B1" w:rsidP="001F0C09">
      <w:pPr>
        <w:spacing w:before="0" w:after="80" w:line="269" w:lineRule="auto"/>
        <w:jc w:val="both"/>
        <w:bidi w:val="1"/>
      </w:pPr>
      <w:r>
        <w:rPr>
          <w:rFonts w:ascii="Arial" w:hAnsi="Arial" w:cs="Arial"/>
          <w:sz w:val="21"/>
          <w:rtl w:val="1"/>
        </w:rPr>
        <w:t>تحتفظ</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بسجلات</w:t>
      </w:r>
      <w:r>
        <w:rPr>
          <w:rFonts w:ascii="Arial" w:hAnsi="Arial" w:cs="Arial"/>
          <w:sz w:val="21"/>
          <w:rtl w:val="1"/>
        </w:rPr>
        <w:t xml:space="preserve"> </w:t>
      </w:r>
      <w:r>
        <w:rPr>
          <w:rFonts w:ascii="Arial" w:hAnsi="Arial" w:cs="Arial"/>
          <w:sz w:val="21"/>
          <w:rtl w:val="1"/>
        </w:rPr>
        <w:t>الحضور</w:t>
      </w:r>
      <w:r>
        <w:rPr>
          <w:rFonts w:ascii="Arial" w:hAnsi="Arial" w:cs="Arial"/>
          <w:sz w:val="21"/>
          <w:rtl w:val="1"/>
        </w:rPr>
        <w:t xml:space="preserve"> </w:t>
      </w:r>
      <w:r>
        <w:rPr>
          <w:rFonts w:ascii="Arial" w:hAnsi="Arial" w:cs="Arial"/>
          <w:sz w:val="21"/>
          <w:rtl w:val="1"/>
        </w:rPr>
        <w:t>والانصراف</w:t>
      </w:r>
      <w:r>
        <w:rPr>
          <w:rFonts w:ascii="Arial" w:hAnsi="Arial" w:cs="Arial"/>
          <w:sz w:val="21"/>
          <w:rtl w:val="1"/>
        </w:rPr>
        <w:t xml:space="preserve"> </w:t>
      </w:r>
      <w:r>
        <w:rPr>
          <w:rFonts w:ascii="Arial" w:hAnsi="Arial" w:cs="Arial"/>
          <w:sz w:val="21"/>
          <w:rtl w:val="1"/>
        </w:rPr>
        <w:t>والغياب</w:t>
      </w:r>
      <w:r>
        <w:rPr>
          <w:rFonts w:ascii="Arial" w:hAnsi="Arial" w:cs="Arial"/>
          <w:sz w:val="21"/>
          <w:rtl w:val="1"/>
        </w:rPr>
        <w:t xml:space="preserve"> </w:t>
      </w:r>
      <w:r>
        <w:rPr>
          <w:rFonts w:ascii="Arial" w:hAnsi="Arial" w:cs="Arial"/>
          <w:sz w:val="21"/>
          <w:rtl w:val="1"/>
        </w:rPr>
        <w:t>وتعد</w:t>
      </w:r>
      <w:r>
        <w:rPr>
          <w:rFonts w:ascii="Arial" w:hAnsi="Arial" w:cs="Arial"/>
          <w:sz w:val="21"/>
          <w:rtl w:val="1"/>
        </w:rPr>
        <w:t xml:space="preserve"> </w:t>
      </w:r>
      <w:r>
        <w:rPr>
          <w:rFonts w:ascii="Arial" w:hAnsi="Arial" w:cs="Arial"/>
          <w:sz w:val="21"/>
          <w:rtl w:val="1"/>
        </w:rPr>
        <w:t>مرجعًا</w:t>
      </w:r>
      <w:r>
        <w:rPr>
          <w:rFonts w:ascii="Arial" w:hAnsi="Arial" w:cs="Arial"/>
          <w:sz w:val="21"/>
          <w:rtl w:val="1"/>
        </w:rPr>
        <w:t xml:space="preserve"> </w:t>
      </w:r>
      <w:r>
        <w:rPr>
          <w:rFonts w:ascii="Arial" w:hAnsi="Arial" w:cs="Arial"/>
          <w:sz w:val="21"/>
          <w:rtl w:val="1"/>
        </w:rPr>
        <w:t>رسميًا</w:t>
      </w:r>
      <w:r>
        <w:rPr>
          <w:rFonts w:ascii="Arial" w:hAnsi="Arial" w:cs="Arial"/>
          <w:sz w:val="21"/>
          <w:rtl w:val="1"/>
        </w:rPr>
        <w:t>.</w:t>
      </w:r>
    </w:p>
    <w:p w14:paraId="59BE64B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(37): </w:t>
      </w:r>
      <w:r>
        <w:rPr>
          <w:rFonts w:ascii="Arial" w:hAnsi="Arial" w:cs="Arial"/>
          <w:b/>
          <w:color w:val="0F4761"/>
          <w:sz w:val="22"/>
          <w:rtl w:val="1"/>
        </w:rPr>
        <w:t>الزيارات</w:t>
      </w:r>
      <w:r>
        <w:rPr>
          <w:rFonts w:ascii="Arial" w:hAnsi="Arial" w:cs="Arial"/>
          <w:b/>
          <w:color w:val="0F4761"/>
          <w:sz w:val="22"/>
          <w:rtl w:val="1"/>
        </w:rPr>
        <w:t xml:space="preserve"> </w:t>
      </w:r>
      <w:r>
        <w:rPr>
          <w:rFonts w:ascii="Arial" w:hAnsi="Arial" w:cs="Arial"/>
          <w:b/>
          <w:color w:val="0F4761"/>
          <w:sz w:val="22"/>
          <w:rtl w:val="1"/>
        </w:rPr>
        <w:t>والمهام</w:t>
      </w:r>
      <w:r>
        <w:rPr>
          <w:rFonts w:ascii="Arial" w:hAnsi="Arial" w:cs="Arial"/>
          <w:b/>
          <w:color w:val="0F4761"/>
          <w:sz w:val="22"/>
          <w:rtl w:val="1"/>
        </w:rPr>
        <w:t xml:space="preserve"> </w:t>
      </w:r>
      <w:r>
        <w:rPr>
          <w:rFonts w:ascii="Arial" w:hAnsi="Arial" w:cs="Arial"/>
          <w:b/>
          <w:color w:val="0F4761"/>
          <w:sz w:val="22"/>
          <w:rtl w:val="1"/>
        </w:rPr>
        <w:t>الخارجية</w:t>
      </w:r>
    </w:p>
    <w:p w14:paraId="782AF282" w14:textId="77777777" w:rsidR="009E64B1" w:rsidRDefault="009E64B1" w:rsidP="001F0C09">
      <w:pPr>
        <w:spacing w:before="0" w:after="80" w:line="269" w:lineRule="auto"/>
        <w:jc w:val="both"/>
        <w:bidi w:val="1"/>
      </w:pPr>
      <w:r>
        <w:rPr>
          <w:rFonts w:ascii="Arial" w:hAnsi="Arial" w:cs="Arial"/>
          <w:sz w:val="21"/>
          <w:rtl w:val="1"/>
        </w:rPr>
        <w:t>تحتسب</w:t>
      </w:r>
      <w:r>
        <w:rPr>
          <w:rFonts w:ascii="Arial" w:hAnsi="Arial" w:cs="Arial"/>
          <w:sz w:val="21"/>
          <w:rtl w:val="1"/>
        </w:rPr>
        <w:t xml:space="preserve"> </w:t>
      </w:r>
      <w:r>
        <w:rPr>
          <w:rFonts w:ascii="Arial" w:hAnsi="Arial" w:cs="Arial"/>
          <w:sz w:val="21"/>
          <w:rtl w:val="1"/>
        </w:rPr>
        <w:t>المهام</w:t>
      </w:r>
      <w:r>
        <w:rPr>
          <w:rFonts w:ascii="Arial" w:hAnsi="Arial" w:cs="Arial"/>
          <w:sz w:val="21"/>
          <w:rtl w:val="1"/>
        </w:rPr>
        <w:t xml:space="preserve"> </w:t>
      </w:r>
      <w:r>
        <w:rPr>
          <w:rFonts w:ascii="Arial" w:hAnsi="Arial" w:cs="Arial"/>
          <w:sz w:val="21"/>
          <w:rtl w:val="1"/>
        </w:rPr>
        <w:t>الخارجية</w:t>
      </w:r>
      <w:r>
        <w:rPr>
          <w:rFonts w:ascii="Arial" w:hAnsi="Arial" w:cs="Arial"/>
          <w:sz w:val="21"/>
          <w:rtl w:val="1"/>
        </w:rPr>
        <w:t xml:space="preserve"> </w:t>
      </w:r>
      <w:r>
        <w:rPr>
          <w:rFonts w:ascii="Arial" w:hAnsi="Arial" w:cs="Arial"/>
          <w:sz w:val="21"/>
          <w:rtl w:val="1"/>
        </w:rPr>
        <w:t>الرسمية</w:t>
      </w:r>
      <w:r>
        <w:rPr>
          <w:rFonts w:ascii="Arial" w:hAnsi="Arial" w:cs="Arial"/>
          <w:sz w:val="21"/>
          <w:rtl w:val="1"/>
        </w:rPr>
        <w:t xml:space="preserve"> </w:t>
      </w:r>
      <w:r>
        <w:rPr>
          <w:rFonts w:ascii="Arial" w:hAnsi="Arial" w:cs="Arial"/>
          <w:sz w:val="21"/>
          <w:rtl w:val="1"/>
        </w:rPr>
        <w:t>ضمن</w:t>
      </w:r>
      <w:r>
        <w:rPr>
          <w:rFonts w:ascii="Arial" w:hAnsi="Arial" w:cs="Arial"/>
          <w:sz w:val="21"/>
          <w:rtl w:val="1"/>
        </w:rPr>
        <w:t xml:space="preserve"> </w:t>
      </w:r>
      <w:r>
        <w:rPr>
          <w:rFonts w:ascii="Arial" w:hAnsi="Arial" w:cs="Arial"/>
          <w:sz w:val="21"/>
          <w:rtl w:val="1"/>
        </w:rPr>
        <w:t>وقت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اعتمادها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الجهة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w:t>
      </w:r>
    </w:p>
    <w:p w14:paraId="22A6553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(38): </w:t>
      </w:r>
      <w:r>
        <w:rPr>
          <w:rFonts w:ascii="Arial" w:hAnsi="Arial" w:cs="Arial"/>
          <w:b/>
          <w:color w:val="0F4761"/>
          <w:sz w:val="22"/>
          <w:rtl w:val="1"/>
        </w:rPr>
        <w:t>الالتزام</w:t>
      </w:r>
      <w:r>
        <w:rPr>
          <w:rFonts w:ascii="Arial" w:hAnsi="Arial" w:cs="Arial"/>
          <w:b/>
          <w:color w:val="0F4761"/>
          <w:sz w:val="22"/>
          <w:rtl w:val="1"/>
        </w:rPr>
        <w:t xml:space="preserve"> </w:t>
      </w:r>
      <w:r>
        <w:rPr>
          <w:rFonts w:ascii="Arial" w:hAnsi="Arial" w:cs="Arial"/>
          <w:b/>
          <w:color w:val="0F4761"/>
          <w:sz w:val="22"/>
          <w:rtl w:val="1"/>
        </w:rPr>
        <w:t>بتنظيم</w:t>
      </w:r>
      <w:r>
        <w:rPr>
          <w:rFonts w:ascii="Arial" w:hAnsi="Arial" w:cs="Arial"/>
          <w:b/>
          <w:color w:val="0F4761"/>
          <w:sz w:val="22"/>
          <w:rtl w:val="1"/>
        </w:rPr>
        <w:t xml:space="preserve"> </w:t>
      </w:r>
      <w:r>
        <w:rPr>
          <w:rFonts w:ascii="Arial" w:hAnsi="Arial" w:cs="Arial"/>
          <w:b/>
          <w:color w:val="0F4761"/>
          <w:sz w:val="22"/>
          <w:rtl w:val="1"/>
        </w:rPr>
        <w:t>الدوام</w:t>
      </w:r>
    </w:p>
    <w:p w14:paraId="62211AA4"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الموظفين</w:t>
      </w:r>
      <w:r>
        <w:rPr>
          <w:rFonts w:ascii="Arial" w:hAnsi="Arial" w:cs="Arial"/>
          <w:sz w:val="21"/>
          <w:rtl w:val="1"/>
        </w:rPr>
        <w:t xml:space="preserve"> </w:t>
      </w:r>
      <w:r>
        <w:rPr>
          <w:rFonts w:ascii="Arial" w:hAnsi="Arial" w:cs="Arial"/>
          <w:sz w:val="21"/>
          <w:rtl w:val="1"/>
        </w:rPr>
        <w:t>بالتعليمات</w:t>
      </w:r>
      <w:r>
        <w:rPr>
          <w:rFonts w:ascii="Arial" w:hAnsi="Arial" w:cs="Arial"/>
          <w:sz w:val="21"/>
          <w:rtl w:val="1"/>
        </w:rPr>
        <w:t xml:space="preserve"> </w:t>
      </w:r>
      <w:r>
        <w:rPr>
          <w:rFonts w:ascii="Arial" w:hAnsi="Arial" w:cs="Arial"/>
          <w:sz w:val="21"/>
          <w:rtl w:val="1"/>
        </w:rPr>
        <w:t>المنظمة</w:t>
      </w:r>
      <w:r>
        <w:rPr>
          <w:rFonts w:ascii="Arial" w:hAnsi="Arial" w:cs="Arial"/>
          <w:sz w:val="21"/>
          <w:rtl w:val="1"/>
        </w:rPr>
        <w:t xml:space="preserve"> </w:t>
      </w:r>
      <w:r>
        <w:rPr>
          <w:rFonts w:ascii="Arial" w:hAnsi="Arial" w:cs="Arial"/>
          <w:sz w:val="21"/>
          <w:rtl w:val="1"/>
        </w:rPr>
        <w:t>للدوام،</w:t>
      </w:r>
      <w:r>
        <w:rPr>
          <w:rFonts w:ascii="Arial" w:hAnsi="Arial" w:cs="Arial"/>
          <w:sz w:val="21"/>
          <w:rtl w:val="1"/>
        </w:rPr>
        <w:t xml:space="preserve"> </w:t>
      </w:r>
      <w:r>
        <w:rPr>
          <w:rFonts w:ascii="Arial" w:hAnsi="Arial" w:cs="Arial"/>
          <w:sz w:val="21"/>
          <w:rtl w:val="1"/>
        </w:rPr>
        <w:t>ويعد</w:t>
      </w:r>
      <w:r>
        <w:rPr>
          <w:rFonts w:ascii="Arial" w:hAnsi="Arial" w:cs="Arial"/>
          <w:sz w:val="21"/>
          <w:rtl w:val="1"/>
        </w:rPr>
        <w:t xml:space="preserve"> </w:t>
      </w:r>
      <w:r>
        <w:rPr>
          <w:rFonts w:ascii="Arial" w:hAnsi="Arial" w:cs="Arial"/>
          <w:sz w:val="21"/>
          <w:rtl w:val="1"/>
        </w:rPr>
        <w:t>الإخلال</w:t>
      </w:r>
      <w:r>
        <w:rPr>
          <w:rFonts w:ascii="Arial" w:hAnsi="Arial" w:cs="Arial"/>
          <w:sz w:val="21"/>
          <w:rtl w:val="1"/>
        </w:rPr>
        <w:t xml:space="preserve"> </w:t>
      </w:r>
      <w:r>
        <w:rPr>
          <w:rFonts w:ascii="Arial" w:hAnsi="Arial" w:cs="Arial"/>
          <w:sz w:val="21"/>
          <w:rtl w:val="1"/>
        </w:rPr>
        <w:t>بها</w:t>
      </w:r>
      <w:r>
        <w:rPr>
          <w:rFonts w:ascii="Arial" w:hAnsi="Arial" w:cs="Arial"/>
          <w:sz w:val="21"/>
          <w:rtl w:val="1"/>
        </w:rPr>
        <w:t xml:space="preserve"> </w:t>
      </w:r>
      <w:r>
        <w:rPr>
          <w:rFonts w:ascii="Arial" w:hAnsi="Arial" w:cs="Arial"/>
          <w:sz w:val="21"/>
          <w:rtl w:val="1"/>
        </w:rPr>
        <w:t>موجبًا</w:t>
      </w:r>
      <w:r>
        <w:rPr>
          <w:rFonts w:ascii="Arial" w:hAnsi="Arial" w:cs="Arial"/>
          <w:sz w:val="21"/>
          <w:rtl w:val="1"/>
        </w:rPr>
        <w:t xml:space="preserve"> </w:t>
      </w:r>
      <w:r>
        <w:rPr>
          <w:rFonts w:ascii="Arial" w:hAnsi="Arial" w:cs="Arial"/>
          <w:sz w:val="21"/>
          <w:rtl w:val="1"/>
        </w:rPr>
        <w:t>للمساءلة</w:t>
      </w:r>
      <w:r>
        <w:rPr>
          <w:rFonts w:ascii="Arial" w:hAnsi="Arial" w:cs="Arial"/>
          <w:sz w:val="21"/>
          <w:rtl w:val="1"/>
        </w:rPr>
        <w:t xml:space="preserve"> </w:t>
      </w:r>
      <w:r>
        <w:rPr>
          <w:rFonts w:ascii="Arial" w:hAnsi="Arial" w:cs="Arial"/>
          <w:sz w:val="21"/>
          <w:rtl w:val="1"/>
        </w:rPr>
        <w:t>الإدارية</w:t>
      </w:r>
      <w:r>
        <w:rPr>
          <w:rFonts w:ascii="Arial" w:hAnsi="Arial" w:cs="Arial"/>
          <w:sz w:val="21"/>
          <w:rtl w:val="1"/>
        </w:rPr>
        <w:t>.</w:t>
      </w:r>
    </w:p>
    <w:p w14:paraId="2B07EDBB"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الرابع</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الإجازات</w:t>
      </w:r>
    </w:p>
    <w:p w14:paraId="6A37E4D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w:t>
      </w:r>
      <w:r>
        <w:rPr>
          <w:rFonts w:ascii="Arial" w:hAnsi="Arial" w:cs="Arial"/>
          <w:b/>
          <w:color w:val="0F4761"/>
          <w:sz w:val="22"/>
          <w:rtl w:val="1"/>
        </w:rPr>
        <w:t>لمادة</w:t>
      </w:r>
      <w:r>
        <w:rPr>
          <w:rFonts w:ascii="Arial" w:hAnsi="Arial" w:cs="Arial"/>
          <w:b/>
          <w:color w:val="0F4761"/>
          <w:sz w:val="22"/>
          <w:rtl w:val="1"/>
        </w:rPr>
        <w:t xml:space="preserve"> (39): </w:t>
      </w:r>
      <w:r>
        <w:rPr>
          <w:rFonts w:ascii="Arial" w:hAnsi="Arial" w:cs="Arial"/>
          <w:b/>
          <w:color w:val="0F4761"/>
          <w:sz w:val="22"/>
          <w:rtl w:val="1"/>
        </w:rPr>
        <w:t>أحكام</w:t>
      </w:r>
      <w:r>
        <w:rPr>
          <w:rFonts w:ascii="Arial" w:hAnsi="Arial" w:cs="Arial"/>
          <w:b/>
          <w:color w:val="0F4761"/>
          <w:sz w:val="22"/>
          <w:rtl w:val="1"/>
        </w:rPr>
        <w:t xml:space="preserve"> </w:t>
      </w:r>
      <w:r>
        <w:rPr>
          <w:rFonts w:ascii="Arial" w:hAnsi="Arial" w:cs="Arial"/>
          <w:b/>
          <w:color w:val="0F4761"/>
          <w:sz w:val="22"/>
          <w:rtl w:val="1"/>
        </w:rPr>
        <w:t>عامة</w:t>
      </w:r>
    </w:p>
    <w:p w14:paraId="7D52F800" w14:textId="77777777" w:rsidR="009E64B1" w:rsidRDefault="009E64B1" w:rsidP="001F0C09">
      <w:pPr>
        <w:spacing w:before="0" w:after="80" w:line="269" w:lineRule="auto"/>
        <w:jc w:val="both"/>
        <w:bidi w:val="1"/>
      </w:pPr>
      <w:r>
        <w:rPr>
          <w:rFonts w:ascii="Arial" w:hAnsi="Arial" w:cs="Arial"/>
          <w:sz w:val="21"/>
          <w:rtl w:val="1"/>
        </w:rPr>
        <w:t>تمنح</w:t>
      </w:r>
      <w:r>
        <w:rPr>
          <w:rFonts w:ascii="Arial" w:hAnsi="Arial" w:cs="Arial"/>
          <w:sz w:val="21"/>
          <w:rtl w:val="1"/>
        </w:rPr>
        <w:t xml:space="preserve"> </w:t>
      </w:r>
      <w:r>
        <w:rPr>
          <w:rFonts w:ascii="Arial" w:hAnsi="Arial" w:cs="Arial"/>
          <w:sz w:val="21"/>
          <w:rtl w:val="1"/>
        </w:rPr>
        <w:t>الإجازات</w:t>
      </w:r>
      <w:r>
        <w:rPr>
          <w:rFonts w:ascii="Arial" w:hAnsi="Arial" w:cs="Arial"/>
          <w:sz w:val="21"/>
          <w:rtl w:val="1"/>
        </w:rPr>
        <w:t xml:space="preserve"> </w:t>
      </w:r>
      <w:r>
        <w:rPr>
          <w:rFonts w:ascii="Arial" w:hAnsi="Arial" w:cs="Arial"/>
          <w:sz w:val="21"/>
          <w:rtl w:val="1"/>
        </w:rPr>
        <w:t>للموظفين</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لا</w:t>
      </w:r>
      <w:r>
        <w:rPr>
          <w:rFonts w:ascii="Arial" w:hAnsi="Arial" w:cs="Arial"/>
          <w:sz w:val="21"/>
          <w:rtl w:val="1"/>
        </w:rPr>
        <w:t xml:space="preserve"> </w:t>
      </w:r>
      <w:r>
        <w:rPr>
          <w:rFonts w:ascii="Arial" w:hAnsi="Arial" w:cs="Arial"/>
          <w:sz w:val="21"/>
          <w:rtl w:val="1"/>
        </w:rPr>
        <w:t>يخل</w:t>
      </w:r>
      <w:r>
        <w:rPr>
          <w:rFonts w:ascii="Arial" w:hAnsi="Arial" w:cs="Arial"/>
          <w:sz w:val="21"/>
          <w:rtl w:val="1"/>
        </w:rPr>
        <w:t xml:space="preserve"> </w:t>
      </w:r>
      <w:r>
        <w:rPr>
          <w:rFonts w:ascii="Arial" w:hAnsi="Arial" w:cs="Arial"/>
          <w:sz w:val="21"/>
          <w:rtl w:val="1"/>
        </w:rPr>
        <w:t>بمصلحة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7301076A"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(40): </w:t>
      </w:r>
      <w:r>
        <w:rPr>
          <w:rFonts w:ascii="Arial" w:hAnsi="Arial" w:cs="Arial"/>
          <w:b/>
          <w:color w:val="0F4761"/>
          <w:sz w:val="22"/>
          <w:rtl w:val="1"/>
        </w:rPr>
        <w:t>تنظيم</w:t>
      </w:r>
      <w:r>
        <w:rPr>
          <w:rFonts w:ascii="Arial" w:hAnsi="Arial" w:cs="Arial"/>
          <w:b/>
          <w:color w:val="0F4761"/>
          <w:sz w:val="22"/>
          <w:rtl w:val="1"/>
        </w:rPr>
        <w:t xml:space="preserve"> </w:t>
      </w:r>
      <w:r>
        <w:rPr>
          <w:rFonts w:ascii="Arial" w:hAnsi="Arial" w:cs="Arial"/>
          <w:b/>
          <w:color w:val="0F4761"/>
          <w:sz w:val="22"/>
          <w:rtl w:val="1"/>
        </w:rPr>
        <w:t>الإجازات</w:t>
      </w:r>
    </w:p>
    <w:p w14:paraId="0986719C" w14:textId="77777777" w:rsidR="009E64B1" w:rsidRDefault="009E64B1" w:rsidP="001F0C09">
      <w:pPr>
        <w:spacing w:before="0" w:after="80" w:line="269" w:lineRule="auto"/>
        <w:jc w:val="both"/>
        <w:bidi w:val="1"/>
      </w:pPr>
      <w:r>
        <w:rPr>
          <w:rFonts w:ascii="Arial" w:hAnsi="Arial" w:cs="Arial"/>
          <w:sz w:val="21"/>
          <w:rtl w:val="1"/>
        </w:rPr>
        <w:t>تعد</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خطة</w:t>
      </w:r>
      <w:r>
        <w:rPr>
          <w:rFonts w:ascii="Arial" w:hAnsi="Arial" w:cs="Arial"/>
          <w:sz w:val="21"/>
          <w:rtl w:val="1"/>
        </w:rPr>
        <w:t xml:space="preserve"> </w:t>
      </w:r>
      <w:r>
        <w:rPr>
          <w:rFonts w:ascii="Arial" w:hAnsi="Arial" w:cs="Arial"/>
          <w:sz w:val="21"/>
          <w:rtl w:val="1"/>
        </w:rPr>
        <w:t>سنوية</w:t>
      </w:r>
      <w:r>
        <w:rPr>
          <w:rFonts w:ascii="Arial" w:hAnsi="Arial" w:cs="Arial"/>
          <w:sz w:val="21"/>
          <w:rtl w:val="1"/>
        </w:rPr>
        <w:t xml:space="preserve"> </w:t>
      </w:r>
      <w:r>
        <w:rPr>
          <w:rFonts w:ascii="Arial" w:hAnsi="Arial" w:cs="Arial"/>
          <w:sz w:val="21"/>
          <w:rtl w:val="1"/>
        </w:rPr>
        <w:t>للإجازات</w:t>
      </w:r>
      <w:r>
        <w:rPr>
          <w:rFonts w:ascii="Arial" w:hAnsi="Arial" w:cs="Arial"/>
          <w:sz w:val="21"/>
          <w:rtl w:val="1"/>
        </w:rPr>
        <w:t xml:space="preserve"> </w:t>
      </w:r>
      <w:r>
        <w:rPr>
          <w:rFonts w:ascii="Arial" w:hAnsi="Arial" w:cs="Arial"/>
          <w:sz w:val="21"/>
          <w:rtl w:val="1"/>
        </w:rPr>
        <w:t>بالتنسيق</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الإدارات</w:t>
      </w:r>
      <w:r>
        <w:rPr>
          <w:rFonts w:ascii="Arial" w:hAnsi="Arial" w:cs="Arial"/>
          <w:sz w:val="21"/>
          <w:rtl w:val="1"/>
        </w:rPr>
        <w:t xml:space="preserve"> </w:t>
      </w:r>
      <w:r>
        <w:rPr>
          <w:rFonts w:ascii="Arial" w:hAnsi="Arial" w:cs="Arial"/>
          <w:sz w:val="21"/>
          <w:rtl w:val="1"/>
        </w:rPr>
        <w:t>المعنية</w:t>
      </w:r>
      <w:r>
        <w:rPr>
          <w:rFonts w:ascii="Arial" w:hAnsi="Arial" w:cs="Arial"/>
          <w:sz w:val="21"/>
          <w:rtl w:val="1"/>
        </w:rPr>
        <w:t>.</w:t>
      </w:r>
    </w:p>
    <w:p w14:paraId="05C12A25"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(41): </w:t>
      </w:r>
      <w:r>
        <w:rPr>
          <w:rFonts w:ascii="Arial" w:hAnsi="Arial" w:cs="Arial"/>
          <w:b/>
          <w:color w:val="0F4761"/>
          <w:sz w:val="22"/>
          <w:rtl w:val="1"/>
        </w:rPr>
        <w:t>الإجازة</w:t>
      </w:r>
      <w:r>
        <w:rPr>
          <w:rFonts w:ascii="Arial" w:hAnsi="Arial" w:cs="Arial"/>
          <w:b/>
          <w:color w:val="0F4761"/>
          <w:sz w:val="22"/>
          <w:rtl w:val="1"/>
        </w:rPr>
        <w:t xml:space="preserve"> </w:t>
      </w:r>
      <w:r>
        <w:rPr>
          <w:rFonts w:ascii="Arial" w:hAnsi="Arial" w:cs="Arial"/>
          <w:b/>
          <w:color w:val="0F4761"/>
          <w:sz w:val="22"/>
          <w:rtl w:val="1"/>
        </w:rPr>
        <w:t>السنوية</w:t>
      </w:r>
    </w:p>
    <w:p w14:paraId="5E7A70F5" w14:textId="77777777" w:rsidR="009E64B1" w:rsidRDefault="009E64B1" w:rsidP="001F0C09">
      <w:pPr>
        <w:spacing w:before="0" w:after="80" w:line="269" w:lineRule="auto"/>
        <w:jc w:val="both"/>
        <w:bidi w:val="1"/>
      </w:pPr>
      <w:r>
        <w:rPr>
          <w:rFonts w:ascii="Arial" w:hAnsi="Arial" w:cs="Arial"/>
          <w:sz w:val="21"/>
          <w:rtl w:val="1"/>
        </w:rPr>
        <w:t>يستحق</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إجازة</w:t>
      </w:r>
      <w:r>
        <w:rPr>
          <w:rFonts w:ascii="Arial" w:hAnsi="Arial" w:cs="Arial"/>
          <w:sz w:val="21"/>
          <w:rtl w:val="1"/>
        </w:rPr>
        <w:t xml:space="preserve"> </w:t>
      </w:r>
      <w:r>
        <w:rPr>
          <w:rFonts w:ascii="Arial" w:hAnsi="Arial" w:cs="Arial"/>
          <w:sz w:val="21"/>
          <w:rtl w:val="1"/>
        </w:rPr>
        <w:t>سنوية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المدد</w:t>
      </w:r>
      <w:r>
        <w:rPr>
          <w:rFonts w:ascii="Arial" w:hAnsi="Arial" w:cs="Arial"/>
          <w:sz w:val="21"/>
          <w:rtl w:val="1"/>
        </w:rPr>
        <w:t xml:space="preserve"> </w:t>
      </w:r>
      <w:r>
        <w:rPr>
          <w:rFonts w:ascii="Arial" w:hAnsi="Arial" w:cs="Arial"/>
          <w:sz w:val="21"/>
          <w:rtl w:val="1"/>
        </w:rPr>
        <w:t>المقررة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ويحدد</w:t>
      </w:r>
      <w:r>
        <w:rPr>
          <w:rFonts w:ascii="Arial" w:hAnsi="Arial" w:cs="Arial"/>
          <w:sz w:val="21"/>
          <w:rtl w:val="1"/>
        </w:rPr>
        <w:t xml:space="preserve"> </w:t>
      </w:r>
      <w:r>
        <w:rPr>
          <w:rFonts w:ascii="Arial" w:hAnsi="Arial" w:cs="Arial"/>
          <w:sz w:val="21"/>
          <w:rtl w:val="1"/>
        </w:rPr>
        <w:t>موعدها</w:t>
      </w:r>
      <w:r>
        <w:rPr>
          <w:rFonts w:ascii="Arial" w:hAnsi="Arial" w:cs="Arial"/>
          <w:sz w:val="21"/>
          <w:rtl w:val="1"/>
        </w:rPr>
        <w:t xml:space="preserve"> </w:t>
      </w:r>
      <w:r>
        <w:rPr>
          <w:rFonts w:ascii="Arial" w:hAnsi="Arial" w:cs="Arial"/>
          <w:sz w:val="21"/>
          <w:rtl w:val="1"/>
        </w:rPr>
        <w:t>بالتنسيق</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الرئيس</w:t>
      </w:r>
      <w:r>
        <w:rPr>
          <w:rFonts w:ascii="Arial" w:hAnsi="Arial" w:cs="Arial"/>
          <w:sz w:val="21"/>
          <w:rtl w:val="1"/>
        </w:rPr>
        <w:t xml:space="preserve"> </w:t>
      </w:r>
      <w:r>
        <w:rPr>
          <w:rFonts w:ascii="Arial" w:hAnsi="Arial" w:cs="Arial"/>
          <w:sz w:val="21"/>
          <w:rtl w:val="1"/>
        </w:rPr>
        <w:t>المباشر</w:t>
      </w:r>
      <w:r>
        <w:rPr>
          <w:rFonts w:ascii="Arial" w:hAnsi="Arial" w:cs="Arial"/>
          <w:sz w:val="21"/>
          <w:rtl w:val="1"/>
        </w:rPr>
        <w:t>.</w:t>
      </w:r>
    </w:p>
    <w:p w14:paraId="1A4C449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(42): </w:t>
      </w:r>
      <w:r>
        <w:rPr>
          <w:rFonts w:ascii="Arial" w:hAnsi="Arial" w:cs="Arial"/>
          <w:b/>
          <w:color w:val="0F4761"/>
          <w:sz w:val="22"/>
          <w:rtl w:val="1"/>
        </w:rPr>
        <w:t>ترحيل</w:t>
      </w:r>
      <w:r>
        <w:rPr>
          <w:rFonts w:ascii="Arial" w:hAnsi="Arial" w:cs="Arial"/>
          <w:b/>
          <w:color w:val="0F4761"/>
          <w:sz w:val="22"/>
          <w:rtl w:val="1"/>
        </w:rPr>
        <w:t xml:space="preserve"> </w:t>
      </w:r>
      <w:r>
        <w:rPr>
          <w:rFonts w:ascii="Arial" w:hAnsi="Arial" w:cs="Arial"/>
          <w:b/>
          <w:color w:val="0F4761"/>
          <w:sz w:val="22"/>
          <w:rtl w:val="1"/>
        </w:rPr>
        <w:t>الإجازة</w:t>
      </w:r>
    </w:p>
    <w:p w14:paraId="7AF029AC"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ترحيل</w:t>
      </w:r>
      <w:r>
        <w:rPr>
          <w:rFonts w:ascii="Arial" w:hAnsi="Arial" w:cs="Arial"/>
          <w:sz w:val="21"/>
          <w:rtl w:val="1"/>
        </w:rPr>
        <w:t xml:space="preserve"> </w:t>
      </w:r>
      <w:r>
        <w:rPr>
          <w:rFonts w:ascii="Arial" w:hAnsi="Arial" w:cs="Arial"/>
          <w:sz w:val="21"/>
          <w:rtl w:val="1"/>
        </w:rPr>
        <w:t>الإجازة</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جزء</w:t>
      </w:r>
      <w:r>
        <w:rPr>
          <w:rFonts w:ascii="Arial" w:hAnsi="Arial" w:cs="Arial"/>
          <w:sz w:val="21"/>
          <w:rtl w:val="1"/>
        </w:rPr>
        <w:t xml:space="preserve"> </w:t>
      </w:r>
      <w:r>
        <w:rPr>
          <w:rFonts w:ascii="Arial" w:hAnsi="Arial" w:cs="Arial"/>
          <w:sz w:val="21"/>
          <w:rtl w:val="1"/>
        </w:rPr>
        <w:t>منها</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يسمح</w:t>
      </w:r>
      <w:r>
        <w:rPr>
          <w:rFonts w:ascii="Arial" w:hAnsi="Arial" w:cs="Arial"/>
          <w:sz w:val="21"/>
          <w:rtl w:val="1"/>
        </w:rPr>
        <w:t xml:space="preserve"> </w:t>
      </w:r>
      <w:r>
        <w:rPr>
          <w:rFonts w:ascii="Arial" w:hAnsi="Arial" w:cs="Arial"/>
          <w:sz w:val="21"/>
          <w:rtl w:val="1"/>
        </w:rPr>
        <w:t>به</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وبموافقة</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6A7B9D0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(43): </w:t>
      </w:r>
      <w:r>
        <w:rPr>
          <w:rFonts w:ascii="Arial" w:hAnsi="Arial" w:cs="Arial"/>
          <w:b/>
          <w:color w:val="0F4761"/>
          <w:sz w:val="22"/>
          <w:rtl w:val="1"/>
        </w:rPr>
        <w:t>الإجازات</w:t>
      </w:r>
      <w:r>
        <w:rPr>
          <w:rFonts w:ascii="Arial" w:hAnsi="Arial" w:cs="Arial"/>
          <w:b/>
          <w:color w:val="0F4761"/>
          <w:sz w:val="22"/>
          <w:rtl w:val="1"/>
        </w:rPr>
        <w:t xml:space="preserve"> </w:t>
      </w:r>
      <w:r>
        <w:rPr>
          <w:rFonts w:ascii="Arial" w:hAnsi="Arial" w:cs="Arial"/>
          <w:b/>
          <w:color w:val="0F4761"/>
          <w:sz w:val="22"/>
          <w:rtl w:val="1"/>
        </w:rPr>
        <w:t>الرسمية</w:t>
      </w:r>
    </w:p>
    <w:p w14:paraId="2342EA09" w14:textId="77777777" w:rsidR="009E64B1" w:rsidRDefault="009E64B1" w:rsidP="001F0C09">
      <w:pPr>
        <w:spacing w:before="0" w:after="80" w:line="269" w:lineRule="auto"/>
        <w:jc w:val="both"/>
        <w:bidi w:val="1"/>
      </w:pPr>
      <w:r>
        <w:rPr>
          <w:rFonts w:ascii="Arial" w:hAnsi="Arial" w:cs="Arial"/>
          <w:sz w:val="21"/>
          <w:rtl w:val="1"/>
        </w:rPr>
        <w:t>يستحق</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الإجازات</w:t>
      </w:r>
      <w:r>
        <w:rPr>
          <w:rFonts w:ascii="Arial" w:hAnsi="Arial" w:cs="Arial"/>
          <w:sz w:val="21"/>
          <w:rtl w:val="1"/>
        </w:rPr>
        <w:t xml:space="preserve"> </w:t>
      </w:r>
      <w:r>
        <w:rPr>
          <w:rFonts w:ascii="Arial" w:hAnsi="Arial" w:cs="Arial"/>
          <w:sz w:val="21"/>
          <w:rtl w:val="1"/>
        </w:rPr>
        <w:t>الرسمية</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المملكة</w:t>
      </w:r>
      <w:r>
        <w:rPr>
          <w:rFonts w:ascii="Arial" w:hAnsi="Arial" w:cs="Arial"/>
          <w:sz w:val="21"/>
          <w:rtl w:val="1"/>
        </w:rPr>
        <w:t xml:space="preserve"> </w:t>
      </w:r>
      <w:r>
        <w:rPr>
          <w:rFonts w:ascii="Arial" w:hAnsi="Arial" w:cs="Arial"/>
          <w:sz w:val="21"/>
          <w:rtl w:val="1"/>
        </w:rPr>
        <w:t>العربية</w:t>
      </w:r>
      <w:r>
        <w:rPr>
          <w:rFonts w:ascii="Arial" w:hAnsi="Arial" w:cs="Arial"/>
          <w:sz w:val="21"/>
          <w:rtl w:val="1"/>
        </w:rPr>
        <w:t xml:space="preserve"> </w:t>
      </w:r>
      <w:r>
        <w:rPr>
          <w:rFonts w:ascii="Arial" w:hAnsi="Arial" w:cs="Arial"/>
          <w:sz w:val="21"/>
          <w:rtl w:val="1"/>
        </w:rPr>
        <w:t>السعودية</w:t>
      </w:r>
      <w:r>
        <w:rPr>
          <w:rFonts w:ascii="Arial" w:hAnsi="Arial" w:cs="Arial"/>
          <w:sz w:val="21"/>
          <w:rtl w:val="1"/>
        </w:rPr>
        <w:t>.</w:t>
      </w:r>
    </w:p>
    <w:p w14:paraId="5919175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(44): </w:t>
      </w:r>
      <w:r>
        <w:rPr>
          <w:rFonts w:ascii="Arial" w:hAnsi="Arial" w:cs="Arial"/>
          <w:b/>
          <w:color w:val="0F4761"/>
          <w:sz w:val="22"/>
          <w:rtl w:val="1"/>
        </w:rPr>
        <w:t>الإجازات</w:t>
      </w:r>
      <w:r>
        <w:rPr>
          <w:rFonts w:ascii="Arial" w:hAnsi="Arial" w:cs="Arial"/>
          <w:b/>
          <w:color w:val="0F4761"/>
          <w:sz w:val="22"/>
          <w:rtl w:val="1"/>
        </w:rPr>
        <w:t xml:space="preserve"> </w:t>
      </w:r>
      <w:r>
        <w:rPr>
          <w:rFonts w:ascii="Arial" w:hAnsi="Arial" w:cs="Arial"/>
          <w:b/>
          <w:color w:val="0F4761"/>
          <w:sz w:val="22"/>
          <w:rtl w:val="1"/>
        </w:rPr>
        <w:t>المرضية</w:t>
      </w:r>
    </w:p>
    <w:p w14:paraId="32A21830" w14:textId="77777777" w:rsidR="009E64B1" w:rsidRDefault="009E64B1" w:rsidP="001F0C09">
      <w:pPr>
        <w:spacing w:before="0" w:after="80" w:line="269" w:lineRule="auto"/>
        <w:jc w:val="both"/>
        <w:bidi w:val="1"/>
      </w:pPr>
      <w:r>
        <w:rPr>
          <w:rFonts w:ascii="Arial" w:hAnsi="Arial" w:cs="Arial"/>
          <w:sz w:val="21"/>
          <w:rtl w:val="1"/>
        </w:rPr>
        <w:t>تمنح</w:t>
      </w:r>
      <w:r>
        <w:rPr>
          <w:rFonts w:ascii="Arial" w:hAnsi="Arial" w:cs="Arial"/>
          <w:sz w:val="21"/>
          <w:rtl w:val="1"/>
        </w:rPr>
        <w:t xml:space="preserve"> </w:t>
      </w:r>
      <w:r>
        <w:rPr>
          <w:rFonts w:ascii="Arial" w:hAnsi="Arial" w:cs="Arial"/>
          <w:sz w:val="21"/>
          <w:rtl w:val="1"/>
        </w:rPr>
        <w:t>الإجازة</w:t>
      </w:r>
      <w:r>
        <w:rPr>
          <w:rFonts w:ascii="Arial" w:hAnsi="Arial" w:cs="Arial"/>
          <w:sz w:val="21"/>
          <w:rtl w:val="1"/>
        </w:rPr>
        <w:t xml:space="preserve"> </w:t>
      </w:r>
      <w:r>
        <w:rPr>
          <w:rFonts w:ascii="Arial" w:hAnsi="Arial" w:cs="Arial"/>
          <w:sz w:val="21"/>
          <w:rtl w:val="1"/>
        </w:rPr>
        <w:t>المرضية</w:t>
      </w:r>
      <w:r>
        <w:rPr>
          <w:rFonts w:ascii="Arial" w:hAnsi="Arial" w:cs="Arial"/>
          <w:sz w:val="21"/>
          <w:rtl w:val="1"/>
        </w:rPr>
        <w:t xml:space="preserve"> </w:t>
      </w:r>
      <w:r>
        <w:rPr>
          <w:rFonts w:ascii="Arial" w:hAnsi="Arial" w:cs="Arial"/>
          <w:sz w:val="21"/>
          <w:rtl w:val="1"/>
        </w:rPr>
        <w:t>بناءً</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تقرير</w:t>
      </w:r>
      <w:r>
        <w:rPr>
          <w:rFonts w:ascii="Arial" w:hAnsi="Arial" w:cs="Arial"/>
          <w:sz w:val="21"/>
          <w:rtl w:val="1"/>
        </w:rPr>
        <w:t xml:space="preserve"> </w:t>
      </w:r>
      <w:r>
        <w:rPr>
          <w:rFonts w:ascii="Arial" w:hAnsi="Arial" w:cs="Arial"/>
          <w:sz w:val="21"/>
          <w:rtl w:val="1"/>
        </w:rPr>
        <w:t>طبي</w:t>
      </w:r>
      <w:r>
        <w:rPr>
          <w:rFonts w:ascii="Arial" w:hAnsi="Arial" w:cs="Arial"/>
          <w:sz w:val="21"/>
          <w:rtl w:val="1"/>
        </w:rPr>
        <w:t xml:space="preserve"> </w:t>
      </w:r>
      <w:r>
        <w:rPr>
          <w:rFonts w:ascii="Arial" w:hAnsi="Arial" w:cs="Arial"/>
          <w:sz w:val="21"/>
          <w:rtl w:val="1"/>
        </w:rPr>
        <w:t>معتمد</w:t>
      </w:r>
      <w:r>
        <w:rPr>
          <w:rFonts w:ascii="Arial" w:hAnsi="Arial" w:cs="Arial"/>
          <w:sz w:val="21"/>
          <w:rtl w:val="1"/>
        </w:rPr>
        <w:t xml:space="preserve"> </w:t>
      </w:r>
      <w:r>
        <w:rPr>
          <w:rFonts w:ascii="Arial" w:hAnsi="Arial" w:cs="Arial"/>
          <w:sz w:val="21"/>
          <w:rtl w:val="1"/>
        </w:rPr>
        <w:t>ووفق</w:t>
      </w:r>
      <w:r>
        <w:rPr>
          <w:rFonts w:ascii="Arial" w:hAnsi="Arial" w:cs="Arial"/>
          <w:sz w:val="21"/>
          <w:rtl w:val="1"/>
        </w:rPr>
        <w:t xml:space="preserve"> </w:t>
      </w:r>
      <w:r>
        <w:rPr>
          <w:rFonts w:ascii="Arial" w:hAnsi="Arial" w:cs="Arial"/>
          <w:sz w:val="21"/>
          <w:rtl w:val="1"/>
        </w:rPr>
        <w:t>الأحكام</w:t>
      </w:r>
      <w:r>
        <w:rPr>
          <w:rFonts w:ascii="Arial" w:hAnsi="Arial" w:cs="Arial"/>
          <w:sz w:val="21"/>
          <w:rtl w:val="1"/>
        </w:rPr>
        <w:t xml:space="preserve"> </w:t>
      </w:r>
      <w:r>
        <w:rPr>
          <w:rFonts w:ascii="Arial" w:hAnsi="Arial" w:cs="Arial"/>
          <w:sz w:val="21"/>
          <w:rtl w:val="1"/>
        </w:rPr>
        <w:t>النظامية</w:t>
      </w:r>
      <w:r>
        <w:rPr>
          <w:rFonts w:ascii="Arial" w:hAnsi="Arial" w:cs="Arial"/>
          <w:sz w:val="21"/>
          <w:rtl w:val="1"/>
        </w:rPr>
        <w:t>.</w:t>
      </w:r>
    </w:p>
    <w:p w14:paraId="0F86B545"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(45): </w:t>
      </w:r>
      <w:r>
        <w:rPr>
          <w:rFonts w:ascii="Arial" w:hAnsi="Arial" w:cs="Arial"/>
          <w:b/>
          <w:color w:val="0F4761"/>
          <w:sz w:val="22"/>
          <w:rtl w:val="1"/>
        </w:rPr>
        <w:t>الإجازات</w:t>
      </w:r>
      <w:r>
        <w:rPr>
          <w:rFonts w:ascii="Arial" w:hAnsi="Arial" w:cs="Arial"/>
          <w:b/>
          <w:color w:val="0F4761"/>
          <w:sz w:val="22"/>
          <w:rtl w:val="1"/>
        </w:rPr>
        <w:t xml:space="preserve"> </w:t>
      </w:r>
      <w:r>
        <w:rPr>
          <w:rFonts w:ascii="Arial" w:hAnsi="Arial" w:cs="Arial"/>
          <w:b/>
          <w:color w:val="0F4761"/>
          <w:sz w:val="22"/>
          <w:rtl w:val="1"/>
        </w:rPr>
        <w:t>الخاصة</w:t>
      </w:r>
    </w:p>
    <w:p w14:paraId="3DE4C4A6" w14:textId="77777777" w:rsidR="009E64B1" w:rsidRDefault="009E64B1" w:rsidP="001F0C09">
      <w:pPr>
        <w:spacing w:before="0" w:after="80" w:line="269" w:lineRule="auto"/>
        <w:jc w:val="both"/>
        <w:bidi w:val="1"/>
      </w:pPr>
      <w:r>
        <w:rPr>
          <w:rFonts w:ascii="Arial" w:hAnsi="Arial" w:cs="Arial"/>
          <w:sz w:val="21"/>
          <w:rtl w:val="1"/>
        </w:rPr>
        <w:t>تمنح</w:t>
      </w:r>
      <w:r>
        <w:rPr>
          <w:rFonts w:ascii="Arial" w:hAnsi="Arial" w:cs="Arial"/>
          <w:sz w:val="21"/>
          <w:rtl w:val="1"/>
        </w:rPr>
        <w:t xml:space="preserve"> </w:t>
      </w:r>
      <w:r>
        <w:rPr>
          <w:rFonts w:ascii="Arial" w:hAnsi="Arial" w:cs="Arial"/>
          <w:sz w:val="21"/>
          <w:rtl w:val="1"/>
        </w:rPr>
        <w:t>الإجازات</w:t>
      </w:r>
      <w:r>
        <w:rPr>
          <w:rFonts w:ascii="Arial" w:hAnsi="Arial" w:cs="Arial"/>
          <w:sz w:val="21"/>
          <w:rtl w:val="1"/>
        </w:rPr>
        <w:t xml:space="preserve"> </w:t>
      </w:r>
      <w:r>
        <w:rPr>
          <w:rFonts w:ascii="Arial" w:hAnsi="Arial" w:cs="Arial"/>
          <w:sz w:val="21"/>
          <w:rtl w:val="1"/>
        </w:rPr>
        <w:t>الخاصة</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يقررها</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الحالات</w:t>
      </w:r>
      <w:r>
        <w:rPr>
          <w:rFonts w:ascii="Arial" w:hAnsi="Arial" w:cs="Arial"/>
          <w:sz w:val="21"/>
          <w:rtl w:val="1"/>
        </w:rPr>
        <w:t xml:space="preserve"> </w:t>
      </w:r>
      <w:r>
        <w:rPr>
          <w:rFonts w:ascii="Arial" w:hAnsi="Arial" w:cs="Arial"/>
          <w:sz w:val="21"/>
          <w:rtl w:val="1"/>
        </w:rPr>
        <w:t>والمدد</w:t>
      </w:r>
      <w:r>
        <w:rPr>
          <w:rFonts w:ascii="Arial" w:hAnsi="Arial" w:cs="Arial"/>
          <w:sz w:val="21"/>
          <w:rtl w:val="1"/>
        </w:rPr>
        <w:t xml:space="preserve"> </w:t>
      </w:r>
      <w:r>
        <w:rPr>
          <w:rFonts w:ascii="Arial" w:hAnsi="Arial" w:cs="Arial"/>
          <w:sz w:val="21"/>
          <w:rtl w:val="1"/>
        </w:rPr>
        <w:t>المحددة</w:t>
      </w:r>
      <w:r>
        <w:rPr>
          <w:rFonts w:ascii="Arial" w:hAnsi="Arial" w:cs="Arial"/>
          <w:sz w:val="21"/>
          <w:rtl w:val="1"/>
        </w:rPr>
        <w:t xml:space="preserve"> </w:t>
      </w:r>
      <w:r>
        <w:rPr>
          <w:rFonts w:ascii="Arial" w:hAnsi="Arial" w:cs="Arial"/>
          <w:sz w:val="21"/>
          <w:rtl w:val="1"/>
        </w:rPr>
        <w:t>نظاماً</w:t>
      </w:r>
      <w:r>
        <w:rPr>
          <w:rFonts w:ascii="Arial" w:hAnsi="Arial" w:cs="Arial"/>
          <w:sz w:val="21"/>
          <w:rtl w:val="1"/>
        </w:rPr>
        <w:t>.</w:t>
      </w:r>
    </w:p>
    <w:p w14:paraId="0C58F11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(46): </w:t>
      </w:r>
      <w:r>
        <w:rPr>
          <w:rFonts w:ascii="Arial" w:hAnsi="Arial" w:cs="Arial"/>
          <w:b/>
          <w:color w:val="0F4761"/>
          <w:sz w:val="22"/>
          <w:rtl w:val="1"/>
        </w:rPr>
        <w:t>طلب</w:t>
      </w:r>
      <w:r>
        <w:rPr>
          <w:rFonts w:ascii="Arial" w:hAnsi="Arial" w:cs="Arial"/>
          <w:b/>
          <w:color w:val="0F4761"/>
          <w:sz w:val="22"/>
          <w:rtl w:val="1"/>
        </w:rPr>
        <w:t xml:space="preserve"> </w:t>
      </w:r>
      <w:r>
        <w:rPr>
          <w:rFonts w:ascii="Arial" w:hAnsi="Arial" w:cs="Arial"/>
          <w:b/>
          <w:color w:val="0F4761"/>
          <w:sz w:val="22"/>
          <w:rtl w:val="1"/>
        </w:rPr>
        <w:t>الإجازة</w:t>
      </w:r>
    </w:p>
    <w:p w14:paraId="4B24EE12" w14:textId="77777777" w:rsidR="009E64B1" w:rsidRDefault="009E64B1" w:rsidP="001F0C09">
      <w:pPr>
        <w:spacing w:before="0" w:after="80" w:line="269" w:lineRule="auto"/>
        <w:jc w:val="both"/>
        <w:bidi w:val="1"/>
      </w:pPr>
      <w:r>
        <w:rPr>
          <w:rFonts w:ascii="Arial" w:hAnsi="Arial" w:cs="Arial"/>
          <w:sz w:val="21"/>
          <w:rtl w:val="1"/>
        </w:rPr>
        <w:t>يقدم</w:t>
      </w:r>
      <w:r>
        <w:rPr>
          <w:rFonts w:ascii="Arial" w:hAnsi="Arial" w:cs="Arial"/>
          <w:sz w:val="21"/>
          <w:rtl w:val="1"/>
        </w:rPr>
        <w:t xml:space="preserve"> </w:t>
      </w:r>
      <w:r>
        <w:rPr>
          <w:rFonts w:ascii="Arial" w:hAnsi="Arial" w:cs="Arial"/>
          <w:sz w:val="21"/>
          <w:rtl w:val="1"/>
        </w:rPr>
        <w:t>طلب</w:t>
      </w:r>
      <w:r>
        <w:rPr>
          <w:rFonts w:ascii="Arial" w:hAnsi="Arial" w:cs="Arial"/>
          <w:sz w:val="21"/>
          <w:rtl w:val="1"/>
        </w:rPr>
        <w:t xml:space="preserve"> </w:t>
      </w:r>
      <w:r>
        <w:rPr>
          <w:rFonts w:ascii="Arial" w:hAnsi="Arial" w:cs="Arial"/>
          <w:sz w:val="21"/>
          <w:rtl w:val="1"/>
        </w:rPr>
        <w:t>الإجازة</w:t>
      </w:r>
      <w:r>
        <w:rPr>
          <w:rFonts w:ascii="Arial" w:hAnsi="Arial" w:cs="Arial"/>
          <w:sz w:val="21"/>
          <w:rtl w:val="1"/>
        </w:rPr>
        <w:t xml:space="preserve"> </w:t>
      </w:r>
      <w:r>
        <w:rPr>
          <w:rFonts w:ascii="Arial" w:hAnsi="Arial" w:cs="Arial"/>
          <w:sz w:val="21"/>
          <w:rtl w:val="1"/>
        </w:rPr>
        <w:t>مسبقًا</w:t>
      </w:r>
      <w:r>
        <w:rPr>
          <w:rFonts w:ascii="Arial" w:hAnsi="Arial" w:cs="Arial"/>
          <w:sz w:val="21"/>
          <w:rtl w:val="1"/>
        </w:rPr>
        <w:t xml:space="preserve"> </w:t>
      </w:r>
      <w:r>
        <w:rPr>
          <w:rFonts w:ascii="Arial" w:hAnsi="Arial" w:cs="Arial"/>
          <w:sz w:val="21"/>
          <w:rtl w:val="1"/>
        </w:rPr>
        <w:t>عبر</w:t>
      </w:r>
      <w:r>
        <w:rPr>
          <w:rFonts w:ascii="Arial" w:hAnsi="Arial" w:cs="Arial"/>
          <w:sz w:val="21"/>
          <w:rtl w:val="1"/>
        </w:rPr>
        <w:t xml:space="preserve"> </w:t>
      </w:r>
      <w:r>
        <w:rPr>
          <w:rFonts w:ascii="Arial" w:hAnsi="Arial" w:cs="Arial"/>
          <w:sz w:val="21"/>
          <w:rtl w:val="1"/>
        </w:rPr>
        <w:t>الوسائل</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 xml:space="preserve"> </w:t>
      </w:r>
      <w:r>
        <w:rPr>
          <w:rFonts w:ascii="Arial" w:hAnsi="Arial" w:cs="Arial"/>
          <w:sz w:val="21"/>
          <w:rtl w:val="1"/>
        </w:rPr>
        <w:t>ولا</w:t>
      </w:r>
      <w:r>
        <w:rPr>
          <w:rFonts w:ascii="Arial" w:hAnsi="Arial" w:cs="Arial"/>
          <w:sz w:val="21"/>
          <w:rtl w:val="1"/>
        </w:rPr>
        <w:t xml:space="preserve"> </w:t>
      </w:r>
      <w:r>
        <w:rPr>
          <w:rFonts w:ascii="Arial" w:hAnsi="Arial" w:cs="Arial"/>
          <w:sz w:val="21"/>
          <w:rtl w:val="1"/>
        </w:rPr>
        <w:t>تعد</w:t>
      </w:r>
      <w:r>
        <w:rPr>
          <w:rFonts w:ascii="Arial" w:hAnsi="Arial" w:cs="Arial"/>
          <w:sz w:val="21"/>
          <w:rtl w:val="1"/>
        </w:rPr>
        <w:t xml:space="preserve"> </w:t>
      </w:r>
      <w:r>
        <w:rPr>
          <w:rFonts w:ascii="Arial" w:hAnsi="Arial" w:cs="Arial"/>
          <w:sz w:val="21"/>
          <w:rtl w:val="1"/>
        </w:rPr>
        <w:t>نافذة</w:t>
      </w:r>
      <w:r>
        <w:rPr>
          <w:rFonts w:ascii="Arial" w:hAnsi="Arial" w:cs="Arial"/>
          <w:sz w:val="21"/>
          <w:rtl w:val="1"/>
        </w:rPr>
        <w:t xml:space="preserve"> </w:t>
      </w:r>
      <w:r>
        <w:rPr>
          <w:rFonts w:ascii="Arial" w:hAnsi="Arial" w:cs="Arial"/>
          <w:sz w:val="21"/>
          <w:rtl w:val="1"/>
        </w:rPr>
        <w:t>إلا</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الموافقة</w:t>
      </w:r>
      <w:r>
        <w:rPr>
          <w:rFonts w:ascii="Arial" w:hAnsi="Arial" w:cs="Arial"/>
          <w:sz w:val="21"/>
          <w:rtl w:val="1"/>
        </w:rPr>
        <w:t>.</w:t>
      </w:r>
    </w:p>
    <w:p w14:paraId="62CDFAA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(47): </w:t>
      </w:r>
      <w:r>
        <w:rPr>
          <w:rFonts w:ascii="Arial" w:hAnsi="Arial" w:cs="Arial"/>
          <w:b/>
          <w:color w:val="0F4761"/>
          <w:sz w:val="22"/>
          <w:rtl w:val="1"/>
        </w:rPr>
        <w:t>العودة</w:t>
      </w:r>
      <w:r>
        <w:rPr>
          <w:rFonts w:ascii="Arial" w:hAnsi="Arial" w:cs="Arial"/>
          <w:b/>
          <w:color w:val="0F4761"/>
          <w:sz w:val="22"/>
          <w:rtl w:val="1"/>
        </w:rPr>
        <w:t xml:space="preserve"> </w:t>
      </w:r>
      <w:r>
        <w:rPr>
          <w:rFonts w:ascii="Arial" w:hAnsi="Arial" w:cs="Arial"/>
          <w:b/>
          <w:color w:val="0F4761"/>
          <w:sz w:val="22"/>
          <w:rtl w:val="1"/>
        </w:rPr>
        <w:t>من</w:t>
      </w:r>
      <w:r>
        <w:rPr>
          <w:rFonts w:ascii="Arial" w:hAnsi="Arial" w:cs="Arial"/>
          <w:b/>
          <w:color w:val="0F4761"/>
          <w:sz w:val="22"/>
          <w:rtl w:val="1"/>
        </w:rPr>
        <w:t xml:space="preserve"> </w:t>
      </w:r>
      <w:r>
        <w:rPr>
          <w:rFonts w:ascii="Arial" w:hAnsi="Arial" w:cs="Arial"/>
          <w:b/>
          <w:color w:val="0F4761"/>
          <w:sz w:val="22"/>
          <w:rtl w:val="1"/>
        </w:rPr>
        <w:t>الإجازة</w:t>
      </w:r>
    </w:p>
    <w:p w14:paraId="1316023C"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بمباشرة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الموعد</w:t>
      </w:r>
      <w:r>
        <w:rPr>
          <w:rFonts w:ascii="Arial" w:hAnsi="Arial" w:cs="Arial"/>
          <w:sz w:val="21"/>
          <w:rtl w:val="1"/>
        </w:rPr>
        <w:t xml:space="preserve"> </w:t>
      </w:r>
      <w:r>
        <w:rPr>
          <w:rFonts w:ascii="Arial" w:hAnsi="Arial" w:cs="Arial"/>
          <w:sz w:val="21"/>
          <w:rtl w:val="1"/>
        </w:rPr>
        <w:t>المحدد</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انتهاء</w:t>
      </w:r>
      <w:r>
        <w:rPr>
          <w:rFonts w:ascii="Arial" w:hAnsi="Arial" w:cs="Arial"/>
          <w:sz w:val="21"/>
          <w:rtl w:val="1"/>
        </w:rPr>
        <w:t xml:space="preserve"> </w:t>
      </w:r>
      <w:r>
        <w:rPr>
          <w:rFonts w:ascii="Arial" w:hAnsi="Arial" w:cs="Arial"/>
          <w:sz w:val="21"/>
          <w:rtl w:val="1"/>
        </w:rPr>
        <w:t>الإجازة</w:t>
      </w:r>
      <w:r>
        <w:rPr>
          <w:rFonts w:ascii="Arial" w:hAnsi="Arial" w:cs="Arial"/>
          <w:sz w:val="21"/>
          <w:rtl w:val="1"/>
        </w:rPr>
        <w:t xml:space="preserve"> </w:t>
      </w:r>
      <w:r>
        <w:rPr>
          <w:rFonts w:ascii="Arial" w:hAnsi="Arial" w:cs="Arial"/>
          <w:sz w:val="21"/>
          <w:rtl w:val="1"/>
        </w:rPr>
        <w:t>وإلا</w:t>
      </w:r>
      <w:r>
        <w:rPr>
          <w:rFonts w:ascii="Arial" w:hAnsi="Arial" w:cs="Arial"/>
          <w:sz w:val="21"/>
          <w:rtl w:val="1"/>
        </w:rPr>
        <w:t xml:space="preserve"> </w:t>
      </w:r>
      <w:r>
        <w:rPr>
          <w:rFonts w:ascii="Arial" w:hAnsi="Arial" w:cs="Arial"/>
          <w:sz w:val="21"/>
          <w:rtl w:val="1"/>
        </w:rPr>
        <w:t>عُدّ</w:t>
      </w:r>
      <w:r>
        <w:rPr>
          <w:rFonts w:ascii="Arial" w:hAnsi="Arial" w:cs="Arial"/>
          <w:sz w:val="21"/>
          <w:rtl w:val="1"/>
        </w:rPr>
        <w:t xml:space="preserve"> </w:t>
      </w:r>
      <w:r>
        <w:rPr>
          <w:rFonts w:ascii="Arial" w:hAnsi="Arial" w:cs="Arial"/>
          <w:sz w:val="21"/>
          <w:rtl w:val="1"/>
        </w:rPr>
        <w:t>غيابه</w:t>
      </w:r>
      <w:r>
        <w:rPr>
          <w:rFonts w:ascii="Arial" w:hAnsi="Arial" w:cs="Arial"/>
          <w:sz w:val="21"/>
          <w:rtl w:val="1"/>
        </w:rPr>
        <w:t xml:space="preserve"> </w:t>
      </w:r>
      <w:r>
        <w:rPr>
          <w:rFonts w:ascii="Arial" w:hAnsi="Arial" w:cs="Arial"/>
          <w:sz w:val="21"/>
          <w:rtl w:val="1"/>
        </w:rPr>
        <w:t>دون</w:t>
      </w:r>
      <w:r>
        <w:rPr>
          <w:rFonts w:ascii="Arial" w:hAnsi="Arial" w:cs="Arial"/>
          <w:sz w:val="21"/>
          <w:rtl w:val="1"/>
        </w:rPr>
        <w:t xml:space="preserve"> </w:t>
      </w:r>
      <w:r>
        <w:rPr>
          <w:rFonts w:ascii="Arial" w:hAnsi="Arial" w:cs="Arial"/>
          <w:sz w:val="21"/>
          <w:rtl w:val="1"/>
        </w:rPr>
        <w:t>عذر</w:t>
      </w:r>
      <w:r>
        <w:rPr>
          <w:rFonts w:ascii="Arial" w:hAnsi="Arial" w:cs="Arial"/>
          <w:sz w:val="21"/>
          <w:rtl w:val="1"/>
        </w:rPr>
        <w:t xml:space="preserve"> </w:t>
      </w:r>
      <w:r>
        <w:rPr>
          <w:rFonts w:ascii="Arial" w:hAnsi="Arial" w:cs="Arial"/>
          <w:sz w:val="21"/>
          <w:rtl w:val="1"/>
        </w:rPr>
        <w:t>حتى</w:t>
      </w:r>
      <w:r>
        <w:rPr>
          <w:rFonts w:ascii="Arial" w:hAnsi="Arial" w:cs="Arial"/>
          <w:sz w:val="21"/>
          <w:rtl w:val="1"/>
        </w:rPr>
        <w:t xml:space="preserve"> </w:t>
      </w:r>
      <w:r>
        <w:rPr>
          <w:rFonts w:ascii="Arial" w:hAnsi="Arial" w:cs="Arial"/>
          <w:sz w:val="21"/>
          <w:rtl w:val="1"/>
        </w:rPr>
        <w:t>يثبت</w:t>
      </w:r>
      <w:r>
        <w:rPr>
          <w:rFonts w:ascii="Arial" w:hAnsi="Arial" w:cs="Arial"/>
          <w:sz w:val="21"/>
          <w:rtl w:val="1"/>
        </w:rPr>
        <w:t xml:space="preserve"> </w:t>
      </w:r>
      <w:r>
        <w:rPr>
          <w:rFonts w:ascii="Arial" w:hAnsi="Arial" w:cs="Arial"/>
          <w:sz w:val="21"/>
          <w:rtl w:val="1"/>
        </w:rPr>
        <w:t>خلاف</w:t>
      </w:r>
      <w:r>
        <w:rPr>
          <w:rFonts w:ascii="Arial" w:hAnsi="Arial" w:cs="Arial"/>
          <w:sz w:val="21"/>
          <w:rtl w:val="1"/>
        </w:rPr>
        <w:t xml:space="preserve"> </w:t>
      </w:r>
      <w:r>
        <w:rPr>
          <w:rFonts w:ascii="Arial" w:hAnsi="Arial" w:cs="Arial"/>
          <w:sz w:val="21"/>
          <w:rtl w:val="1"/>
        </w:rPr>
        <w:t>ذلك</w:t>
      </w:r>
      <w:r>
        <w:rPr>
          <w:rFonts w:ascii="Arial" w:hAnsi="Arial" w:cs="Arial"/>
          <w:sz w:val="21"/>
          <w:rtl w:val="1"/>
        </w:rPr>
        <w:t>.</w:t>
      </w:r>
    </w:p>
    <w:p w14:paraId="4E606D4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(48): </w:t>
      </w:r>
      <w:r>
        <w:rPr>
          <w:rFonts w:ascii="Arial" w:hAnsi="Arial" w:cs="Arial"/>
          <w:b/>
          <w:color w:val="0F4761"/>
          <w:sz w:val="22"/>
          <w:rtl w:val="1"/>
        </w:rPr>
        <w:t>الانقطاع</w:t>
      </w:r>
      <w:r>
        <w:rPr>
          <w:rFonts w:ascii="Arial" w:hAnsi="Arial" w:cs="Arial"/>
          <w:b/>
          <w:color w:val="0F4761"/>
          <w:sz w:val="22"/>
          <w:rtl w:val="1"/>
        </w:rPr>
        <w:t xml:space="preserve"> </w:t>
      </w:r>
      <w:r>
        <w:rPr>
          <w:rFonts w:ascii="Arial" w:hAnsi="Arial" w:cs="Arial"/>
          <w:b/>
          <w:color w:val="0F4761"/>
          <w:sz w:val="22"/>
          <w:rtl w:val="1"/>
        </w:rPr>
        <w:t>أثناء</w:t>
      </w:r>
      <w:r>
        <w:rPr>
          <w:rFonts w:ascii="Arial" w:hAnsi="Arial" w:cs="Arial"/>
          <w:b/>
          <w:color w:val="0F4761"/>
          <w:sz w:val="22"/>
          <w:rtl w:val="1"/>
        </w:rPr>
        <w:t xml:space="preserve"> </w:t>
      </w:r>
      <w:r>
        <w:rPr>
          <w:rFonts w:ascii="Arial" w:hAnsi="Arial" w:cs="Arial"/>
          <w:b/>
          <w:color w:val="0F4761"/>
          <w:sz w:val="22"/>
          <w:rtl w:val="1"/>
        </w:rPr>
        <w:t>الإجازة</w:t>
      </w:r>
    </w:p>
    <w:p w14:paraId="644DCA9C"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 xml:space="preserve"> </w:t>
      </w:r>
      <w:r>
        <w:rPr>
          <w:rFonts w:ascii="Arial" w:hAnsi="Arial" w:cs="Arial"/>
          <w:sz w:val="21"/>
          <w:rtl w:val="1"/>
        </w:rPr>
        <w:t>تعديل</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تأجيل</w:t>
      </w:r>
      <w:r>
        <w:rPr>
          <w:rFonts w:ascii="Arial" w:hAnsi="Arial" w:cs="Arial"/>
          <w:sz w:val="21"/>
          <w:rtl w:val="1"/>
        </w:rPr>
        <w:t xml:space="preserve"> </w:t>
      </w:r>
      <w:r>
        <w:rPr>
          <w:rFonts w:ascii="Arial" w:hAnsi="Arial" w:cs="Arial"/>
          <w:sz w:val="21"/>
          <w:rtl w:val="1"/>
        </w:rPr>
        <w:t>الإجازة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الحالات</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يجيزها</w:t>
      </w:r>
      <w:r>
        <w:rPr>
          <w:rFonts w:ascii="Arial" w:hAnsi="Arial" w:cs="Arial"/>
          <w:sz w:val="21"/>
          <w:rtl w:val="1"/>
        </w:rPr>
        <w:t xml:space="preserve"> </w:t>
      </w:r>
      <w:r>
        <w:rPr>
          <w:rFonts w:ascii="Arial" w:hAnsi="Arial" w:cs="Arial"/>
          <w:sz w:val="21"/>
          <w:rtl w:val="1"/>
        </w:rPr>
        <w:t>النظام</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يحقق</w:t>
      </w:r>
      <w:r>
        <w:rPr>
          <w:rFonts w:ascii="Arial" w:hAnsi="Arial" w:cs="Arial"/>
          <w:sz w:val="21"/>
          <w:rtl w:val="1"/>
        </w:rPr>
        <w:t xml:space="preserve"> </w:t>
      </w:r>
      <w:r>
        <w:rPr>
          <w:rFonts w:ascii="Arial" w:hAnsi="Arial" w:cs="Arial"/>
          <w:sz w:val="21"/>
          <w:rtl w:val="1"/>
        </w:rPr>
        <w:t>مصلحة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17629FE3"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الخامس</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التدريب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والتطوير</w:t>
      </w:r>
    </w:p>
    <w:p w14:paraId="3D9C797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(49): </w:t>
      </w:r>
      <w:r>
        <w:rPr>
          <w:rFonts w:ascii="Arial" w:hAnsi="Arial" w:cs="Arial"/>
          <w:b/>
          <w:color w:val="0F4761"/>
          <w:sz w:val="22"/>
          <w:rtl w:val="1"/>
        </w:rPr>
        <w:t>أهداف</w:t>
      </w:r>
      <w:r>
        <w:rPr>
          <w:rFonts w:ascii="Arial" w:hAnsi="Arial" w:cs="Arial"/>
          <w:b/>
          <w:color w:val="0F4761"/>
          <w:sz w:val="22"/>
          <w:rtl w:val="1"/>
        </w:rPr>
        <w:t xml:space="preserve"> </w:t>
      </w:r>
      <w:r>
        <w:rPr>
          <w:rFonts w:ascii="Arial" w:hAnsi="Arial" w:cs="Arial"/>
          <w:b/>
          <w:color w:val="0F4761"/>
          <w:sz w:val="22"/>
          <w:rtl w:val="1"/>
        </w:rPr>
        <w:t>التدريب</w:t>
      </w:r>
    </w:p>
    <w:p w14:paraId="36EBC3CF" w14:textId="77777777" w:rsidR="009E64B1" w:rsidRDefault="009E64B1" w:rsidP="001F0C09">
      <w:pPr>
        <w:spacing w:before="0" w:after="80" w:line="269" w:lineRule="auto"/>
        <w:jc w:val="both"/>
        <w:bidi w:val="1"/>
      </w:pPr>
      <w:r>
        <w:rPr>
          <w:rFonts w:ascii="Arial" w:hAnsi="Arial" w:cs="Arial"/>
          <w:sz w:val="21"/>
          <w:rtl w:val="1"/>
        </w:rPr>
        <w:t>تهدف</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إلى</w:t>
      </w:r>
      <w:r>
        <w:rPr>
          <w:rFonts w:ascii="Arial" w:hAnsi="Arial" w:cs="Arial"/>
          <w:sz w:val="21"/>
          <w:rtl w:val="1"/>
        </w:rPr>
        <w:t xml:space="preserve"> </w:t>
      </w:r>
      <w:r>
        <w:rPr>
          <w:rFonts w:ascii="Arial" w:hAnsi="Arial" w:cs="Arial"/>
          <w:sz w:val="21"/>
          <w:rtl w:val="1"/>
        </w:rPr>
        <w:t>تنمية</w:t>
      </w:r>
      <w:r>
        <w:rPr>
          <w:rFonts w:ascii="Arial" w:hAnsi="Arial" w:cs="Arial"/>
          <w:sz w:val="21"/>
          <w:rtl w:val="1"/>
        </w:rPr>
        <w:t xml:space="preserve"> </w:t>
      </w:r>
      <w:r>
        <w:rPr>
          <w:rFonts w:ascii="Arial" w:hAnsi="Arial" w:cs="Arial"/>
          <w:sz w:val="21"/>
          <w:rtl w:val="1"/>
        </w:rPr>
        <w:t>معارف</w:t>
      </w:r>
      <w:r>
        <w:rPr>
          <w:rFonts w:ascii="Arial" w:hAnsi="Arial" w:cs="Arial"/>
          <w:sz w:val="21"/>
          <w:rtl w:val="1"/>
        </w:rPr>
        <w:t xml:space="preserve"> </w:t>
      </w:r>
      <w:r>
        <w:rPr>
          <w:rFonts w:ascii="Arial" w:hAnsi="Arial" w:cs="Arial"/>
          <w:sz w:val="21"/>
          <w:rtl w:val="1"/>
        </w:rPr>
        <w:t>ومهارات</w:t>
      </w:r>
      <w:r>
        <w:rPr>
          <w:rFonts w:ascii="Arial" w:hAnsi="Arial" w:cs="Arial"/>
          <w:sz w:val="21"/>
          <w:rtl w:val="1"/>
        </w:rPr>
        <w:t xml:space="preserve"> </w:t>
      </w:r>
      <w:r>
        <w:rPr>
          <w:rFonts w:ascii="Arial" w:hAnsi="Arial" w:cs="Arial"/>
          <w:sz w:val="21"/>
          <w:rtl w:val="1"/>
        </w:rPr>
        <w:t>الموظفين</w:t>
      </w:r>
      <w:r>
        <w:rPr>
          <w:rFonts w:ascii="Arial" w:hAnsi="Arial" w:cs="Arial"/>
          <w:sz w:val="21"/>
          <w:rtl w:val="1"/>
        </w:rPr>
        <w:t xml:space="preserve"> </w:t>
      </w:r>
      <w:r>
        <w:rPr>
          <w:rFonts w:ascii="Arial" w:hAnsi="Arial" w:cs="Arial"/>
          <w:sz w:val="21"/>
          <w:rtl w:val="1"/>
        </w:rPr>
        <w:t>ورفع</w:t>
      </w:r>
      <w:r>
        <w:rPr>
          <w:rFonts w:ascii="Arial" w:hAnsi="Arial" w:cs="Arial"/>
          <w:sz w:val="21"/>
          <w:rtl w:val="1"/>
        </w:rPr>
        <w:t xml:space="preserve"> </w:t>
      </w:r>
      <w:r>
        <w:rPr>
          <w:rFonts w:ascii="Arial" w:hAnsi="Arial" w:cs="Arial"/>
          <w:sz w:val="21"/>
          <w:rtl w:val="1"/>
        </w:rPr>
        <w:t>كفاءتهم</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يدعم</w:t>
      </w:r>
      <w:r>
        <w:rPr>
          <w:rFonts w:ascii="Arial" w:hAnsi="Arial" w:cs="Arial"/>
          <w:sz w:val="21"/>
          <w:rtl w:val="1"/>
        </w:rPr>
        <w:t xml:space="preserve"> </w:t>
      </w:r>
      <w:r>
        <w:rPr>
          <w:rFonts w:ascii="Arial" w:hAnsi="Arial" w:cs="Arial"/>
          <w:sz w:val="21"/>
          <w:rtl w:val="1"/>
        </w:rPr>
        <w:t>تحقيق</w:t>
      </w:r>
      <w:r>
        <w:rPr>
          <w:rFonts w:ascii="Arial" w:hAnsi="Arial" w:cs="Arial"/>
          <w:sz w:val="21"/>
          <w:rtl w:val="1"/>
        </w:rPr>
        <w:t xml:space="preserve"> </w:t>
      </w:r>
      <w:r>
        <w:rPr>
          <w:rFonts w:ascii="Arial" w:hAnsi="Arial" w:cs="Arial"/>
          <w:sz w:val="21"/>
          <w:rtl w:val="1"/>
        </w:rPr>
        <w:t>أهدافها</w:t>
      </w:r>
      <w:r>
        <w:rPr>
          <w:rFonts w:ascii="Arial" w:hAnsi="Arial" w:cs="Arial"/>
          <w:sz w:val="21"/>
          <w:rtl w:val="1"/>
        </w:rPr>
        <w:t xml:space="preserve"> </w:t>
      </w:r>
      <w:r>
        <w:rPr>
          <w:rFonts w:ascii="Arial" w:hAnsi="Arial" w:cs="Arial"/>
          <w:sz w:val="21"/>
          <w:rtl w:val="1"/>
        </w:rPr>
        <w:t>المؤسسية</w:t>
      </w:r>
      <w:r>
        <w:rPr>
          <w:rFonts w:ascii="Arial" w:hAnsi="Arial" w:cs="Arial"/>
          <w:sz w:val="21"/>
          <w:rtl w:val="1"/>
        </w:rPr>
        <w:t>.</w:t>
      </w:r>
    </w:p>
    <w:p w14:paraId="0DC3BB4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(50): </w:t>
      </w:r>
      <w:r>
        <w:rPr>
          <w:rFonts w:ascii="Arial" w:hAnsi="Arial" w:cs="Arial"/>
          <w:b/>
          <w:color w:val="0F4761"/>
          <w:sz w:val="22"/>
          <w:rtl w:val="1"/>
        </w:rPr>
        <w:t>خطة</w:t>
      </w:r>
      <w:r>
        <w:rPr>
          <w:rFonts w:ascii="Arial" w:hAnsi="Arial" w:cs="Arial"/>
          <w:b/>
          <w:color w:val="0F4761"/>
          <w:sz w:val="22"/>
          <w:rtl w:val="1"/>
        </w:rPr>
        <w:t xml:space="preserve"> </w:t>
      </w:r>
      <w:r>
        <w:rPr>
          <w:rFonts w:ascii="Arial" w:hAnsi="Arial" w:cs="Arial"/>
          <w:b/>
          <w:color w:val="0F4761"/>
          <w:sz w:val="22"/>
          <w:rtl w:val="1"/>
        </w:rPr>
        <w:t>التدريب</w:t>
      </w:r>
    </w:p>
    <w:p w14:paraId="28F4A641" w14:textId="77777777" w:rsidR="009E64B1" w:rsidRDefault="009E64B1" w:rsidP="001F0C09">
      <w:pPr>
        <w:spacing w:before="0" w:after="80" w:line="269" w:lineRule="auto"/>
        <w:jc w:val="both"/>
        <w:bidi w:val="1"/>
      </w:pPr>
      <w:r>
        <w:rPr>
          <w:rFonts w:ascii="Arial" w:hAnsi="Arial" w:cs="Arial"/>
          <w:sz w:val="21"/>
          <w:rtl w:val="1"/>
        </w:rPr>
        <w:t>تعد</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خطة</w:t>
      </w:r>
      <w:r>
        <w:rPr>
          <w:rFonts w:ascii="Arial" w:hAnsi="Arial" w:cs="Arial"/>
          <w:sz w:val="21"/>
          <w:rtl w:val="1"/>
        </w:rPr>
        <w:t xml:space="preserve"> </w:t>
      </w:r>
      <w:r>
        <w:rPr>
          <w:rFonts w:ascii="Arial" w:hAnsi="Arial" w:cs="Arial"/>
          <w:sz w:val="21"/>
          <w:rtl w:val="1"/>
        </w:rPr>
        <w:t>تدريب</w:t>
      </w:r>
      <w:r>
        <w:rPr>
          <w:rFonts w:ascii="Arial" w:hAnsi="Arial" w:cs="Arial"/>
          <w:sz w:val="21"/>
          <w:rtl w:val="1"/>
        </w:rPr>
        <w:t xml:space="preserve"> </w:t>
      </w:r>
      <w:r>
        <w:rPr>
          <w:rFonts w:ascii="Arial" w:hAnsi="Arial" w:cs="Arial"/>
          <w:sz w:val="21"/>
          <w:rtl w:val="1"/>
        </w:rPr>
        <w:t>سنوية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الاحتياجات</w:t>
      </w:r>
      <w:r>
        <w:rPr>
          <w:rFonts w:ascii="Arial" w:hAnsi="Arial" w:cs="Arial"/>
          <w:sz w:val="21"/>
          <w:rtl w:val="1"/>
        </w:rPr>
        <w:t xml:space="preserve"> </w:t>
      </w:r>
      <w:r>
        <w:rPr>
          <w:rFonts w:ascii="Arial" w:hAnsi="Arial" w:cs="Arial"/>
          <w:sz w:val="21"/>
          <w:rtl w:val="1"/>
        </w:rPr>
        <w:t>التدريبية</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 xml:space="preserve"> </w:t>
      </w:r>
      <w:r>
        <w:rPr>
          <w:rFonts w:ascii="Arial" w:hAnsi="Arial" w:cs="Arial"/>
          <w:sz w:val="21"/>
          <w:rtl w:val="1"/>
        </w:rPr>
        <w:t>والإمكانات</w:t>
      </w:r>
      <w:r>
        <w:rPr>
          <w:rFonts w:ascii="Arial" w:hAnsi="Arial" w:cs="Arial"/>
          <w:sz w:val="21"/>
          <w:rtl w:val="1"/>
        </w:rPr>
        <w:t xml:space="preserve"> </w:t>
      </w:r>
      <w:r>
        <w:rPr>
          <w:rFonts w:ascii="Arial" w:hAnsi="Arial" w:cs="Arial"/>
          <w:sz w:val="21"/>
          <w:rtl w:val="1"/>
        </w:rPr>
        <w:t>المتاحة</w:t>
      </w:r>
      <w:r>
        <w:rPr>
          <w:rFonts w:ascii="Arial" w:hAnsi="Arial" w:cs="Arial"/>
          <w:sz w:val="21"/>
          <w:rtl w:val="1"/>
        </w:rPr>
        <w:t>.</w:t>
      </w:r>
    </w:p>
    <w:p w14:paraId="4C9AD11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(51): </w:t>
      </w:r>
      <w:r>
        <w:rPr>
          <w:rFonts w:ascii="Arial" w:hAnsi="Arial" w:cs="Arial"/>
          <w:b/>
          <w:color w:val="0F4761"/>
          <w:sz w:val="22"/>
          <w:rtl w:val="1"/>
        </w:rPr>
        <w:t>الترشيح</w:t>
      </w:r>
      <w:r>
        <w:rPr>
          <w:rFonts w:ascii="Arial" w:hAnsi="Arial" w:cs="Arial"/>
          <w:b/>
          <w:color w:val="0F4761"/>
          <w:sz w:val="22"/>
          <w:rtl w:val="1"/>
        </w:rPr>
        <w:t xml:space="preserve"> </w:t>
      </w:r>
      <w:r>
        <w:rPr>
          <w:rFonts w:ascii="Arial" w:hAnsi="Arial" w:cs="Arial"/>
          <w:b/>
          <w:color w:val="0F4761"/>
          <w:sz w:val="22"/>
          <w:rtl w:val="1"/>
        </w:rPr>
        <w:t>للبرامج</w:t>
      </w:r>
      <w:r>
        <w:rPr>
          <w:rFonts w:ascii="Arial" w:hAnsi="Arial" w:cs="Arial"/>
          <w:b/>
          <w:color w:val="0F4761"/>
          <w:sz w:val="22"/>
          <w:rtl w:val="1"/>
        </w:rPr>
        <w:t xml:space="preserve"> </w:t>
      </w:r>
      <w:r>
        <w:rPr>
          <w:rFonts w:ascii="Arial" w:hAnsi="Arial" w:cs="Arial"/>
          <w:b/>
          <w:color w:val="0F4761"/>
          <w:sz w:val="22"/>
          <w:rtl w:val="1"/>
        </w:rPr>
        <w:t>التدريبية</w:t>
      </w:r>
    </w:p>
    <w:p w14:paraId="6A5387FD" w14:textId="77777777" w:rsidR="009E64B1" w:rsidRDefault="009E64B1" w:rsidP="001F0C09">
      <w:pPr>
        <w:spacing w:before="0" w:after="80" w:line="269" w:lineRule="auto"/>
        <w:jc w:val="both"/>
        <w:bidi w:val="1"/>
      </w:pPr>
      <w:r>
        <w:rPr>
          <w:rFonts w:ascii="Arial" w:hAnsi="Arial" w:cs="Arial"/>
          <w:sz w:val="21"/>
          <w:rtl w:val="1"/>
        </w:rPr>
        <w:t>يتم</w:t>
      </w:r>
      <w:r>
        <w:rPr>
          <w:rFonts w:ascii="Arial" w:hAnsi="Arial" w:cs="Arial"/>
          <w:sz w:val="21"/>
          <w:rtl w:val="1"/>
        </w:rPr>
        <w:t xml:space="preserve"> </w:t>
      </w:r>
      <w:r>
        <w:rPr>
          <w:rFonts w:ascii="Arial" w:hAnsi="Arial" w:cs="Arial"/>
          <w:sz w:val="21"/>
          <w:rtl w:val="1"/>
        </w:rPr>
        <w:t>ترشيح</w:t>
      </w:r>
      <w:r>
        <w:rPr>
          <w:rFonts w:ascii="Arial" w:hAnsi="Arial" w:cs="Arial"/>
          <w:sz w:val="21"/>
          <w:rtl w:val="1"/>
        </w:rPr>
        <w:t xml:space="preserve"> </w:t>
      </w:r>
      <w:r>
        <w:rPr>
          <w:rFonts w:ascii="Arial" w:hAnsi="Arial" w:cs="Arial"/>
          <w:sz w:val="21"/>
          <w:rtl w:val="1"/>
        </w:rPr>
        <w:t>الموظفين</w:t>
      </w:r>
      <w:r>
        <w:rPr>
          <w:rFonts w:ascii="Arial" w:hAnsi="Arial" w:cs="Arial"/>
          <w:sz w:val="21"/>
          <w:rtl w:val="1"/>
        </w:rPr>
        <w:t xml:space="preserve"> </w:t>
      </w:r>
      <w:r>
        <w:rPr>
          <w:rFonts w:ascii="Arial" w:hAnsi="Arial" w:cs="Arial"/>
          <w:sz w:val="21"/>
          <w:rtl w:val="1"/>
        </w:rPr>
        <w:t>للبرامج</w:t>
      </w:r>
      <w:r>
        <w:rPr>
          <w:rFonts w:ascii="Arial" w:hAnsi="Arial" w:cs="Arial"/>
          <w:sz w:val="21"/>
          <w:rtl w:val="1"/>
        </w:rPr>
        <w:t xml:space="preserve"> </w:t>
      </w:r>
      <w:r>
        <w:rPr>
          <w:rFonts w:ascii="Arial" w:hAnsi="Arial" w:cs="Arial"/>
          <w:sz w:val="21"/>
          <w:rtl w:val="1"/>
        </w:rPr>
        <w:t>التدريبية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احتياجات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وطبيعة</w:t>
      </w:r>
      <w:r>
        <w:rPr>
          <w:rFonts w:ascii="Arial" w:hAnsi="Arial" w:cs="Arial"/>
          <w:sz w:val="21"/>
          <w:rtl w:val="1"/>
        </w:rPr>
        <w:t xml:space="preserve"> </w:t>
      </w:r>
      <w:r>
        <w:rPr>
          <w:rFonts w:ascii="Arial" w:hAnsi="Arial" w:cs="Arial"/>
          <w:sz w:val="21"/>
          <w:rtl w:val="1"/>
        </w:rPr>
        <w:t>الوظيفة</w:t>
      </w:r>
      <w:r>
        <w:rPr>
          <w:rFonts w:ascii="Arial" w:hAnsi="Arial" w:cs="Arial"/>
          <w:sz w:val="21"/>
          <w:rtl w:val="1"/>
        </w:rPr>
        <w:t xml:space="preserve"> </w:t>
      </w:r>
      <w:r>
        <w:rPr>
          <w:rFonts w:ascii="Arial" w:hAnsi="Arial" w:cs="Arial"/>
          <w:sz w:val="21"/>
          <w:rtl w:val="1"/>
        </w:rPr>
        <w:t>ونتائج</w:t>
      </w:r>
      <w:r>
        <w:rPr>
          <w:rFonts w:ascii="Arial" w:hAnsi="Arial" w:cs="Arial"/>
          <w:sz w:val="21"/>
          <w:rtl w:val="1"/>
        </w:rPr>
        <w:t xml:space="preserve"> </w:t>
      </w:r>
      <w:r>
        <w:rPr>
          <w:rFonts w:ascii="Arial" w:hAnsi="Arial" w:cs="Arial"/>
          <w:sz w:val="21"/>
          <w:rtl w:val="1"/>
        </w:rPr>
        <w:t>تقييم</w:t>
      </w:r>
      <w:r>
        <w:rPr>
          <w:rFonts w:ascii="Arial" w:hAnsi="Arial" w:cs="Arial"/>
          <w:sz w:val="21"/>
          <w:rtl w:val="1"/>
        </w:rPr>
        <w:t xml:space="preserve"> </w:t>
      </w:r>
      <w:r>
        <w:rPr>
          <w:rFonts w:ascii="Arial" w:hAnsi="Arial" w:cs="Arial"/>
          <w:sz w:val="21"/>
          <w:rtl w:val="1"/>
        </w:rPr>
        <w:t>الأداء</w:t>
      </w:r>
      <w:r>
        <w:rPr>
          <w:rFonts w:ascii="Arial" w:hAnsi="Arial" w:cs="Arial"/>
          <w:sz w:val="21"/>
          <w:rtl w:val="1"/>
        </w:rPr>
        <w:t>.</w:t>
      </w:r>
    </w:p>
    <w:p w14:paraId="2194D6B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(52): </w:t>
      </w:r>
      <w:r>
        <w:rPr>
          <w:rFonts w:ascii="Arial" w:hAnsi="Arial" w:cs="Arial"/>
          <w:b/>
          <w:color w:val="0F4761"/>
          <w:sz w:val="22"/>
          <w:rtl w:val="1"/>
        </w:rPr>
        <w:t>الالتزام</w:t>
      </w:r>
      <w:r>
        <w:rPr>
          <w:rFonts w:ascii="Arial" w:hAnsi="Arial" w:cs="Arial"/>
          <w:b/>
          <w:color w:val="0F4761"/>
          <w:sz w:val="22"/>
          <w:rtl w:val="1"/>
        </w:rPr>
        <w:t xml:space="preserve"> </w:t>
      </w:r>
      <w:r>
        <w:rPr>
          <w:rFonts w:ascii="Arial" w:hAnsi="Arial" w:cs="Arial"/>
          <w:b/>
          <w:color w:val="0F4761"/>
          <w:sz w:val="22"/>
          <w:rtl w:val="1"/>
        </w:rPr>
        <w:t>بالبرنامج</w:t>
      </w:r>
      <w:r>
        <w:rPr>
          <w:rFonts w:ascii="Arial" w:hAnsi="Arial" w:cs="Arial"/>
          <w:b/>
          <w:color w:val="0F4761"/>
          <w:sz w:val="22"/>
          <w:rtl w:val="1"/>
        </w:rPr>
        <w:t xml:space="preserve"> </w:t>
      </w:r>
      <w:r>
        <w:rPr>
          <w:rFonts w:ascii="Arial" w:hAnsi="Arial" w:cs="Arial"/>
          <w:b/>
          <w:color w:val="0F4761"/>
          <w:sz w:val="22"/>
          <w:rtl w:val="1"/>
        </w:rPr>
        <w:t>التدريبي</w:t>
      </w:r>
    </w:p>
    <w:p w14:paraId="65FD1FB6"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بحضور</w:t>
      </w:r>
      <w:r>
        <w:rPr>
          <w:rFonts w:ascii="Arial" w:hAnsi="Arial" w:cs="Arial"/>
          <w:sz w:val="21"/>
          <w:rtl w:val="1"/>
        </w:rPr>
        <w:t xml:space="preserve"> </w:t>
      </w:r>
      <w:r>
        <w:rPr>
          <w:rFonts w:ascii="Arial" w:hAnsi="Arial" w:cs="Arial"/>
          <w:sz w:val="21"/>
          <w:rtl w:val="1"/>
        </w:rPr>
        <w:t>البرنامج</w:t>
      </w:r>
      <w:r>
        <w:rPr>
          <w:rFonts w:ascii="Arial" w:hAnsi="Arial" w:cs="Arial"/>
          <w:sz w:val="21"/>
          <w:rtl w:val="1"/>
        </w:rPr>
        <w:t xml:space="preserve"> </w:t>
      </w:r>
      <w:r>
        <w:rPr>
          <w:rFonts w:ascii="Arial" w:hAnsi="Arial" w:cs="Arial"/>
          <w:sz w:val="21"/>
          <w:rtl w:val="1"/>
        </w:rPr>
        <w:t>التدريبي</w:t>
      </w:r>
      <w:r>
        <w:rPr>
          <w:rFonts w:ascii="Arial" w:hAnsi="Arial" w:cs="Arial"/>
          <w:sz w:val="21"/>
          <w:rtl w:val="1"/>
        </w:rPr>
        <w:t xml:space="preserve"> </w:t>
      </w:r>
      <w:r>
        <w:rPr>
          <w:rFonts w:ascii="Arial" w:hAnsi="Arial" w:cs="Arial"/>
          <w:sz w:val="21"/>
          <w:rtl w:val="1"/>
        </w:rPr>
        <w:t>واستكمال</w:t>
      </w:r>
      <w:r>
        <w:rPr>
          <w:rFonts w:ascii="Arial" w:hAnsi="Arial" w:cs="Arial"/>
          <w:sz w:val="21"/>
          <w:rtl w:val="1"/>
        </w:rPr>
        <w:t xml:space="preserve"> </w:t>
      </w:r>
      <w:r>
        <w:rPr>
          <w:rFonts w:ascii="Arial" w:hAnsi="Arial" w:cs="Arial"/>
          <w:sz w:val="21"/>
          <w:rtl w:val="1"/>
        </w:rPr>
        <w:t>متطلباته،</w:t>
      </w:r>
      <w:r>
        <w:rPr>
          <w:rFonts w:ascii="Arial" w:hAnsi="Arial" w:cs="Arial"/>
          <w:sz w:val="21"/>
          <w:rtl w:val="1"/>
        </w:rPr>
        <w:t xml:space="preserve"> </w:t>
      </w:r>
      <w:r>
        <w:rPr>
          <w:rFonts w:ascii="Arial" w:hAnsi="Arial" w:cs="Arial"/>
          <w:sz w:val="21"/>
          <w:rtl w:val="1"/>
        </w:rPr>
        <w:t>ويجوز</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 xml:space="preserve"> </w:t>
      </w:r>
      <w:r>
        <w:rPr>
          <w:rFonts w:ascii="Arial" w:hAnsi="Arial" w:cs="Arial"/>
          <w:sz w:val="21"/>
          <w:rtl w:val="1"/>
        </w:rPr>
        <w:t>اتخاذ</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المناسبة</w:t>
      </w:r>
      <w:r>
        <w:rPr>
          <w:rFonts w:ascii="Arial" w:hAnsi="Arial" w:cs="Arial"/>
          <w:sz w:val="21"/>
          <w:rtl w:val="1"/>
        </w:rPr>
        <w:t xml:space="preserve"> </w:t>
      </w:r>
      <w:r>
        <w:rPr>
          <w:rFonts w:ascii="Arial" w:hAnsi="Arial" w:cs="Arial"/>
          <w:sz w:val="21"/>
          <w:rtl w:val="1"/>
        </w:rPr>
        <w:t>عند</w:t>
      </w:r>
      <w:r>
        <w:rPr>
          <w:rFonts w:ascii="Arial" w:hAnsi="Arial" w:cs="Arial"/>
          <w:sz w:val="21"/>
          <w:rtl w:val="1"/>
        </w:rPr>
        <w:t xml:space="preserve"> </w:t>
      </w:r>
      <w:r>
        <w:rPr>
          <w:rFonts w:ascii="Arial" w:hAnsi="Arial" w:cs="Arial"/>
          <w:sz w:val="21"/>
          <w:rtl w:val="1"/>
        </w:rPr>
        <w:t>الإخلال</w:t>
      </w:r>
      <w:r>
        <w:rPr>
          <w:rFonts w:ascii="Arial" w:hAnsi="Arial" w:cs="Arial"/>
          <w:sz w:val="21"/>
          <w:rtl w:val="1"/>
        </w:rPr>
        <w:t xml:space="preserve"> </w:t>
      </w:r>
      <w:r>
        <w:rPr>
          <w:rFonts w:ascii="Arial" w:hAnsi="Arial" w:cs="Arial"/>
          <w:sz w:val="21"/>
          <w:rtl w:val="1"/>
        </w:rPr>
        <w:t>بذلك</w:t>
      </w:r>
      <w:r>
        <w:rPr>
          <w:rFonts w:ascii="Arial" w:hAnsi="Arial" w:cs="Arial"/>
          <w:sz w:val="21"/>
          <w:rtl w:val="1"/>
        </w:rPr>
        <w:t xml:space="preserve"> </w:t>
      </w:r>
      <w:r>
        <w:rPr>
          <w:rFonts w:ascii="Arial" w:hAnsi="Arial" w:cs="Arial"/>
          <w:sz w:val="21"/>
          <w:rtl w:val="1"/>
        </w:rPr>
        <w:t>دون</w:t>
      </w:r>
      <w:r>
        <w:rPr>
          <w:rFonts w:ascii="Arial" w:hAnsi="Arial" w:cs="Arial"/>
          <w:sz w:val="21"/>
          <w:rtl w:val="1"/>
        </w:rPr>
        <w:t xml:space="preserve"> </w:t>
      </w:r>
      <w:r>
        <w:rPr>
          <w:rFonts w:ascii="Arial" w:hAnsi="Arial" w:cs="Arial"/>
          <w:sz w:val="21"/>
          <w:rtl w:val="1"/>
        </w:rPr>
        <w:t>عذر</w:t>
      </w:r>
      <w:r>
        <w:rPr>
          <w:rFonts w:ascii="Arial" w:hAnsi="Arial" w:cs="Arial"/>
          <w:sz w:val="21"/>
          <w:rtl w:val="1"/>
        </w:rPr>
        <w:t xml:space="preserve"> </w:t>
      </w:r>
      <w:r>
        <w:rPr>
          <w:rFonts w:ascii="Arial" w:hAnsi="Arial" w:cs="Arial"/>
          <w:sz w:val="21"/>
          <w:rtl w:val="1"/>
        </w:rPr>
        <w:t>مقبول</w:t>
      </w:r>
      <w:r>
        <w:rPr>
          <w:rFonts w:ascii="Arial" w:hAnsi="Arial" w:cs="Arial"/>
          <w:sz w:val="21"/>
          <w:rtl w:val="1"/>
        </w:rPr>
        <w:t>.</w:t>
      </w:r>
    </w:p>
    <w:p w14:paraId="3AB67A0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(53): </w:t>
      </w:r>
      <w:r>
        <w:rPr>
          <w:rFonts w:ascii="Arial" w:hAnsi="Arial" w:cs="Arial"/>
          <w:b/>
          <w:color w:val="0F4761"/>
          <w:sz w:val="22"/>
          <w:rtl w:val="1"/>
        </w:rPr>
        <w:t>تقييم</w:t>
      </w:r>
      <w:r>
        <w:rPr>
          <w:rFonts w:ascii="Arial" w:hAnsi="Arial" w:cs="Arial"/>
          <w:b/>
          <w:color w:val="0F4761"/>
          <w:sz w:val="22"/>
          <w:rtl w:val="1"/>
        </w:rPr>
        <w:t xml:space="preserve"> </w:t>
      </w:r>
      <w:r>
        <w:rPr>
          <w:rFonts w:ascii="Arial" w:hAnsi="Arial" w:cs="Arial"/>
          <w:b/>
          <w:color w:val="0F4761"/>
          <w:sz w:val="22"/>
          <w:rtl w:val="1"/>
        </w:rPr>
        <w:t>التدريب</w:t>
      </w:r>
    </w:p>
    <w:p w14:paraId="05747AD9"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 xml:space="preserve"> </w:t>
      </w:r>
      <w:r>
        <w:rPr>
          <w:rFonts w:ascii="Arial" w:hAnsi="Arial" w:cs="Arial"/>
          <w:sz w:val="21"/>
          <w:rtl w:val="1"/>
        </w:rPr>
        <w:t>تقييم</w:t>
      </w:r>
      <w:r>
        <w:rPr>
          <w:rFonts w:ascii="Arial" w:hAnsi="Arial" w:cs="Arial"/>
          <w:sz w:val="21"/>
          <w:rtl w:val="1"/>
        </w:rPr>
        <w:t xml:space="preserve"> </w:t>
      </w:r>
      <w:r>
        <w:rPr>
          <w:rFonts w:ascii="Arial" w:hAnsi="Arial" w:cs="Arial"/>
          <w:sz w:val="21"/>
          <w:rtl w:val="1"/>
        </w:rPr>
        <w:t>أثر</w:t>
      </w:r>
      <w:r>
        <w:rPr>
          <w:rFonts w:ascii="Arial" w:hAnsi="Arial" w:cs="Arial"/>
          <w:sz w:val="21"/>
          <w:rtl w:val="1"/>
        </w:rPr>
        <w:t xml:space="preserve"> </w:t>
      </w:r>
      <w:r>
        <w:rPr>
          <w:rFonts w:ascii="Arial" w:hAnsi="Arial" w:cs="Arial"/>
          <w:sz w:val="21"/>
          <w:rtl w:val="1"/>
        </w:rPr>
        <w:t>البرامج</w:t>
      </w:r>
      <w:r>
        <w:rPr>
          <w:rFonts w:ascii="Arial" w:hAnsi="Arial" w:cs="Arial"/>
          <w:sz w:val="21"/>
          <w:rtl w:val="1"/>
        </w:rPr>
        <w:t xml:space="preserve"> </w:t>
      </w:r>
      <w:r>
        <w:rPr>
          <w:rFonts w:ascii="Arial" w:hAnsi="Arial" w:cs="Arial"/>
          <w:sz w:val="21"/>
          <w:rtl w:val="1"/>
        </w:rPr>
        <w:t>التدريبية</w:t>
      </w:r>
      <w:r>
        <w:rPr>
          <w:rFonts w:ascii="Arial" w:hAnsi="Arial" w:cs="Arial"/>
          <w:sz w:val="21"/>
          <w:rtl w:val="1"/>
        </w:rPr>
        <w:t xml:space="preserve"> </w:t>
      </w:r>
      <w:r>
        <w:rPr>
          <w:rFonts w:ascii="Arial" w:hAnsi="Arial" w:cs="Arial"/>
          <w:sz w:val="21"/>
          <w:rtl w:val="1"/>
        </w:rPr>
        <w:t>وقياس</w:t>
      </w:r>
      <w:r>
        <w:rPr>
          <w:rFonts w:ascii="Arial" w:hAnsi="Arial" w:cs="Arial"/>
          <w:sz w:val="21"/>
          <w:rtl w:val="1"/>
        </w:rPr>
        <w:t xml:space="preserve"> </w:t>
      </w:r>
      <w:r>
        <w:rPr>
          <w:rFonts w:ascii="Arial" w:hAnsi="Arial" w:cs="Arial"/>
          <w:sz w:val="21"/>
          <w:rtl w:val="1"/>
        </w:rPr>
        <w:t>مدى</w:t>
      </w:r>
      <w:r>
        <w:rPr>
          <w:rFonts w:ascii="Arial" w:hAnsi="Arial" w:cs="Arial"/>
          <w:sz w:val="21"/>
          <w:rtl w:val="1"/>
        </w:rPr>
        <w:t xml:space="preserve"> </w:t>
      </w:r>
      <w:r>
        <w:rPr>
          <w:rFonts w:ascii="Arial" w:hAnsi="Arial" w:cs="Arial"/>
          <w:sz w:val="21"/>
          <w:rtl w:val="1"/>
        </w:rPr>
        <w:t>الاستفادة</w:t>
      </w:r>
      <w:r>
        <w:rPr>
          <w:rFonts w:ascii="Arial" w:hAnsi="Arial" w:cs="Arial"/>
          <w:sz w:val="21"/>
          <w:rtl w:val="1"/>
        </w:rPr>
        <w:t xml:space="preserve"> </w:t>
      </w:r>
      <w:r>
        <w:rPr>
          <w:rFonts w:ascii="Arial" w:hAnsi="Arial" w:cs="Arial"/>
          <w:sz w:val="21"/>
          <w:rtl w:val="1"/>
        </w:rPr>
        <w:t>منها</w:t>
      </w:r>
      <w:r>
        <w:rPr>
          <w:rFonts w:ascii="Arial" w:hAnsi="Arial" w:cs="Arial"/>
          <w:sz w:val="21"/>
          <w:rtl w:val="1"/>
        </w:rPr>
        <w:t xml:space="preserve"> </w:t>
      </w:r>
      <w:r>
        <w:rPr>
          <w:rFonts w:ascii="Arial" w:hAnsi="Arial" w:cs="Arial"/>
          <w:sz w:val="21"/>
          <w:rtl w:val="1"/>
        </w:rPr>
        <w:t>لتحسين</w:t>
      </w:r>
      <w:r>
        <w:rPr>
          <w:rFonts w:ascii="Arial" w:hAnsi="Arial" w:cs="Arial"/>
          <w:sz w:val="21"/>
          <w:rtl w:val="1"/>
        </w:rPr>
        <w:t xml:space="preserve"> </w:t>
      </w:r>
      <w:r>
        <w:rPr>
          <w:rFonts w:ascii="Arial" w:hAnsi="Arial" w:cs="Arial"/>
          <w:sz w:val="21"/>
          <w:rtl w:val="1"/>
        </w:rPr>
        <w:t>خطط</w:t>
      </w:r>
      <w:r>
        <w:rPr>
          <w:rFonts w:ascii="Arial" w:hAnsi="Arial" w:cs="Arial"/>
          <w:sz w:val="21"/>
          <w:rtl w:val="1"/>
        </w:rPr>
        <w:t xml:space="preserve"> </w:t>
      </w:r>
      <w:r>
        <w:rPr>
          <w:rFonts w:ascii="Arial" w:hAnsi="Arial" w:cs="Arial"/>
          <w:sz w:val="21"/>
          <w:rtl w:val="1"/>
        </w:rPr>
        <w:t>التطوير</w:t>
      </w:r>
      <w:r>
        <w:rPr>
          <w:rFonts w:ascii="Arial" w:hAnsi="Arial" w:cs="Arial"/>
          <w:sz w:val="21"/>
          <w:rtl w:val="1"/>
        </w:rPr>
        <w:t xml:space="preserve"> </w:t>
      </w:r>
      <w:r>
        <w:rPr>
          <w:rFonts w:ascii="Arial" w:hAnsi="Arial" w:cs="Arial"/>
          <w:sz w:val="21"/>
          <w:rtl w:val="1"/>
        </w:rPr>
        <w:t>المستقبلية</w:t>
      </w:r>
      <w:r>
        <w:rPr>
          <w:rFonts w:ascii="Arial" w:hAnsi="Arial" w:cs="Arial"/>
          <w:sz w:val="21"/>
          <w:rtl w:val="1"/>
        </w:rPr>
        <w:t>.</w:t>
      </w:r>
    </w:p>
    <w:p w14:paraId="6099868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(54): </w:t>
      </w:r>
      <w:r>
        <w:rPr>
          <w:rFonts w:ascii="Arial" w:hAnsi="Arial" w:cs="Arial"/>
          <w:b/>
          <w:color w:val="0F4761"/>
          <w:sz w:val="22"/>
          <w:rtl w:val="1"/>
        </w:rPr>
        <w:t>السجلات</w:t>
      </w:r>
      <w:r>
        <w:rPr>
          <w:rFonts w:ascii="Arial" w:hAnsi="Arial" w:cs="Arial"/>
          <w:b/>
          <w:color w:val="0F4761"/>
          <w:sz w:val="22"/>
          <w:rtl w:val="1"/>
        </w:rPr>
        <w:t xml:space="preserve"> </w:t>
      </w:r>
      <w:r>
        <w:rPr>
          <w:rFonts w:ascii="Arial" w:hAnsi="Arial" w:cs="Arial"/>
          <w:b/>
          <w:color w:val="0F4761"/>
          <w:sz w:val="22"/>
          <w:rtl w:val="1"/>
        </w:rPr>
        <w:t>التدريبية</w:t>
      </w:r>
    </w:p>
    <w:p w14:paraId="7CCC10D5" w14:textId="77777777" w:rsidR="009E64B1" w:rsidRDefault="009E64B1" w:rsidP="001F0C09">
      <w:pPr>
        <w:spacing w:before="0" w:after="80" w:line="269" w:lineRule="auto"/>
        <w:jc w:val="both"/>
        <w:bidi w:val="1"/>
      </w:pPr>
      <w:r>
        <w:rPr>
          <w:rFonts w:ascii="Arial" w:hAnsi="Arial" w:cs="Arial"/>
          <w:sz w:val="21"/>
          <w:rtl w:val="1"/>
        </w:rPr>
        <w:t>تحتفظ</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بسجل</w:t>
      </w:r>
      <w:r>
        <w:rPr>
          <w:rFonts w:ascii="Arial" w:hAnsi="Arial" w:cs="Arial"/>
          <w:sz w:val="21"/>
          <w:rtl w:val="1"/>
        </w:rPr>
        <w:t xml:space="preserve"> </w:t>
      </w:r>
      <w:r>
        <w:rPr>
          <w:rFonts w:ascii="Arial" w:hAnsi="Arial" w:cs="Arial"/>
          <w:sz w:val="21"/>
          <w:rtl w:val="1"/>
        </w:rPr>
        <w:t>تدريبي</w:t>
      </w:r>
      <w:r>
        <w:rPr>
          <w:rFonts w:ascii="Arial" w:hAnsi="Arial" w:cs="Arial"/>
          <w:sz w:val="21"/>
          <w:rtl w:val="1"/>
        </w:rPr>
        <w:t xml:space="preserve"> </w:t>
      </w:r>
      <w:r>
        <w:rPr>
          <w:rFonts w:ascii="Arial" w:hAnsi="Arial" w:cs="Arial"/>
          <w:sz w:val="21"/>
          <w:rtl w:val="1"/>
        </w:rPr>
        <w:t>لكل</w:t>
      </w:r>
      <w:r>
        <w:rPr>
          <w:rFonts w:ascii="Arial" w:hAnsi="Arial" w:cs="Arial"/>
          <w:sz w:val="21"/>
          <w:rtl w:val="1"/>
        </w:rPr>
        <w:t xml:space="preserve"> </w:t>
      </w:r>
      <w:r>
        <w:rPr>
          <w:rFonts w:ascii="Arial" w:hAnsi="Arial" w:cs="Arial"/>
          <w:sz w:val="21"/>
          <w:rtl w:val="1"/>
        </w:rPr>
        <w:t>موظف</w:t>
      </w:r>
      <w:r>
        <w:rPr>
          <w:rFonts w:ascii="Arial" w:hAnsi="Arial" w:cs="Arial"/>
          <w:sz w:val="21"/>
          <w:rtl w:val="1"/>
        </w:rPr>
        <w:t xml:space="preserve"> </w:t>
      </w:r>
      <w:r>
        <w:rPr>
          <w:rFonts w:ascii="Arial" w:hAnsi="Arial" w:cs="Arial"/>
          <w:sz w:val="21"/>
          <w:rtl w:val="1"/>
        </w:rPr>
        <w:t>يتضمن</w:t>
      </w:r>
      <w:r>
        <w:rPr>
          <w:rFonts w:ascii="Arial" w:hAnsi="Arial" w:cs="Arial"/>
          <w:sz w:val="21"/>
          <w:rtl w:val="1"/>
        </w:rPr>
        <w:t xml:space="preserve"> </w:t>
      </w:r>
      <w:r>
        <w:rPr>
          <w:rFonts w:ascii="Arial" w:hAnsi="Arial" w:cs="Arial"/>
          <w:sz w:val="21"/>
          <w:rtl w:val="1"/>
        </w:rPr>
        <w:t>البرامج</w:t>
      </w:r>
      <w:r>
        <w:rPr>
          <w:rFonts w:ascii="Arial" w:hAnsi="Arial" w:cs="Arial"/>
          <w:sz w:val="21"/>
          <w:rtl w:val="1"/>
        </w:rPr>
        <w:t xml:space="preserve"> </w:t>
      </w:r>
      <w:r>
        <w:rPr>
          <w:rFonts w:ascii="Arial" w:hAnsi="Arial" w:cs="Arial"/>
          <w:sz w:val="21"/>
          <w:rtl w:val="1"/>
        </w:rPr>
        <w:t>والدورات</w:t>
      </w:r>
      <w:r>
        <w:rPr>
          <w:rFonts w:ascii="Arial" w:hAnsi="Arial" w:cs="Arial"/>
          <w:sz w:val="21"/>
          <w:rtl w:val="1"/>
        </w:rPr>
        <w:t xml:space="preserve"> </w:t>
      </w:r>
      <w:r>
        <w:rPr>
          <w:rFonts w:ascii="Arial" w:hAnsi="Arial" w:cs="Arial"/>
          <w:sz w:val="21"/>
          <w:rtl w:val="1"/>
        </w:rPr>
        <w:t>والأنشطة</w:t>
      </w:r>
      <w:r>
        <w:rPr>
          <w:rFonts w:ascii="Arial" w:hAnsi="Arial" w:cs="Arial"/>
          <w:sz w:val="21"/>
          <w:rtl w:val="1"/>
        </w:rPr>
        <w:t xml:space="preserve"> </w:t>
      </w:r>
      <w:r>
        <w:rPr>
          <w:rFonts w:ascii="Arial" w:hAnsi="Arial" w:cs="Arial"/>
          <w:sz w:val="21"/>
          <w:rtl w:val="1"/>
        </w:rPr>
        <w:t>التطويرية</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شارك</w:t>
      </w:r>
      <w:r>
        <w:rPr>
          <w:rFonts w:ascii="Arial" w:hAnsi="Arial" w:cs="Arial"/>
          <w:sz w:val="21"/>
          <w:rtl w:val="1"/>
        </w:rPr>
        <w:t xml:space="preserve"> </w:t>
      </w:r>
      <w:r>
        <w:rPr>
          <w:rFonts w:ascii="Arial" w:hAnsi="Arial" w:cs="Arial"/>
          <w:sz w:val="21"/>
          <w:rtl w:val="1"/>
        </w:rPr>
        <w:t>فيها</w:t>
      </w:r>
      <w:r>
        <w:rPr>
          <w:rFonts w:ascii="Arial" w:hAnsi="Arial" w:cs="Arial"/>
          <w:sz w:val="21"/>
          <w:rtl w:val="1"/>
        </w:rPr>
        <w:t>.</w:t>
      </w:r>
    </w:p>
    <w:p w14:paraId="3BAEC95E"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(55): </w:t>
      </w:r>
      <w:r>
        <w:rPr>
          <w:rFonts w:ascii="Arial" w:hAnsi="Arial" w:cs="Arial"/>
          <w:b/>
          <w:color w:val="0F4761"/>
          <w:sz w:val="22"/>
          <w:rtl w:val="1"/>
        </w:rPr>
        <w:t>التطوير</w:t>
      </w:r>
      <w:r>
        <w:rPr>
          <w:rFonts w:ascii="Arial" w:hAnsi="Arial" w:cs="Arial"/>
          <w:b/>
          <w:color w:val="0F4761"/>
          <w:sz w:val="22"/>
          <w:rtl w:val="1"/>
        </w:rPr>
        <w:t xml:space="preserve"> </w:t>
      </w:r>
      <w:r>
        <w:rPr>
          <w:rFonts w:ascii="Arial" w:hAnsi="Arial" w:cs="Arial"/>
          <w:b/>
          <w:color w:val="0F4761"/>
          <w:sz w:val="22"/>
          <w:rtl w:val="1"/>
        </w:rPr>
        <w:t>المهني</w:t>
      </w:r>
    </w:p>
    <w:p w14:paraId="3B6FFD15" w14:textId="77777777" w:rsidR="009E64B1" w:rsidRDefault="009E64B1" w:rsidP="001F0C09">
      <w:pPr>
        <w:spacing w:before="0" w:after="80" w:line="269" w:lineRule="auto"/>
        <w:jc w:val="both"/>
        <w:bidi w:val="1"/>
      </w:pPr>
      <w:r>
        <w:rPr>
          <w:rFonts w:ascii="Arial" w:hAnsi="Arial" w:cs="Arial"/>
          <w:sz w:val="21"/>
          <w:rtl w:val="1"/>
        </w:rPr>
        <w:t>تشجع</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التعلم</w:t>
      </w:r>
      <w:r>
        <w:rPr>
          <w:rFonts w:ascii="Arial" w:hAnsi="Arial" w:cs="Arial"/>
          <w:sz w:val="21"/>
          <w:rtl w:val="1"/>
        </w:rPr>
        <w:t xml:space="preserve"> </w:t>
      </w:r>
      <w:r>
        <w:rPr>
          <w:rFonts w:ascii="Arial" w:hAnsi="Arial" w:cs="Arial"/>
          <w:sz w:val="21"/>
          <w:rtl w:val="1"/>
        </w:rPr>
        <w:t>المستمر</w:t>
      </w:r>
      <w:r>
        <w:rPr>
          <w:rFonts w:ascii="Arial" w:hAnsi="Arial" w:cs="Arial"/>
          <w:sz w:val="21"/>
          <w:rtl w:val="1"/>
        </w:rPr>
        <w:t xml:space="preserve"> </w:t>
      </w:r>
      <w:r>
        <w:rPr>
          <w:rFonts w:ascii="Arial" w:hAnsi="Arial" w:cs="Arial"/>
          <w:sz w:val="21"/>
          <w:rtl w:val="1"/>
        </w:rPr>
        <w:t>والتطوير</w:t>
      </w:r>
      <w:r>
        <w:rPr>
          <w:rFonts w:ascii="Arial" w:hAnsi="Arial" w:cs="Arial"/>
          <w:sz w:val="21"/>
          <w:rtl w:val="1"/>
        </w:rPr>
        <w:t xml:space="preserve"> </w:t>
      </w:r>
      <w:r>
        <w:rPr>
          <w:rFonts w:ascii="Arial" w:hAnsi="Arial" w:cs="Arial"/>
          <w:sz w:val="21"/>
          <w:rtl w:val="1"/>
        </w:rPr>
        <w:t>المهني</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يتوافق</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احتياجات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وخططها</w:t>
      </w:r>
      <w:r>
        <w:rPr>
          <w:rFonts w:ascii="Arial" w:hAnsi="Arial" w:cs="Arial"/>
          <w:sz w:val="21"/>
          <w:rtl w:val="1"/>
        </w:rPr>
        <w:t xml:space="preserve"> </w:t>
      </w:r>
      <w:r>
        <w:rPr>
          <w:rFonts w:ascii="Arial" w:hAnsi="Arial" w:cs="Arial"/>
          <w:sz w:val="21"/>
          <w:rtl w:val="1"/>
        </w:rPr>
        <w:t>الاستراتيجية</w:t>
      </w:r>
      <w:r>
        <w:rPr>
          <w:rFonts w:ascii="Arial" w:hAnsi="Arial" w:cs="Arial"/>
          <w:sz w:val="21"/>
          <w:rtl w:val="1"/>
        </w:rPr>
        <w:t>.</w:t>
      </w:r>
    </w:p>
    <w:p w14:paraId="524CD19D"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السادس</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إدارة</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وتقييم</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الأداء</w:t>
      </w:r>
    </w:p>
    <w:p w14:paraId="68125CB5"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(56): </w:t>
      </w:r>
      <w:r>
        <w:rPr>
          <w:rFonts w:ascii="Arial" w:hAnsi="Arial" w:cs="Arial"/>
          <w:b/>
          <w:color w:val="0F4761"/>
          <w:sz w:val="22"/>
          <w:rtl w:val="1"/>
        </w:rPr>
        <w:t>أهداف</w:t>
      </w:r>
      <w:r>
        <w:rPr>
          <w:rFonts w:ascii="Arial" w:hAnsi="Arial" w:cs="Arial"/>
          <w:b/>
          <w:color w:val="0F4761"/>
          <w:sz w:val="22"/>
          <w:rtl w:val="1"/>
        </w:rPr>
        <w:t xml:space="preserve"> </w:t>
      </w:r>
      <w:r>
        <w:rPr>
          <w:rFonts w:ascii="Arial" w:hAnsi="Arial" w:cs="Arial"/>
          <w:b/>
          <w:color w:val="0F4761"/>
          <w:sz w:val="22"/>
          <w:rtl w:val="1"/>
        </w:rPr>
        <w:t>إدارة</w:t>
      </w:r>
      <w:r>
        <w:rPr>
          <w:rFonts w:ascii="Arial" w:hAnsi="Arial" w:cs="Arial"/>
          <w:b/>
          <w:color w:val="0F4761"/>
          <w:sz w:val="22"/>
          <w:rtl w:val="1"/>
        </w:rPr>
        <w:t xml:space="preserve"> </w:t>
      </w:r>
      <w:r>
        <w:rPr>
          <w:rFonts w:ascii="Arial" w:hAnsi="Arial" w:cs="Arial"/>
          <w:b/>
          <w:color w:val="0F4761"/>
          <w:sz w:val="22"/>
          <w:rtl w:val="1"/>
        </w:rPr>
        <w:t>الأداء</w:t>
      </w:r>
    </w:p>
    <w:p w14:paraId="237B8271" w14:textId="77777777" w:rsidR="009E64B1" w:rsidRDefault="009E64B1" w:rsidP="001F0C09">
      <w:pPr>
        <w:spacing w:before="0" w:after="80" w:line="269" w:lineRule="auto"/>
        <w:jc w:val="both"/>
        <w:bidi w:val="1"/>
      </w:pPr>
      <w:r>
        <w:rPr>
          <w:rFonts w:ascii="Arial" w:hAnsi="Arial" w:cs="Arial"/>
          <w:sz w:val="21"/>
          <w:rtl w:val="1"/>
        </w:rPr>
        <w:t>تهدف</w:t>
      </w:r>
      <w:r>
        <w:rPr>
          <w:rFonts w:ascii="Arial" w:hAnsi="Arial" w:cs="Arial"/>
          <w:sz w:val="21"/>
          <w:rtl w:val="1"/>
        </w:rPr>
        <w:t xml:space="preserve"> </w:t>
      </w:r>
      <w:r>
        <w:rPr>
          <w:rFonts w:ascii="Arial" w:hAnsi="Arial" w:cs="Arial"/>
          <w:sz w:val="21"/>
          <w:rtl w:val="1"/>
        </w:rPr>
        <w:t>إدارة</w:t>
      </w:r>
      <w:r>
        <w:rPr>
          <w:rFonts w:ascii="Arial" w:hAnsi="Arial" w:cs="Arial"/>
          <w:sz w:val="21"/>
          <w:rtl w:val="1"/>
        </w:rPr>
        <w:t xml:space="preserve"> </w:t>
      </w:r>
      <w:r>
        <w:rPr>
          <w:rFonts w:ascii="Arial" w:hAnsi="Arial" w:cs="Arial"/>
          <w:sz w:val="21"/>
          <w:rtl w:val="1"/>
        </w:rPr>
        <w:t>الأداء</w:t>
      </w:r>
      <w:r>
        <w:rPr>
          <w:rFonts w:ascii="Arial" w:hAnsi="Arial" w:cs="Arial"/>
          <w:sz w:val="21"/>
          <w:rtl w:val="1"/>
        </w:rPr>
        <w:t xml:space="preserve"> </w:t>
      </w:r>
      <w:r>
        <w:rPr>
          <w:rFonts w:ascii="Arial" w:hAnsi="Arial" w:cs="Arial"/>
          <w:sz w:val="21"/>
          <w:rtl w:val="1"/>
        </w:rPr>
        <w:t>إلى</w:t>
      </w:r>
      <w:r>
        <w:rPr>
          <w:rFonts w:ascii="Arial" w:hAnsi="Arial" w:cs="Arial"/>
          <w:sz w:val="21"/>
          <w:rtl w:val="1"/>
        </w:rPr>
        <w:t xml:space="preserve"> </w:t>
      </w:r>
      <w:r>
        <w:rPr>
          <w:rFonts w:ascii="Arial" w:hAnsi="Arial" w:cs="Arial"/>
          <w:sz w:val="21"/>
          <w:rtl w:val="1"/>
        </w:rPr>
        <w:t>تحسين</w:t>
      </w:r>
      <w:r>
        <w:rPr>
          <w:rFonts w:ascii="Arial" w:hAnsi="Arial" w:cs="Arial"/>
          <w:sz w:val="21"/>
          <w:rtl w:val="1"/>
        </w:rPr>
        <w:t xml:space="preserve"> </w:t>
      </w:r>
      <w:r>
        <w:rPr>
          <w:rFonts w:ascii="Arial" w:hAnsi="Arial" w:cs="Arial"/>
          <w:sz w:val="21"/>
          <w:rtl w:val="1"/>
        </w:rPr>
        <w:t>جودة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ورفع</w:t>
      </w:r>
      <w:r>
        <w:rPr>
          <w:rFonts w:ascii="Arial" w:hAnsi="Arial" w:cs="Arial"/>
          <w:sz w:val="21"/>
          <w:rtl w:val="1"/>
        </w:rPr>
        <w:t xml:space="preserve"> </w:t>
      </w:r>
      <w:r>
        <w:rPr>
          <w:rFonts w:ascii="Arial" w:hAnsi="Arial" w:cs="Arial"/>
          <w:sz w:val="21"/>
          <w:rtl w:val="1"/>
        </w:rPr>
        <w:t>كفاءة</w:t>
      </w:r>
      <w:r>
        <w:rPr>
          <w:rFonts w:ascii="Arial" w:hAnsi="Arial" w:cs="Arial"/>
          <w:sz w:val="21"/>
          <w:rtl w:val="1"/>
        </w:rPr>
        <w:t xml:space="preserve"> </w:t>
      </w:r>
      <w:r>
        <w:rPr>
          <w:rFonts w:ascii="Arial" w:hAnsi="Arial" w:cs="Arial"/>
          <w:sz w:val="21"/>
          <w:rtl w:val="1"/>
        </w:rPr>
        <w:t>الموظفين،</w:t>
      </w:r>
      <w:r>
        <w:rPr>
          <w:rFonts w:ascii="Arial" w:hAnsi="Arial" w:cs="Arial"/>
          <w:sz w:val="21"/>
          <w:rtl w:val="1"/>
        </w:rPr>
        <w:t xml:space="preserve"> </w:t>
      </w:r>
      <w:r>
        <w:rPr>
          <w:rFonts w:ascii="Arial" w:hAnsi="Arial" w:cs="Arial"/>
          <w:sz w:val="21"/>
          <w:rtl w:val="1"/>
        </w:rPr>
        <w:t>ودعم</w:t>
      </w:r>
      <w:r>
        <w:rPr>
          <w:rFonts w:ascii="Arial" w:hAnsi="Arial" w:cs="Arial"/>
          <w:sz w:val="21"/>
          <w:rtl w:val="1"/>
        </w:rPr>
        <w:t xml:space="preserve"> </w:t>
      </w:r>
      <w:r>
        <w:rPr>
          <w:rFonts w:ascii="Arial" w:hAnsi="Arial" w:cs="Arial"/>
          <w:sz w:val="21"/>
          <w:rtl w:val="1"/>
        </w:rPr>
        <w:t>تحقيق</w:t>
      </w:r>
      <w:r>
        <w:rPr>
          <w:rFonts w:ascii="Arial" w:hAnsi="Arial" w:cs="Arial"/>
          <w:sz w:val="21"/>
          <w:rtl w:val="1"/>
        </w:rPr>
        <w:t xml:space="preserve"> </w:t>
      </w:r>
      <w:r>
        <w:rPr>
          <w:rFonts w:ascii="Arial" w:hAnsi="Arial" w:cs="Arial"/>
          <w:sz w:val="21"/>
          <w:rtl w:val="1"/>
        </w:rPr>
        <w:t>أهداف</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5447F81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(57): </w:t>
      </w:r>
      <w:r>
        <w:rPr>
          <w:rFonts w:ascii="Arial" w:hAnsi="Arial" w:cs="Arial"/>
          <w:b/>
          <w:color w:val="0F4761"/>
          <w:sz w:val="22"/>
          <w:rtl w:val="1"/>
        </w:rPr>
        <w:t>تقييم</w:t>
      </w:r>
      <w:r>
        <w:rPr>
          <w:rFonts w:ascii="Arial" w:hAnsi="Arial" w:cs="Arial"/>
          <w:b/>
          <w:color w:val="0F4761"/>
          <w:sz w:val="22"/>
          <w:rtl w:val="1"/>
        </w:rPr>
        <w:t xml:space="preserve"> </w:t>
      </w:r>
      <w:r>
        <w:rPr>
          <w:rFonts w:ascii="Arial" w:hAnsi="Arial" w:cs="Arial"/>
          <w:b/>
          <w:color w:val="0F4761"/>
          <w:sz w:val="22"/>
          <w:rtl w:val="1"/>
        </w:rPr>
        <w:t>الأداء</w:t>
      </w:r>
    </w:p>
    <w:p w14:paraId="6805C91F" w14:textId="77777777" w:rsidR="009E64B1" w:rsidRDefault="009E64B1" w:rsidP="001F0C09">
      <w:pPr>
        <w:spacing w:before="0" w:after="80" w:line="269" w:lineRule="auto"/>
        <w:jc w:val="both"/>
        <w:bidi w:val="1"/>
      </w:pPr>
      <w:r>
        <w:rPr>
          <w:rFonts w:ascii="Arial" w:hAnsi="Arial" w:cs="Arial"/>
          <w:sz w:val="21"/>
          <w:rtl w:val="1"/>
        </w:rPr>
        <w:t>يخضع</w:t>
      </w:r>
      <w:r>
        <w:rPr>
          <w:rFonts w:ascii="Arial" w:hAnsi="Arial" w:cs="Arial"/>
          <w:sz w:val="21"/>
          <w:rtl w:val="1"/>
        </w:rPr>
        <w:t xml:space="preserve"> </w:t>
      </w:r>
      <w:r>
        <w:rPr>
          <w:rFonts w:ascii="Arial" w:hAnsi="Arial" w:cs="Arial"/>
          <w:sz w:val="21"/>
          <w:rtl w:val="1"/>
        </w:rPr>
        <w:t>الموظفون</w:t>
      </w:r>
      <w:r>
        <w:rPr>
          <w:rFonts w:ascii="Arial" w:hAnsi="Arial" w:cs="Arial"/>
          <w:sz w:val="21"/>
          <w:rtl w:val="1"/>
        </w:rPr>
        <w:t xml:space="preserve"> </w:t>
      </w:r>
      <w:r>
        <w:rPr>
          <w:rFonts w:ascii="Arial" w:hAnsi="Arial" w:cs="Arial"/>
          <w:sz w:val="21"/>
          <w:rtl w:val="1"/>
        </w:rPr>
        <w:t>لتقييم</w:t>
      </w:r>
      <w:r>
        <w:rPr>
          <w:rFonts w:ascii="Arial" w:hAnsi="Arial" w:cs="Arial"/>
          <w:sz w:val="21"/>
          <w:rtl w:val="1"/>
        </w:rPr>
        <w:t xml:space="preserve"> </w:t>
      </w:r>
      <w:r>
        <w:rPr>
          <w:rFonts w:ascii="Arial" w:hAnsi="Arial" w:cs="Arial"/>
          <w:sz w:val="21"/>
          <w:rtl w:val="1"/>
        </w:rPr>
        <w:t>أداء</w:t>
      </w:r>
      <w:r>
        <w:rPr>
          <w:rFonts w:ascii="Arial" w:hAnsi="Arial" w:cs="Arial"/>
          <w:sz w:val="21"/>
          <w:rtl w:val="1"/>
        </w:rPr>
        <w:t xml:space="preserve"> </w:t>
      </w:r>
      <w:r>
        <w:rPr>
          <w:rFonts w:ascii="Arial" w:hAnsi="Arial" w:cs="Arial"/>
          <w:sz w:val="21"/>
          <w:rtl w:val="1"/>
        </w:rPr>
        <w:t>دوري</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نموذج</w:t>
      </w:r>
      <w:r>
        <w:rPr>
          <w:rFonts w:ascii="Arial" w:hAnsi="Arial" w:cs="Arial"/>
          <w:sz w:val="21"/>
          <w:rtl w:val="1"/>
        </w:rPr>
        <w:t xml:space="preserve"> </w:t>
      </w:r>
      <w:r>
        <w:rPr>
          <w:rFonts w:ascii="Arial" w:hAnsi="Arial" w:cs="Arial"/>
          <w:sz w:val="21"/>
          <w:rtl w:val="1"/>
        </w:rPr>
        <w:t>ومعايير</w:t>
      </w:r>
      <w:r>
        <w:rPr>
          <w:rFonts w:ascii="Arial" w:hAnsi="Arial" w:cs="Arial"/>
          <w:sz w:val="21"/>
          <w:rtl w:val="1"/>
        </w:rPr>
        <w:t xml:space="preserve"> </w:t>
      </w:r>
      <w:r>
        <w:rPr>
          <w:rFonts w:ascii="Arial" w:hAnsi="Arial" w:cs="Arial"/>
          <w:sz w:val="21"/>
          <w:rtl w:val="1"/>
        </w:rPr>
        <w:t>تعتمدها</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يحقق</w:t>
      </w:r>
      <w:r>
        <w:rPr>
          <w:rFonts w:ascii="Arial" w:hAnsi="Arial" w:cs="Arial"/>
          <w:sz w:val="21"/>
          <w:rtl w:val="1"/>
        </w:rPr>
        <w:t xml:space="preserve"> </w:t>
      </w:r>
      <w:r>
        <w:rPr>
          <w:rFonts w:ascii="Arial" w:hAnsi="Arial" w:cs="Arial"/>
          <w:sz w:val="21"/>
          <w:rtl w:val="1"/>
        </w:rPr>
        <w:t>العدالة</w:t>
      </w:r>
      <w:r>
        <w:rPr>
          <w:rFonts w:ascii="Arial" w:hAnsi="Arial" w:cs="Arial"/>
          <w:sz w:val="21"/>
          <w:rtl w:val="1"/>
        </w:rPr>
        <w:t xml:space="preserve"> </w:t>
      </w:r>
      <w:r>
        <w:rPr>
          <w:rFonts w:ascii="Arial" w:hAnsi="Arial" w:cs="Arial"/>
          <w:sz w:val="21"/>
          <w:rtl w:val="1"/>
        </w:rPr>
        <w:t>والموضوعية</w:t>
      </w:r>
      <w:r>
        <w:rPr>
          <w:rFonts w:ascii="Arial" w:hAnsi="Arial" w:cs="Arial"/>
          <w:sz w:val="21"/>
          <w:rtl w:val="1"/>
        </w:rPr>
        <w:t>.</w:t>
      </w:r>
    </w:p>
    <w:p w14:paraId="410195A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(58): </w:t>
      </w:r>
      <w:r>
        <w:rPr>
          <w:rFonts w:ascii="Arial" w:hAnsi="Arial" w:cs="Arial"/>
          <w:b/>
          <w:color w:val="0F4761"/>
          <w:sz w:val="22"/>
          <w:rtl w:val="1"/>
        </w:rPr>
        <w:t>معايير</w:t>
      </w:r>
      <w:r>
        <w:rPr>
          <w:rFonts w:ascii="Arial" w:hAnsi="Arial" w:cs="Arial"/>
          <w:b/>
          <w:color w:val="0F4761"/>
          <w:sz w:val="22"/>
          <w:rtl w:val="1"/>
        </w:rPr>
        <w:t xml:space="preserve"> </w:t>
      </w:r>
      <w:r>
        <w:rPr>
          <w:rFonts w:ascii="Arial" w:hAnsi="Arial" w:cs="Arial"/>
          <w:b/>
          <w:color w:val="0F4761"/>
          <w:sz w:val="22"/>
          <w:rtl w:val="1"/>
        </w:rPr>
        <w:t>التقييم</w:t>
      </w:r>
    </w:p>
    <w:p w14:paraId="74D64CDA" w14:textId="77777777" w:rsidR="009E64B1" w:rsidRDefault="009E64B1" w:rsidP="001F0C09">
      <w:pPr>
        <w:spacing w:before="0" w:after="80" w:line="269" w:lineRule="auto"/>
        <w:jc w:val="both"/>
        <w:bidi w:val="1"/>
      </w:pPr>
      <w:r>
        <w:rPr>
          <w:rFonts w:ascii="Arial" w:hAnsi="Arial" w:cs="Arial"/>
          <w:sz w:val="21"/>
          <w:rtl w:val="1"/>
        </w:rPr>
        <w:t>تشمل</w:t>
      </w:r>
      <w:r>
        <w:rPr>
          <w:rFonts w:ascii="Arial" w:hAnsi="Arial" w:cs="Arial"/>
          <w:sz w:val="21"/>
          <w:rtl w:val="1"/>
        </w:rPr>
        <w:t xml:space="preserve"> </w:t>
      </w:r>
      <w:r>
        <w:rPr>
          <w:rFonts w:ascii="Arial" w:hAnsi="Arial" w:cs="Arial"/>
          <w:sz w:val="21"/>
          <w:rtl w:val="1"/>
        </w:rPr>
        <w:t>معايير</w:t>
      </w:r>
      <w:r>
        <w:rPr>
          <w:rFonts w:ascii="Arial" w:hAnsi="Arial" w:cs="Arial"/>
          <w:sz w:val="21"/>
          <w:rtl w:val="1"/>
        </w:rPr>
        <w:t xml:space="preserve"> </w:t>
      </w:r>
      <w:r>
        <w:rPr>
          <w:rFonts w:ascii="Arial" w:hAnsi="Arial" w:cs="Arial"/>
          <w:sz w:val="21"/>
          <w:rtl w:val="1"/>
        </w:rPr>
        <w:t>التقييم</w:t>
      </w:r>
      <w:r>
        <w:rPr>
          <w:rFonts w:ascii="Arial" w:hAnsi="Arial" w:cs="Arial"/>
          <w:sz w:val="21"/>
          <w:rtl w:val="1"/>
        </w:rPr>
        <w:t xml:space="preserve"> </w:t>
      </w:r>
      <w:r>
        <w:rPr>
          <w:rFonts w:ascii="Arial" w:hAnsi="Arial" w:cs="Arial"/>
          <w:sz w:val="21"/>
          <w:rtl w:val="1"/>
        </w:rPr>
        <w:t>جودة</w:t>
      </w:r>
      <w:r>
        <w:rPr>
          <w:rFonts w:ascii="Arial" w:hAnsi="Arial" w:cs="Arial"/>
          <w:sz w:val="21"/>
          <w:rtl w:val="1"/>
        </w:rPr>
        <w:t xml:space="preserve"> </w:t>
      </w:r>
      <w:r>
        <w:rPr>
          <w:rFonts w:ascii="Arial" w:hAnsi="Arial" w:cs="Arial"/>
          <w:sz w:val="21"/>
          <w:rtl w:val="1"/>
        </w:rPr>
        <w:t>الإنجاز،</w:t>
      </w:r>
      <w:r>
        <w:rPr>
          <w:rFonts w:ascii="Arial" w:hAnsi="Arial" w:cs="Arial"/>
          <w:sz w:val="21"/>
          <w:rtl w:val="1"/>
        </w:rPr>
        <w:t xml:space="preserve"> </w:t>
      </w:r>
      <w:r>
        <w:rPr>
          <w:rFonts w:ascii="Arial" w:hAnsi="Arial" w:cs="Arial"/>
          <w:sz w:val="21"/>
          <w:rtl w:val="1"/>
        </w:rPr>
        <w:t>والالتزام</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والتعاون،</w:t>
      </w:r>
      <w:r>
        <w:rPr>
          <w:rFonts w:ascii="Arial" w:hAnsi="Arial" w:cs="Arial"/>
          <w:sz w:val="21"/>
          <w:rtl w:val="1"/>
        </w:rPr>
        <w:t xml:space="preserve"> </w:t>
      </w:r>
      <w:r>
        <w:rPr>
          <w:rFonts w:ascii="Arial" w:hAnsi="Arial" w:cs="Arial"/>
          <w:sz w:val="21"/>
          <w:rtl w:val="1"/>
        </w:rPr>
        <w:t>والانضباط،</w:t>
      </w:r>
      <w:r>
        <w:rPr>
          <w:rFonts w:ascii="Arial" w:hAnsi="Arial" w:cs="Arial"/>
          <w:sz w:val="21"/>
          <w:rtl w:val="1"/>
        </w:rPr>
        <w:t xml:space="preserve"> </w:t>
      </w:r>
      <w:r>
        <w:rPr>
          <w:rFonts w:ascii="Arial" w:hAnsi="Arial" w:cs="Arial"/>
          <w:sz w:val="21"/>
          <w:rtl w:val="1"/>
        </w:rPr>
        <w:t>وتحقيق</w:t>
      </w:r>
      <w:r>
        <w:rPr>
          <w:rFonts w:ascii="Arial" w:hAnsi="Arial" w:cs="Arial"/>
          <w:sz w:val="21"/>
          <w:rtl w:val="1"/>
        </w:rPr>
        <w:t xml:space="preserve"> </w:t>
      </w:r>
      <w:r>
        <w:rPr>
          <w:rFonts w:ascii="Arial" w:hAnsi="Arial" w:cs="Arial"/>
          <w:sz w:val="21"/>
          <w:rtl w:val="1"/>
        </w:rPr>
        <w:t>متطلبات</w:t>
      </w:r>
      <w:r>
        <w:rPr>
          <w:rFonts w:ascii="Arial" w:hAnsi="Arial" w:cs="Arial"/>
          <w:sz w:val="21"/>
          <w:rtl w:val="1"/>
        </w:rPr>
        <w:t xml:space="preserve"> </w:t>
      </w:r>
      <w:r>
        <w:rPr>
          <w:rFonts w:ascii="Arial" w:hAnsi="Arial" w:cs="Arial"/>
          <w:sz w:val="21"/>
          <w:rtl w:val="1"/>
        </w:rPr>
        <w:t>الوظيفة</w:t>
      </w:r>
      <w:r>
        <w:rPr>
          <w:rFonts w:ascii="Arial" w:hAnsi="Arial" w:cs="Arial"/>
          <w:sz w:val="21"/>
          <w:rtl w:val="1"/>
        </w:rPr>
        <w:t>.</w:t>
      </w:r>
    </w:p>
    <w:p w14:paraId="5C4F41B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(59): </w:t>
      </w:r>
      <w:r>
        <w:rPr>
          <w:rFonts w:ascii="Arial" w:hAnsi="Arial" w:cs="Arial"/>
          <w:b/>
          <w:color w:val="0F4761"/>
          <w:sz w:val="22"/>
          <w:rtl w:val="1"/>
        </w:rPr>
        <w:t>مسؤولية</w:t>
      </w:r>
      <w:r>
        <w:rPr>
          <w:rFonts w:ascii="Arial" w:hAnsi="Arial" w:cs="Arial"/>
          <w:b/>
          <w:color w:val="0F4761"/>
          <w:sz w:val="22"/>
          <w:rtl w:val="1"/>
        </w:rPr>
        <w:t xml:space="preserve"> </w:t>
      </w:r>
      <w:r>
        <w:rPr>
          <w:rFonts w:ascii="Arial" w:hAnsi="Arial" w:cs="Arial"/>
          <w:b/>
          <w:color w:val="0F4761"/>
          <w:sz w:val="22"/>
          <w:rtl w:val="1"/>
        </w:rPr>
        <w:t>التقييم</w:t>
      </w:r>
    </w:p>
    <w:p w14:paraId="67986FA1" w14:textId="77777777" w:rsidR="009E64B1" w:rsidRDefault="009E64B1" w:rsidP="001F0C09">
      <w:pPr>
        <w:spacing w:before="0" w:after="80" w:line="269" w:lineRule="auto"/>
        <w:jc w:val="both"/>
        <w:bidi w:val="1"/>
      </w:pPr>
      <w:r>
        <w:rPr>
          <w:rFonts w:ascii="Arial" w:hAnsi="Arial" w:cs="Arial"/>
          <w:sz w:val="21"/>
          <w:rtl w:val="1"/>
        </w:rPr>
        <w:t>يتولى</w:t>
      </w:r>
      <w:r>
        <w:rPr>
          <w:rFonts w:ascii="Arial" w:hAnsi="Arial" w:cs="Arial"/>
          <w:sz w:val="21"/>
          <w:rtl w:val="1"/>
        </w:rPr>
        <w:t xml:space="preserve"> </w:t>
      </w:r>
      <w:r>
        <w:rPr>
          <w:rFonts w:ascii="Arial" w:hAnsi="Arial" w:cs="Arial"/>
          <w:sz w:val="21"/>
          <w:rtl w:val="1"/>
        </w:rPr>
        <w:t>الرئيس</w:t>
      </w:r>
      <w:r>
        <w:rPr>
          <w:rFonts w:ascii="Arial" w:hAnsi="Arial" w:cs="Arial"/>
          <w:sz w:val="21"/>
          <w:rtl w:val="1"/>
        </w:rPr>
        <w:t xml:space="preserve"> </w:t>
      </w:r>
      <w:r>
        <w:rPr>
          <w:rFonts w:ascii="Arial" w:hAnsi="Arial" w:cs="Arial"/>
          <w:sz w:val="21"/>
          <w:rtl w:val="1"/>
        </w:rPr>
        <w:t>المباشر</w:t>
      </w:r>
      <w:r>
        <w:rPr>
          <w:rFonts w:ascii="Arial" w:hAnsi="Arial" w:cs="Arial"/>
          <w:sz w:val="21"/>
          <w:rtl w:val="1"/>
        </w:rPr>
        <w:t xml:space="preserve"> </w:t>
      </w:r>
      <w:r>
        <w:rPr>
          <w:rFonts w:ascii="Arial" w:hAnsi="Arial" w:cs="Arial"/>
          <w:sz w:val="21"/>
          <w:rtl w:val="1"/>
        </w:rPr>
        <w:t>إعداد</w:t>
      </w:r>
      <w:r>
        <w:rPr>
          <w:rFonts w:ascii="Arial" w:hAnsi="Arial" w:cs="Arial"/>
          <w:sz w:val="21"/>
          <w:rtl w:val="1"/>
        </w:rPr>
        <w:t xml:space="preserve"> </w:t>
      </w:r>
      <w:r>
        <w:rPr>
          <w:rFonts w:ascii="Arial" w:hAnsi="Arial" w:cs="Arial"/>
          <w:sz w:val="21"/>
          <w:rtl w:val="1"/>
        </w:rPr>
        <w:t>تقييم</w:t>
      </w:r>
      <w:r>
        <w:rPr>
          <w:rFonts w:ascii="Arial" w:hAnsi="Arial" w:cs="Arial"/>
          <w:sz w:val="21"/>
          <w:rtl w:val="1"/>
        </w:rPr>
        <w:t xml:space="preserve"> </w:t>
      </w:r>
      <w:r>
        <w:rPr>
          <w:rFonts w:ascii="Arial" w:hAnsi="Arial" w:cs="Arial"/>
          <w:sz w:val="21"/>
          <w:rtl w:val="1"/>
        </w:rPr>
        <w:t>الأداء</w:t>
      </w:r>
      <w:r>
        <w:rPr>
          <w:rFonts w:ascii="Arial" w:hAnsi="Arial" w:cs="Arial"/>
          <w:sz w:val="21"/>
          <w:rtl w:val="1"/>
        </w:rPr>
        <w:t xml:space="preserve"> </w:t>
      </w:r>
      <w:r>
        <w:rPr>
          <w:rFonts w:ascii="Arial" w:hAnsi="Arial" w:cs="Arial"/>
          <w:sz w:val="21"/>
          <w:rtl w:val="1"/>
        </w:rPr>
        <w:t>واعتماده</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الصلاحيات</w:t>
      </w:r>
      <w:r>
        <w:rPr>
          <w:rFonts w:ascii="Arial" w:hAnsi="Arial" w:cs="Arial"/>
          <w:sz w:val="21"/>
          <w:rtl w:val="1"/>
        </w:rPr>
        <w:t xml:space="preserve"> </w:t>
      </w:r>
      <w:r>
        <w:rPr>
          <w:rFonts w:ascii="Arial" w:hAnsi="Arial" w:cs="Arial"/>
          <w:sz w:val="21"/>
          <w:rtl w:val="1"/>
        </w:rPr>
        <w:t>والإجراءات</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5DFF5A23"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(60): </w:t>
      </w:r>
      <w:r>
        <w:rPr>
          <w:rFonts w:ascii="Arial" w:hAnsi="Arial" w:cs="Arial"/>
          <w:b/>
          <w:color w:val="0F4761"/>
          <w:sz w:val="22"/>
          <w:rtl w:val="1"/>
        </w:rPr>
        <w:t>إبلاغ</w:t>
      </w:r>
      <w:r>
        <w:rPr>
          <w:rFonts w:ascii="Arial" w:hAnsi="Arial" w:cs="Arial"/>
          <w:b/>
          <w:color w:val="0F4761"/>
          <w:sz w:val="22"/>
          <w:rtl w:val="1"/>
        </w:rPr>
        <w:t xml:space="preserve"> </w:t>
      </w:r>
      <w:r>
        <w:rPr>
          <w:rFonts w:ascii="Arial" w:hAnsi="Arial" w:cs="Arial"/>
          <w:b/>
          <w:color w:val="0F4761"/>
          <w:sz w:val="22"/>
          <w:rtl w:val="1"/>
        </w:rPr>
        <w:t>الموظف</w:t>
      </w:r>
      <w:r>
        <w:rPr>
          <w:rFonts w:ascii="Arial" w:hAnsi="Arial" w:cs="Arial"/>
          <w:b/>
          <w:color w:val="0F4761"/>
          <w:sz w:val="22"/>
          <w:rtl w:val="1"/>
        </w:rPr>
        <w:t xml:space="preserve"> </w:t>
      </w:r>
      <w:r>
        <w:rPr>
          <w:rFonts w:ascii="Arial" w:hAnsi="Arial" w:cs="Arial"/>
          <w:b/>
          <w:color w:val="0F4761"/>
          <w:sz w:val="22"/>
          <w:rtl w:val="1"/>
        </w:rPr>
        <w:t>بالنتيجة</w:t>
      </w:r>
    </w:p>
    <w:p w14:paraId="2831EB13" w14:textId="77777777" w:rsidR="009E64B1" w:rsidRDefault="009E64B1" w:rsidP="001F0C09">
      <w:pPr>
        <w:spacing w:before="0" w:after="80" w:line="269" w:lineRule="auto"/>
        <w:jc w:val="both"/>
        <w:bidi w:val="1"/>
      </w:pPr>
      <w:r>
        <w:rPr>
          <w:rFonts w:ascii="Arial" w:hAnsi="Arial" w:cs="Arial"/>
          <w:sz w:val="21"/>
          <w:rtl w:val="1"/>
        </w:rPr>
        <w:t>يبلغ</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بنتيجة</w:t>
      </w:r>
      <w:r>
        <w:rPr>
          <w:rFonts w:ascii="Arial" w:hAnsi="Arial" w:cs="Arial"/>
          <w:sz w:val="21"/>
          <w:rtl w:val="1"/>
        </w:rPr>
        <w:t xml:space="preserve"> </w:t>
      </w:r>
      <w:r>
        <w:rPr>
          <w:rFonts w:ascii="Arial" w:hAnsi="Arial" w:cs="Arial"/>
          <w:sz w:val="21"/>
          <w:rtl w:val="1"/>
        </w:rPr>
        <w:t>تقييم</w:t>
      </w:r>
      <w:r>
        <w:rPr>
          <w:rFonts w:ascii="Arial" w:hAnsi="Arial" w:cs="Arial"/>
          <w:sz w:val="21"/>
          <w:rtl w:val="1"/>
        </w:rPr>
        <w:t xml:space="preserve"> </w:t>
      </w:r>
      <w:r>
        <w:rPr>
          <w:rFonts w:ascii="Arial" w:hAnsi="Arial" w:cs="Arial"/>
          <w:sz w:val="21"/>
          <w:rtl w:val="1"/>
        </w:rPr>
        <w:t>أدائه،</w:t>
      </w:r>
      <w:r>
        <w:rPr>
          <w:rFonts w:ascii="Arial" w:hAnsi="Arial" w:cs="Arial"/>
          <w:sz w:val="21"/>
          <w:rtl w:val="1"/>
        </w:rPr>
        <w:t xml:space="preserve"> </w:t>
      </w:r>
      <w:r>
        <w:rPr>
          <w:rFonts w:ascii="Arial" w:hAnsi="Arial" w:cs="Arial"/>
          <w:sz w:val="21"/>
          <w:rtl w:val="1"/>
        </w:rPr>
        <w:t>ويجوز</w:t>
      </w:r>
      <w:r>
        <w:rPr>
          <w:rFonts w:ascii="Arial" w:hAnsi="Arial" w:cs="Arial"/>
          <w:sz w:val="21"/>
          <w:rtl w:val="1"/>
        </w:rPr>
        <w:t xml:space="preserve"> </w:t>
      </w:r>
      <w:r>
        <w:rPr>
          <w:rFonts w:ascii="Arial" w:hAnsi="Arial" w:cs="Arial"/>
          <w:sz w:val="21"/>
          <w:rtl w:val="1"/>
        </w:rPr>
        <w:t>مناقشتها</w:t>
      </w:r>
      <w:r>
        <w:rPr>
          <w:rFonts w:ascii="Arial" w:hAnsi="Arial" w:cs="Arial"/>
          <w:sz w:val="21"/>
          <w:rtl w:val="1"/>
        </w:rPr>
        <w:t xml:space="preserve"> </w:t>
      </w:r>
      <w:r>
        <w:rPr>
          <w:rFonts w:ascii="Arial" w:hAnsi="Arial" w:cs="Arial"/>
          <w:sz w:val="21"/>
          <w:rtl w:val="1"/>
        </w:rPr>
        <w:t>معه</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يسهم</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تحسين</w:t>
      </w:r>
      <w:r>
        <w:rPr>
          <w:rFonts w:ascii="Arial" w:hAnsi="Arial" w:cs="Arial"/>
          <w:sz w:val="21"/>
          <w:rtl w:val="1"/>
        </w:rPr>
        <w:t xml:space="preserve"> </w:t>
      </w:r>
      <w:r>
        <w:rPr>
          <w:rFonts w:ascii="Arial" w:hAnsi="Arial" w:cs="Arial"/>
          <w:sz w:val="21"/>
          <w:rtl w:val="1"/>
        </w:rPr>
        <w:t>أدائه</w:t>
      </w:r>
      <w:r>
        <w:rPr>
          <w:rFonts w:ascii="Arial" w:hAnsi="Arial" w:cs="Arial"/>
          <w:sz w:val="21"/>
          <w:rtl w:val="1"/>
        </w:rPr>
        <w:t xml:space="preserve"> </w:t>
      </w:r>
      <w:r>
        <w:rPr>
          <w:rFonts w:ascii="Arial" w:hAnsi="Arial" w:cs="Arial"/>
          <w:sz w:val="21"/>
          <w:rtl w:val="1"/>
        </w:rPr>
        <w:t>المهني</w:t>
      </w:r>
      <w:r>
        <w:rPr>
          <w:rFonts w:ascii="Arial" w:hAnsi="Arial" w:cs="Arial"/>
          <w:sz w:val="21"/>
          <w:rtl w:val="1"/>
        </w:rPr>
        <w:t>.</w:t>
      </w:r>
    </w:p>
    <w:p w14:paraId="1E14032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(61): </w:t>
      </w:r>
      <w:r>
        <w:rPr>
          <w:rFonts w:ascii="Arial" w:hAnsi="Arial" w:cs="Arial"/>
          <w:b/>
          <w:color w:val="0F4761"/>
          <w:sz w:val="22"/>
          <w:rtl w:val="1"/>
        </w:rPr>
        <w:t>خطط</w:t>
      </w:r>
      <w:r>
        <w:rPr>
          <w:rFonts w:ascii="Arial" w:hAnsi="Arial" w:cs="Arial"/>
          <w:b/>
          <w:color w:val="0F4761"/>
          <w:sz w:val="22"/>
          <w:rtl w:val="1"/>
        </w:rPr>
        <w:t xml:space="preserve"> </w:t>
      </w:r>
      <w:r>
        <w:rPr>
          <w:rFonts w:ascii="Arial" w:hAnsi="Arial" w:cs="Arial"/>
          <w:b/>
          <w:color w:val="0F4761"/>
          <w:sz w:val="22"/>
          <w:rtl w:val="1"/>
        </w:rPr>
        <w:t>التحسين</w:t>
      </w:r>
    </w:p>
    <w:p w14:paraId="00C8F0EB" w14:textId="77777777" w:rsidR="009E64B1" w:rsidRDefault="009E64B1" w:rsidP="001F0C09">
      <w:pPr>
        <w:spacing w:before="0" w:after="80" w:line="269" w:lineRule="auto"/>
        <w:jc w:val="both"/>
        <w:bidi w:val="1"/>
      </w:pPr>
      <w:r>
        <w:rPr>
          <w:rFonts w:ascii="Arial" w:hAnsi="Arial" w:cs="Arial"/>
          <w:sz w:val="21"/>
          <w:rtl w:val="1"/>
        </w:rPr>
        <w:t>إذا</w:t>
      </w:r>
      <w:r>
        <w:rPr>
          <w:rFonts w:ascii="Arial" w:hAnsi="Arial" w:cs="Arial"/>
          <w:sz w:val="21"/>
          <w:rtl w:val="1"/>
        </w:rPr>
        <w:t xml:space="preserve"> </w:t>
      </w:r>
      <w:r>
        <w:rPr>
          <w:rFonts w:ascii="Arial" w:hAnsi="Arial" w:cs="Arial"/>
          <w:sz w:val="21"/>
          <w:rtl w:val="1"/>
        </w:rPr>
        <w:t>أظهر</w:t>
      </w:r>
      <w:r>
        <w:rPr>
          <w:rFonts w:ascii="Arial" w:hAnsi="Arial" w:cs="Arial"/>
          <w:sz w:val="21"/>
          <w:rtl w:val="1"/>
        </w:rPr>
        <w:t xml:space="preserve"> </w:t>
      </w:r>
      <w:r>
        <w:rPr>
          <w:rFonts w:ascii="Arial" w:hAnsi="Arial" w:cs="Arial"/>
          <w:sz w:val="21"/>
          <w:rtl w:val="1"/>
        </w:rPr>
        <w:t>التقييم</w:t>
      </w:r>
      <w:r>
        <w:rPr>
          <w:rFonts w:ascii="Arial" w:hAnsi="Arial" w:cs="Arial"/>
          <w:sz w:val="21"/>
          <w:rtl w:val="1"/>
        </w:rPr>
        <w:t xml:space="preserve"> </w:t>
      </w:r>
      <w:r>
        <w:rPr>
          <w:rFonts w:ascii="Arial" w:hAnsi="Arial" w:cs="Arial"/>
          <w:sz w:val="21"/>
          <w:rtl w:val="1"/>
        </w:rPr>
        <w:t>وجود</w:t>
      </w:r>
      <w:r>
        <w:rPr>
          <w:rFonts w:ascii="Arial" w:hAnsi="Arial" w:cs="Arial"/>
          <w:sz w:val="21"/>
          <w:rtl w:val="1"/>
        </w:rPr>
        <w:t xml:space="preserve"> </w:t>
      </w:r>
      <w:r>
        <w:rPr>
          <w:rFonts w:ascii="Arial" w:hAnsi="Arial" w:cs="Arial"/>
          <w:sz w:val="21"/>
          <w:rtl w:val="1"/>
        </w:rPr>
        <w:t>جوانب</w:t>
      </w:r>
      <w:r>
        <w:rPr>
          <w:rFonts w:ascii="Arial" w:hAnsi="Arial" w:cs="Arial"/>
          <w:sz w:val="21"/>
          <w:rtl w:val="1"/>
        </w:rPr>
        <w:t xml:space="preserve"> </w:t>
      </w:r>
      <w:r>
        <w:rPr>
          <w:rFonts w:ascii="Arial" w:hAnsi="Arial" w:cs="Arial"/>
          <w:sz w:val="21"/>
          <w:rtl w:val="1"/>
        </w:rPr>
        <w:t>تحتاج</w:t>
      </w:r>
      <w:r>
        <w:rPr>
          <w:rFonts w:ascii="Arial" w:hAnsi="Arial" w:cs="Arial"/>
          <w:sz w:val="21"/>
          <w:rtl w:val="1"/>
        </w:rPr>
        <w:t xml:space="preserve"> </w:t>
      </w:r>
      <w:r>
        <w:rPr>
          <w:rFonts w:ascii="Arial" w:hAnsi="Arial" w:cs="Arial"/>
          <w:sz w:val="21"/>
          <w:rtl w:val="1"/>
        </w:rPr>
        <w:t>إلى</w:t>
      </w:r>
      <w:r>
        <w:rPr>
          <w:rFonts w:ascii="Arial" w:hAnsi="Arial" w:cs="Arial"/>
          <w:sz w:val="21"/>
          <w:rtl w:val="1"/>
        </w:rPr>
        <w:t xml:space="preserve"> </w:t>
      </w:r>
      <w:r>
        <w:rPr>
          <w:rFonts w:ascii="Arial" w:hAnsi="Arial" w:cs="Arial"/>
          <w:sz w:val="21"/>
          <w:rtl w:val="1"/>
        </w:rPr>
        <w:t>تطوير،</w:t>
      </w:r>
      <w:r>
        <w:rPr>
          <w:rFonts w:ascii="Arial" w:hAnsi="Arial" w:cs="Arial"/>
          <w:sz w:val="21"/>
          <w:rtl w:val="1"/>
        </w:rPr>
        <w:t xml:space="preserve"> </w:t>
      </w:r>
      <w:r>
        <w:rPr>
          <w:rFonts w:ascii="Arial" w:hAnsi="Arial" w:cs="Arial"/>
          <w:sz w:val="21"/>
          <w:rtl w:val="1"/>
        </w:rPr>
        <w:t>تعد</w:t>
      </w:r>
      <w:r>
        <w:rPr>
          <w:rFonts w:ascii="Arial" w:hAnsi="Arial" w:cs="Arial"/>
          <w:sz w:val="21"/>
          <w:rtl w:val="1"/>
        </w:rPr>
        <w:t xml:space="preserve"> </w:t>
      </w:r>
      <w:r>
        <w:rPr>
          <w:rFonts w:ascii="Arial" w:hAnsi="Arial" w:cs="Arial"/>
          <w:sz w:val="21"/>
          <w:rtl w:val="1"/>
        </w:rPr>
        <w:t>خطة</w:t>
      </w:r>
      <w:r>
        <w:rPr>
          <w:rFonts w:ascii="Arial" w:hAnsi="Arial" w:cs="Arial"/>
          <w:sz w:val="21"/>
          <w:rtl w:val="1"/>
        </w:rPr>
        <w:t xml:space="preserve"> </w:t>
      </w:r>
      <w:r>
        <w:rPr>
          <w:rFonts w:ascii="Arial" w:hAnsi="Arial" w:cs="Arial"/>
          <w:sz w:val="21"/>
          <w:rtl w:val="1"/>
        </w:rPr>
        <w:t>تحسين</w:t>
      </w:r>
      <w:r>
        <w:rPr>
          <w:rFonts w:ascii="Arial" w:hAnsi="Arial" w:cs="Arial"/>
          <w:sz w:val="21"/>
          <w:rtl w:val="1"/>
        </w:rPr>
        <w:t xml:space="preserve"> </w:t>
      </w:r>
      <w:r>
        <w:rPr>
          <w:rFonts w:ascii="Arial" w:hAnsi="Arial" w:cs="Arial"/>
          <w:sz w:val="21"/>
          <w:rtl w:val="1"/>
        </w:rPr>
        <w:t>مناسبة</w:t>
      </w:r>
      <w:r>
        <w:rPr>
          <w:rFonts w:ascii="Arial" w:hAnsi="Arial" w:cs="Arial"/>
          <w:sz w:val="21"/>
          <w:rtl w:val="1"/>
        </w:rPr>
        <w:t xml:space="preserve"> </w:t>
      </w:r>
      <w:r>
        <w:rPr>
          <w:rFonts w:ascii="Arial" w:hAnsi="Arial" w:cs="Arial"/>
          <w:sz w:val="21"/>
          <w:rtl w:val="1"/>
        </w:rPr>
        <w:t>ويتابع</w:t>
      </w:r>
      <w:r>
        <w:rPr>
          <w:rFonts w:ascii="Arial" w:hAnsi="Arial" w:cs="Arial"/>
          <w:sz w:val="21"/>
          <w:rtl w:val="1"/>
        </w:rPr>
        <w:t xml:space="preserve"> </w:t>
      </w:r>
      <w:r>
        <w:rPr>
          <w:rFonts w:ascii="Arial" w:hAnsi="Arial" w:cs="Arial"/>
          <w:sz w:val="21"/>
          <w:rtl w:val="1"/>
        </w:rPr>
        <w:t>تنفيذها</w:t>
      </w:r>
      <w:r>
        <w:rPr>
          <w:rFonts w:ascii="Arial" w:hAnsi="Arial" w:cs="Arial"/>
          <w:sz w:val="21"/>
          <w:rtl w:val="1"/>
        </w:rPr>
        <w:t>.</w:t>
      </w:r>
    </w:p>
    <w:p w14:paraId="37CF186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(62): </w:t>
      </w:r>
      <w:r>
        <w:rPr>
          <w:rFonts w:ascii="Arial" w:hAnsi="Arial" w:cs="Arial"/>
          <w:b/>
          <w:color w:val="0F4761"/>
          <w:sz w:val="22"/>
          <w:rtl w:val="1"/>
        </w:rPr>
        <w:t>حفظ</w:t>
      </w:r>
      <w:r>
        <w:rPr>
          <w:rFonts w:ascii="Arial" w:hAnsi="Arial" w:cs="Arial"/>
          <w:b/>
          <w:color w:val="0F4761"/>
          <w:sz w:val="22"/>
          <w:rtl w:val="1"/>
        </w:rPr>
        <w:t xml:space="preserve"> </w:t>
      </w:r>
      <w:r>
        <w:rPr>
          <w:rFonts w:ascii="Arial" w:hAnsi="Arial" w:cs="Arial"/>
          <w:b/>
          <w:color w:val="0F4761"/>
          <w:sz w:val="22"/>
          <w:rtl w:val="1"/>
        </w:rPr>
        <w:t>نتائج</w:t>
      </w:r>
      <w:r>
        <w:rPr>
          <w:rFonts w:ascii="Arial" w:hAnsi="Arial" w:cs="Arial"/>
          <w:b/>
          <w:color w:val="0F4761"/>
          <w:sz w:val="22"/>
          <w:rtl w:val="1"/>
        </w:rPr>
        <w:t xml:space="preserve"> </w:t>
      </w:r>
      <w:r>
        <w:rPr>
          <w:rFonts w:ascii="Arial" w:hAnsi="Arial" w:cs="Arial"/>
          <w:b/>
          <w:color w:val="0F4761"/>
          <w:sz w:val="22"/>
          <w:rtl w:val="1"/>
        </w:rPr>
        <w:t>التقييم</w:t>
      </w:r>
    </w:p>
    <w:p w14:paraId="1EE6ECC6" w14:textId="77777777" w:rsidR="009E64B1" w:rsidRDefault="009E64B1" w:rsidP="001F0C09">
      <w:pPr>
        <w:spacing w:before="0" w:after="80" w:line="269" w:lineRule="auto"/>
        <w:jc w:val="both"/>
        <w:bidi w:val="1"/>
      </w:pPr>
      <w:r>
        <w:rPr>
          <w:rFonts w:ascii="Arial" w:hAnsi="Arial" w:cs="Arial"/>
          <w:sz w:val="21"/>
          <w:rtl w:val="1"/>
        </w:rPr>
        <w:t>تحفظ</w:t>
      </w:r>
      <w:r>
        <w:rPr>
          <w:rFonts w:ascii="Arial" w:hAnsi="Arial" w:cs="Arial"/>
          <w:sz w:val="21"/>
          <w:rtl w:val="1"/>
        </w:rPr>
        <w:t xml:space="preserve"> </w:t>
      </w:r>
      <w:r>
        <w:rPr>
          <w:rFonts w:ascii="Arial" w:hAnsi="Arial" w:cs="Arial"/>
          <w:sz w:val="21"/>
          <w:rtl w:val="1"/>
        </w:rPr>
        <w:t>نتائج</w:t>
      </w:r>
      <w:r>
        <w:rPr>
          <w:rFonts w:ascii="Arial" w:hAnsi="Arial" w:cs="Arial"/>
          <w:sz w:val="21"/>
          <w:rtl w:val="1"/>
        </w:rPr>
        <w:t xml:space="preserve"> </w:t>
      </w:r>
      <w:r>
        <w:rPr>
          <w:rFonts w:ascii="Arial" w:hAnsi="Arial" w:cs="Arial"/>
          <w:sz w:val="21"/>
          <w:rtl w:val="1"/>
        </w:rPr>
        <w:t>تقييم</w:t>
      </w:r>
      <w:r>
        <w:rPr>
          <w:rFonts w:ascii="Arial" w:hAnsi="Arial" w:cs="Arial"/>
          <w:sz w:val="21"/>
          <w:rtl w:val="1"/>
        </w:rPr>
        <w:t xml:space="preserve"> </w:t>
      </w:r>
      <w:r>
        <w:rPr>
          <w:rFonts w:ascii="Arial" w:hAnsi="Arial" w:cs="Arial"/>
          <w:sz w:val="21"/>
          <w:rtl w:val="1"/>
        </w:rPr>
        <w:t>الأداء</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الملف</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للموظف،</w:t>
      </w:r>
      <w:r>
        <w:rPr>
          <w:rFonts w:ascii="Arial" w:hAnsi="Arial" w:cs="Arial"/>
          <w:sz w:val="21"/>
          <w:rtl w:val="1"/>
        </w:rPr>
        <w:t xml:space="preserve"> </w:t>
      </w:r>
      <w:r>
        <w:rPr>
          <w:rFonts w:ascii="Arial" w:hAnsi="Arial" w:cs="Arial"/>
          <w:sz w:val="21"/>
          <w:rtl w:val="1"/>
        </w:rPr>
        <w:t>وتعد</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السجلات</w:t>
      </w:r>
      <w:r>
        <w:rPr>
          <w:rFonts w:ascii="Arial" w:hAnsi="Arial" w:cs="Arial"/>
          <w:sz w:val="21"/>
          <w:rtl w:val="1"/>
        </w:rPr>
        <w:t xml:space="preserve"> </w:t>
      </w:r>
      <w:r>
        <w:rPr>
          <w:rFonts w:ascii="Arial" w:hAnsi="Arial" w:cs="Arial"/>
          <w:sz w:val="21"/>
          <w:rtl w:val="1"/>
        </w:rPr>
        <w:t>الرسمية</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w:t>
      </w:r>
    </w:p>
    <w:p w14:paraId="1C163B5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(63): </w:t>
      </w:r>
      <w:r>
        <w:rPr>
          <w:rFonts w:ascii="Arial" w:hAnsi="Arial" w:cs="Arial"/>
          <w:b/>
          <w:color w:val="0F4761"/>
          <w:sz w:val="22"/>
          <w:rtl w:val="1"/>
        </w:rPr>
        <w:t>مراجعة</w:t>
      </w:r>
      <w:r>
        <w:rPr>
          <w:rFonts w:ascii="Arial" w:hAnsi="Arial" w:cs="Arial"/>
          <w:b/>
          <w:color w:val="0F4761"/>
          <w:sz w:val="22"/>
          <w:rtl w:val="1"/>
        </w:rPr>
        <w:t xml:space="preserve"> </w:t>
      </w:r>
      <w:r>
        <w:rPr>
          <w:rFonts w:ascii="Arial" w:hAnsi="Arial" w:cs="Arial"/>
          <w:b/>
          <w:color w:val="0F4761"/>
          <w:sz w:val="22"/>
          <w:rtl w:val="1"/>
        </w:rPr>
        <w:t>إجراءات</w:t>
      </w:r>
      <w:r>
        <w:rPr>
          <w:rFonts w:ascii="Arial" w:hAnsi="Arial" w:cs="Arial"/>
          <w:b/>
          <w:color w:val="0F4761"/>
          <w:sz w:val="22"/>
          <w:rtl w:val="1"/>
        </w:rPr>
        <w:t xml:space="preserve"> </w:t>
      </w:r>
      <w:r>
        <w:rPr>
          <w:rFonts w:ascii="Arial" w:hAnsi="Arial" w:cs="Arial"/>
          <w:b/>
          <w:color w:val="0F4761"/>
          <w:sz w:val="22"/>
          <w:rtl w:val="1"/>
        </w:rPr>
        <w:t>الأداء</w:t>
      </w:r>
    </w:p>
    <w:p w14:paraId="1BEEBF5D" w14:textId="77777777" w:rsidR="009E64B1" w:rsidRDefault="009E64B1" w:rsidP="001F0C09">
      <w:pPr>
        <w:spacing w:before="0" w:after="80" w:line="269" w:lineRule="auto"/>
        <w:jc w:val="both"/>
        <w:rPr>
          <w:rFonts w:ascii="Arial" w:hAnsi="Arial" w:cs="Arial"/>
          <w:b/>
          <w:bCs/>
          <w:sz w:val="32"/>
        </w:rPr>
        <w:bidi w:val="1"/>
      </w:pPr>
      <w:r>
        <w:rPr>
          <w:rFonts w:ascii="Arial" w:hAnsi="Arial" w:cs="Arial"/>
          <w:sz w:val="21"/>
          <w:rtl w:val="1"/>
        </w:rPr>
        <w:t>تراجع</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إجراءات</w:t>
      </w:r>
      <w:r>
        <w:rPr>
          <w:rFonts w:ascii="Arial" w:hAnsi="Arial" w:cs="Arial"/>
          <w:sz w:val="21"/>
          <w:rtl w:val="1"/>
        </w:rPr>
        <w:t xml:space="preserve"> </w:t>
      </w:r>
      <w:r>
        <w:rPr>
          <w:rFonts w:ascii="Arial" w:hAnsi="Arial" w:cs="Arial"/>
          <w:sz w:val="21"/>
          <w:rtl w:val="1"/>
        </w:rPr>
        <w:t>ونماذج</w:t>
      </w:r>
      <w:r>
        <w:rPr>
          <w:rFonts w:ascii="Arial" w:hAnsi="Arial" w:cs="Arial"/>
          <w:sz w:val="21"/>
          <w:rtl w:val="1"/>
        </w:rPr>
        <w:t xml:space="preserve"> </w:t>
      </w:r>
      <w:r>
        <w:rPr>
          <w:rFonts w:ascii="Arial" w:hAnsi="Arial" w:cs="Arial"/>
          <w:sz w:val="21"/>
          <w:rtl w:val="1"/>
        </w:rPr>
        <w:t>تقييم</w:t>
      </w:r>
      <w:r>
        <w:rPr>
          <w:rFonts w:ascii="Arial" w:hAnsi="Arial" w:cs="Arial"/>
          <w:sz w:val="21"/>
          <w:rtl w:val="1"/>
        </w:rPr>
        <w:t xml:space="preserve"> </w:t>
      </w:r>
      <w:r>
        <w:rPr>
          <w:rFonts w:ascii="Arial" w:hAnsi="Arial" w:cs="Arial"/>
          <w:sz w:val="21"/>
          <w:rtl w:val="1"/>
        </w:rPr>
        <w:t>الأداء</w:t>
      </w:r>
      <w:r>
        <w:rPr>
          <w:rFonts w:ascii="Arial" w:hAnsi="Arial" w:cs="Arial"/>
          <w:sz w:val="21"/>
          <w:rtl w:val="1"/>
        </w:rPr>
        <w:t xml:space="preserve"> </w:t>
      </w:r>
      <w:r>
        <w:rPr>
          <w:rFonts w:ascii="Arial" w:hAnsi="Arial" w:cs="Arial"/>
          <w:sz w:val="21"/>
          <w:rtl w:val="1"/>
        </w:rPr>
        <w:t>بصورة</w:t>
      </w:r>
      <w:r>
        <w:rPr>
          <w:rFonts w:ascii="Arial" w:hAnsi="Arial" w:cs="Arial"/>
          <w:sz w:val="21"/>
          <w:rtl w:val="1"/>
        </w:rPr>
        <w:t xml:space="preserve"> </w:t>
      </w:r>
      <w:r>
        <w:rPr>
          <w:rFonts w:ascii="Arial" w:hAnsi="Arial" w:cs="Arial"/>
          <w:sz w:val="21"/>
          <w:rtl w:val="1"/>
        </w:rPr>
        <w:t>دورية</w:t>
      </w:r>
      <w:r>
        <w:rPr>
          <w:rFonts w:ascii="Arial" w:hAnsi="Arial" w:cs="Arial"/>
          <w:sz w:val="21"/>
          <w:rtl w:val="1"/>
        </w:rPr>
        <w:t xml:space="preserve"> </w:t>
      </w:r>
      <w:r>
        <w:rPr>
          <w:rFonts w:ascii="Arial" w:hAnsi="Arial" w:cs="Arial"/>
          <w:sz w:val="21"/>
          <w:rtl w:val="1"/>
        </w:rPr>
        <w:t>لضمان</w:t>
      </w:r>
      <w:r>
        <w:rPr>
          <w:rFonts w:ascii="Arial" w:hAnsi="Arial" w:cs="Arial"/>
          <w:sz w:val="21"/>
          <w:rtl w:val="1"/>
        </w:rPr>
        <w:t xml:space="preserve"> </w:t>
      </w:r>
      <w:r>
        <w:rPr>
          <w:rFonts w:ascii="Arial" w:hAnsi="Arial" w:cs="Arial"/>
          <w:sz w:val="21"/>
          <w:rtl w:val="1"/>
        </w:rPr>
        <w:t>فاعليتها</w:t>
      </w:r>
      <w:r>
        <w:rPr>
          <w:rFonts w:ascii="Arial" w:hAnsi="Arial" w:cs="Arial"/>
          <w:sz w:val="21"/>
          <w:rtl w:val="1"/>
        </w:rPr>
        <w:t xml:space="preserve"> </w:t>
      </w:r>
      <w:r>
        <w:rPr>
          <w:rFonts w:ascii="Arial" w:hAnsi="Arial" w:cs="Arial"/>
          <w:sz w:val="21"/>
          <w:rtl w:val="1"/>
        </w:rPr>
        <w:t>وتوافقها</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احتياجات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31300EF4" w14:textId="77777777" w:rsidR="009E64B1" w:rsidRDefault="009E64B1">
      <w:pPr>
        <w:spacing w:after="0"/>
        <w:rPr>
          <w:rFonts w:ascii="Arial" w:hAnsi="Arial" w:cs="Arial"/>
          <w:b/>
          <w:bCs/>
          <w:sz w:val="32"/>
        </w:rPr>
      </w:pPr>
      <w:r>
        <w:rPr>
          <w:rFonts w:ascii="Arial" w:hAnsi="Arial" w:cs="Arial"/>
          <w:b/>
          <w:bCs/>
          <w:sz w:val="32"/>
        </w:rPr>
        <w:br w:type="page"/>
      </w:r>
    </w:p>
    <w:p w14:paraId="1BBA7B03"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السابع</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الواجبات</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والسلوك</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الوظيفي</w:t>
      </w:r>
    </w:p>
    <w:p w14:paraId="5C0DE9CB"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(64): </w:t>
      </w:r>
      <w:r>
        <w:rPr>
          <w:rFonts w:ascii="Arial" w:hAnsi="Arial" w:cs="Arial"/>
          <w:b/>
          <w:color w:val="0F4761"/>
          <w:sz w:val="22"/>
          <w:rtl w:val="1"/>
        </w:rPr>
        <w:t>الالتزام</w:t>
      </w:r>
      <w:r>
        <w:rPr>
          <w:rFonts w:ascii="Arial" w:hAnsi="Arial" w:cs="Arial"/>
          <w:b/>
          <w:color w:val="0F4761"/>
          <w:sz w:val="22"/>
          <w:rtl w:val="1"/>
        </w:rPr>
        <w:t xml:space="preserve"> </w:t>
      </w:r>
      <w:r>
        <w:rPr>
          <w:rFonts w:ascii="Arial" w:hAnsi="Arial" w:cs="Arial"/>
          <w:b/>
          <w:color w:val="0F4761"/>
          <w:sz w:val="22"/>
          <w:rtl w:val="1"/>
        </w:rPr>
        <w:t>المهني</w:t>
      </w:r>
    </w:p>
    <w:p w14:paraId="1CCF0A6F"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بأداء</w:t>
      </w:r>
      <w:r>
        <w:rPr>
          <w:rFonts w:ascii="Arial" w:hAnsi="Arial" w:cs="Arial"/>
          <w:sz w:val="21"/>
          <w:rtl w:val="1"/>
        </w:rPr>
        <w:t xml:space="preserve"> </w:t>
      </w:r>
      <w:r>
        <w:rPr>
          <w:rFonts w:ascii="Arial" w:hAnsi="Arial" w:cs="Arial"/>
          <w:sz w:val="21"/>
          <w:rtl w:val="1"/>
        </w:rPr>
        <w:t>واجباته</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 xml:space="preserve"> </w:t>
      </w:r>
      <w:r>
        <w:rPr>
          <w:rFonts w:ascii="Arial" w:hAnsi="Arial" w:cs="Arial"/>
          <w:sz w:val="21"/>
          <w:rtl w:val="1"/>
        </w:rPr>
        <w:t>بأمانة</w:t>
      </w:r>
      <w:r>
        <w:rPr>
          <w:rFonts w:ascii="Arial" w:hAnsi="Arial" w:cs="Arial"/>
          <w:sz w:val="21"/>
          <w:rtl w:val="1"/>
        </w:rPr>
        <w:t xml:space="preserve"> </w:t>
      </w:r>
      <w:r>
        <w:rPr>
          <w:rFonts w:ascii="Arial" w:hAnsi="Arial" w:cs="Arial"/>
          <w:sz w:val="21"/>
          <w:rtl w:val="1"/>
        </w:rPr>
        <w:t>وإخلاص</w:t>
      </w:r>
      <w:r>
        <w:rPr>
          <w:rFonts w:ascii="Arial" w:hAnsi="Arial" w:cs="Arial"/>
          <w:sz w:val="21"/>
          <w:rtl w:val="1"/>
        </w:rPr>
        <w:t xml:space="preserve"> </w:t>
      </w:r>
      <w:r>
        <w:rPr>
          <w:rFonts w:ascii="Arial" w:hAnsi="Arial" w:cs="Arial"/>
          <w:sz w:val="21"/>
          <w:rtl w:val="1"/>
        </w:rPr>
        <w:t>وكفاءة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4DCFF733"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(65): </w:t>
      </w:r>
      <w:r>
        <w:rPr>
          <w:rFonts w:ascii="Arial" w:hAnsi="Arial" w:cs="Arial"/>
          <w:b/>
          <w:color w:val="0F4761"/>
          <w:sz w:val="22"/>
          <w:rtl w:val="1"/>
        </w:rPr>
        <w:t>الانضباط</w:t>
      </w:r>
      <w:r>
        <w:rPr>
          <w:rFonts w:ascii="Arial" w:hAnsi="Arial" w:cs="Arial"/>
          <w:b/>
          <w:color w:val="0F4761"/>
          <w:sz w:val="22"/>
          <w:rtl w:val="1"/>
        </w:rPr>
        <w:t xml:space="preserve"> </w:t>
      </w:r>
      <w:r>
        <w:rPr>
          <w:rFonts w:ascii="Arial" w:hAnsi="Arial" w:cs="Arial"/>
          <w:b/>
          <w:color w:val="0F4761"/>
          <w:sz w:val="22"/>
          <w:rtl w:val="1"/>
        </w:rPr>
        <w:t>الوظيفي</w:t>
      </w:r>
    </w:p>
    <w:p w14:paraId="3E4B462E"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بأوقات</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والتعليمات</w:t>
      </w:r>
      <w:r>
        <w:rPr>
          <w:rFonts w:ascii="Arial" w:hAnsi="Arial" w:cs="Arial"/>
          <w:sz w:val="21"/>
          <w:rtl w:val="1"/>
        </w:rPr>
        <w:t xml:space="preserve"> </w:t>
      </w:r>
      <w:r>
        <w:rPr>
          <w:rFonts w:ascii="Arial" w:hAnsi="Arial" w:cs="Arial"/>
          <w:sz w:val="21"/>
          <w:rtl w:val="1"/>
        </w:rPr>
        <w:t>الإدارية</w:t>
      </w:r>
      <w:r>
        <w:rPr>
          <w:rFonts w:ascii="Arial" w:hAnsi="Arial" w:cs="Arial"/>
          <w:sz w:val="21"/>
          <w:rtl w:val="1"/>
        </w:rPr>
        <w:t xml:space="preserve"> </w:t>
      </w:r>
      <w:r>
        <w:rPr>
          <w:rFonts w:ascii="Arial" w:hAnsi="Arial" w:cs="Arial"/>
          <w:sz w:val="21"/>
          <w:rtl w:val="1"/>
        </w:rPr>
        <w:t>والقرارات</w:t>
      </w:r>
      <w:r>
        <w:rPr>
          <w:rFonts w:ascii="Arial" w:hAnsi="Arial" w:cs="Arial"/>
          <w:sz w:val="21"/>
          <w:rtl w:val="1"/>
        </w:rPr>
        <w:t xml:space="preserve"> </w:t>
      </w:r>
      <w:r>
        <w:rPr>
          <w:rFonts w:ascii="Arial" w:hAnsi="Arial" w:cs="Arial"/>
          <w:sz w:val="21"/>
          <w:rtl w:val="1"/>
        </w:rPr>
        <w:t>الصادرة</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أصحاب</w:t>
      </w:r>
      <w:r>
        <w:rPr>
          <w:rFonts w:ascii="Arial" w:hAnsi="Arial" w:cs="Arial"/>
          <w:sz w:val="21"/>
          <w:rtl w:val="1"/>
        </w:rPr>
        <w:t xml:space="preserve"> </w:t>
      </w:r>
      <w:r>
        <w:rPr>
          <w:rFonts w:ascii="Arial" w:hAnsi="Arial" w:cs="Arial"/>
          <w:sz w:val="21"/>
          <w:rtl w:val="1"/>
        </w:rPr>
        <w:t>الصلاحية</w:t>
      </w:r>
      <w:r>
        <w:rPr>
          <w:rFonts w:ascii="Arial" w:hAnsi="Arial" w:cs="Arial"/>
          <w:sz w:val="21"/>
          <w:rtl w:val="1"/>
        </w:rPr>
        <w:t>.</w:t>
      </w:r>
    </w:p>
    <w:p w14:paraId="68D026B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(66): </w:t>
      </w:r>
      <w:r>
        <w:rPr>
          <w:rFonts w:ascii="Arial" w:hAnsi="Arial" w:cs="Arial"/>
          <w:b/>
          <w:color w:val="0F4761"/>
          <w:sz w:val="22"/>
          <w:rtl w:val="1"/>
        </w:rPr>
        <w:t>السلوك</w:t>
      </w:r>
      <w:r>
        <w:rPr>
          <w:rFonts w:ascii="Arial" w:hAnsi="Arial" w:cs="Arial"/>
          <w:b/>
          <w:color w:val="0F4761"/>
          <w:sz w:val="22"/>
          <w:rtl w:val="1"/>
        </w:rPr>
        <w:t xml:space="preserve"> </w:t>
      </w:r>
      <w:r>
        <w:rPr>
          <w:rFonts w:ascii="Arial" w:hAnsi="Arial" w:cs="Arial"/>
          <w:b/>
          <w:color w:val="0F4761"/>
          <w:sz w:val="22"/>
          <w:rtl w:val="1"/>
        </w:rPr>
        <w:t>الوظيفي</w:t>
      </w:r>
    </w:p>
    <w:p w14:paraId="1469B8FC"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بحسن</w:t>
      </w:r>
      <w:r>
        <w:rPr>
          <w:rFonts w:ascii="Arial" w:hAnsi="Arial" w:cs="Arial"/>
          <w:sz w:val="21"/>
          <w:rtl w:val="1"/>
        </w:rPr>
        <w:t xml:space="preserve"> </w:t>
      </w:r>
      <w:r>
        <w:rPr>
          <w:rFonts w:ascii="Arial" w:hAnsi="Arial" w:cs="Arial"/>
          <w:sz w:val="21"/>
          <w:rtl w:val="1"/>
        </w:rPr>
        <w:t>التعامل</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المستفيدين</w:t>
      </w:r>
      <w:r>
        <w:rPr>
          <w:rFonts w:ascii="Arial" w:hAnsi="Arial" w:cs="Arial"/>
          <w:sz w:val="21"/>
          <w:rtl w:val="1"/>
        </w:rPr>
        <w:t xml:space="preserve"> </w:t>
      </w:r>
      <w:r>
        <w:rPr>
          <w:rFonts w:ascii="Arial" w:hAnsi="Arial" w:cs="Arial"/>
          <w:sz w:val="21"/>
          <w:rtl w:val="1"/>
        </w:rPr>
        <w:t>والزملاء</w:t>
      </w:r>
      <w:r>
        <w:rPr>
          <w:rFonts w:ascii="Arial" w:hAnsi="Arial" w:cs="Arial"/>
          <w:sz w:val="21"/>
          <w:rtl w:val="1"/>
        </w:rPr>
        <w:t xml:space="preserve"> </w:t>
      </w:r>
      <w:r>
        <w:rPr>
          <w:rFonts w:ascii="Arial" w:hAnsi="Arial" w:cs="Arial"/>
          <w:sz w:val="21"/>
          <w:rtl w:val="1"/>
        </w:rPr>
        <w:t>والمحافظة</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سمعة</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36EA5D1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(67): </w:t>
      </w:r>
      <w:r>
        <w:rPr>
          <w:rFonts w:ascii="Arial" w:hAnsi="Arial" w:cs="Arial"/>
          <w:b/>
          <w:color w:val="0F4761"/>
          <w:sz w:val="22"/>
          <w:rtl w:val="1"/>
        </w:rPr>
        <w:t>المحافظة</w:t>
      </w:r>
      <w:r>
        <w:rPr>
          <w:rFonts w:ascii="Arial" w:hAnsi="Arial" w:cs="Arial"/>
          <w:b/>
          <w:color w:val="0F4761"/>
          <w:sz w:val="22"/>
          <w:rtl w:val="1"/>
        </w:rPr>
        <w:t xml:space="preserve"> </w:t>
      </w:r>
      <w:r>
        <w:rPr>
          <w:rFonts w:ascii="Arial" w:hAnsi="Arial" w:cs="Arial"/>
          <w:b/>
          <w:color w:val="0F4761"/>
          <w:sz w:val="22"/>
          <w:rtl w:val="1"/>
        </w:rPr>
        <w:t>على</w:t>
      </w:r>
      <w:r>
        <w:rPr>
          <w:rFonts w:ascii="Arial" w:hAnsi="Arial" w:cs="Arial"/>
          <w:b/>
          <w:color w:val="0F4761"/>
          <w:sz w:val="22"/>
          <w:rtl w:val="1"/>
        </w:rPr>
        <w:t xml:space="preserve"> </w:t>
      </w:r>
      <w:r>
        <w:rPr>
          <w:rFonts w:ascii="Arial" w:hAnsi="Arial" w:cs="Arial"/>
          <w:b/>
          <w:color w:val="0F4761"/>
          <w:sz w:val="22"/>
          <w:rtl w:val="1"/>
        </w:rPr>
        <w:t>ممتلكات</w:t>
      </w:r>
      <w:r>
        <w:rPr>
          <w:rFonts w:ascii="Arial" w:hAnsi="Arial" w:cs="Arial"/>
          <w:b/>
          <w:color w:val="0F4761"/>
          <w:sz w:val="22"/>
          <w:rtl w:val="1"/>
        </w:rPr>
        <w:t xml:space="preserve"> </w:t>
      </w:r>
      <w:r>
        <w:rPr>
          <w:rFonts w:ascii="Arial" w:hAnsi="Arial" w:cs="Arial"/>
          <w:b/>
          <w:color w:val="0F4761"/>
          <w:sz w:val="22"/>
          <w:rtl w:val="1"/>
        </w:rPr>
        <w:t>الجمعية</w:t>
      </w:r>
    </w:p>
    <w:p w14:paraId="5802D28A"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بالمحافظة</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الأصول</w:t>
      </w:r>
      <w:r>
        <w:rPr>
          <w:rFonts w:ascii="Arial" w:hAnsi="Arial" w:cs="Arial"/>
          <w:sz w:val="21"/>
          <w:rtl w:val="1"/>
        </w:rPr>
        <w:t xml:space="preserve"> </w:t>
      </w:r>
      <w:r>
        <w:rPr>
          <w:rFonts w:ascii="Arial" w:hAnsi="Arial" w:cs="Arial"/>
          <w:sz w:val="21"/>
          <w:rtl w:val="1"/>
        </w:rPr>
        <w:t>والعهد</w:t>
      </w:r>
      <w:r>
        <w:rPr>
          <w:rFonts w:ascii="Arial" w:hAnsi="Arial" w:cs="Arial"/>
          <w:sz w:val="21"/>
          <w:rtl w:val="1"/>
        </w:rPr>
        <w:t xml:space="preserve"> </w:t>
      </w:r>
      <w:r>
        <w:rPr>
          <w:rFonts w:ascii="Arial" w:hAnsi="Arial" w:cs="Arial"/>
          <w:sz w:val="21"/>
          <w:rtl w:val="1"/>
        </w:rPr>
        <w:t>والمرافق</w:t>
      </w:r>
      <w:r>
        <w:rPr>
          <w:rFonts w:ascii="Arial" w:hAnsi="Arial" w:cs="Arial"/>
          <w:sz w:val="21"/>
          <w:rtl w:val="1"/>
        </w:rPr>
        <w:t xml:space="preserve"> </w:t>
      </w:r>
      <w:r>
        <w:rPr>
          <w:rFonts w:ascii="Arial" w:hAnsi="Arial" w:cs="Arial"/>
          <w:sz w:val="21"/>
          <w:rtl w:val="1"/>
        </w:rPr>
        <w:t>وعدم</w:t>
      </w:r>
      <w:r>
        <w:rPr>
          <w:rFonts w:ascii="Arial" w:hAnsi="Arial" w:cs="Arial"/>
          <w:sz w:val="21"/>
          <w:rtl w:val="1"/>
        </w:rPr>
        <w:t xml:space="preserve"> </w:t>
      </w:r>
      <w:r>
        <w:rPr>
          <w:rFonts w:ascii="Arial" w:hAnsi="Arial" w:cs="Arial"/>
          <w:sz w:val="21"/>
          <w:rtl w:val="1"/>
        </w:rPr>
        <w:t>استخدامها</w:t>
      </w:r>
      <w:r>
        <w:rPr>
          <w:rFonts w:ascii="Arial" w:hAnsi="Arial" w:cs="Arial"/>
          <w:sz w:val="21"/>
          <w:rtl w:val="1"/>
        </w:rPr>
        <w:t xml:space="preserve"> </w:t>
      </w:r>
      <w:r>
        <w:rPr>
          <w:rFonts w:ascii="Arial" w:hAnsi="Arial" w:cs="Arial"/>
          <w:sz w:val="21"/>
          <w:rtl w:val="1"/>
        </w:rPr>
        <w:t>إلا</w:t>
      </w:r>
      <w:r>
        <w:rPr>
          <w:rFonts w:ascii="Arial" w:hAnsi="Arial" w:cs="Arial"/>
          <w:sz w:val="21"/>
          <w:rtl w:val="1"/>
        </w:rPr>
        <w:t xml:space="preserve"> </w:t>
      </w:r>
      <w:r>
        <w:rPr>
          <w:rFonts w:ascii="Arial" w:hAnsi="Arial" w:cs="Arial"/>
          <w:sz w:val="21"/>
          <w:rtl w:val="1"/>
        </w:rPr>
        <w:t>للأغراض</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w:t>
      </w:r>
    </w:p>
    <w:p w14:paraId="7F53CA0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(68): </w:t>
      </w:r>
      <w:r>
        <w:rPr>
          <w:rFonts w:ascii="Arial" w:hAnsi="Arial" w:cs="Arial"/>
          <w:b/>
          <w:color w:val="0F4761"/>
          <w:sz w:val="22"/>
          <w:rtl w:val="1"/>
        </w:rPr>
        <w:t>سرية</w:t>
      </w:r>
      <w:r>
        <w:rPr>
          <w:rFonts w:ascii="Arial" w:hAnsi="Arial" w:cs="Arial"/>
          <w:b/>
          <w:color w:val="0F4761"/>
          <w:sz w:val="22"/>
          <w:rtl w:val="1"/>
        </w:rPr>
        <w:t xml:space="preserve"> </w:t>
      </w:r>
      <w:r>
        <w:rPr>
          <w:rFonts w:ascii="Arial" w:hAnsi="Arial" w:cs="Arial"/>
          <w:b/>
          <w:color w:val="0F4761"/>
          <w:sz w:val="22"/>
          <w:rtl w:val="1"/>
        </w:rPr>
        <w:t>المعلومات</w:t>
      </w:r>
    </w:p>
    <w:p w14:paraId="4C7A5CD6" w14:textId="77777777" w:rsidR="009E64B1" w:rsidRDefault="009E64B1" w:rsidP="001F0C09">
      <w:pPr>
        <w:spacing w:before="0" w:after="80" w:line="269" w:lineRule="auto"/>
        <w:jc w:val="both"/>
        <w:bidi w:val="1"/>
      </w:pPr>
      <w:r>
        <w:rPr>
          <w:rFonts w:ascii="Arial" w:hAnsi="Arial" w:cs="Arial"/>
          <w:sz w:val="21"/>
          <w:rtl w:val="1"/>
        </w:rPr>
        <w:t>يحافظ</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سرية</w:t>
      </w:r>
      <w:r>
        <w:rPr>
          <w:rFonts w:ascii="Arial" w:hAnsi="Arial" w:cs="Arial"/>
          <w:sz w:val="21"/>
          <w:rtl w:val="1"/>
        </w:rPr>
        <w:t xml:space="preserve"> </w:t>
      </w:r>
      <w:r>
        <w:rPr>
          <w:rFonts w:ascii="Arial" w:hAnsi="Arial" w:cs="Arial"/>
          <w:sz w:val="21"/>
          <w:rtl w:val="1"/>
        </w:rPr>
        <w:t>المعلومات</w:t>
      </w:r>
      <w:r>
        <w:rPr>
          <w:rFonts w:ascii="Arial" w:hAnsi="Arial" w:cs="Arial"/>
          <w:sz w:val="21"/>
          <w:rtl w:val="1"/>
        </w:rPr>
        <w:t xml:space="preserve"> </w:t>
      </w:r>
      <w:r>
        <w:rPr>
          <w:rFonts w:ascii="Arial" w:hAnsi="Arial" w:cs="Arial"/>
          <w:sz w:val="21"/>
          <w:rtl w:val="1"/>
        </w:rPr>
        <w:t>والبيانات</w:t>
      </w:r>
      <w:r>
        <w:rPr>
          <w:rFonts w:ascii="Arial" w:hAnsi="Arial" w:cs="Arial"/>
          <w:sz w:val="21"/>
          <w:rtl w:val="1"/>
        </w:rPr>
        <w:t xml:space="preserve"> </w:t>
      </w:r>
      <w:r>
        <w:rPr>
          <w:rFonts w:ascii="Arial" w:hAnsi="Arial" w:cs="Arial"/>
          <w:sz w:val="21"/>
          <w:rtl w:val="1"/>
        </w:rPr>
        <w:t>والوثائق</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يطلع</w:t>
      </w:r>
      <w:r>
        <w:rPr>
          <w:rFonts w:ascii="Arial" w:hAnsi="Arial" w:cs="Arial"/>
          <w:sz w:val="21"/>
          <w:rtl w:val="1"/>
        </w:rPr>
        <w:t xml:space="preserve"> </w:t>
      </w:r>
      <w:r>
        <w:rPr>
          <w:rFonts w:ascii="Arial" w:hAnsi="Arial" w:cs="Arial"/>
          <w:sz w:val="21"/>
          <w:rtl w:val="1"/>
        </w:rPr>
        <w:t>عليها</w:t>
      </w:r>
      <w:r>
        <w:rPr>
          <w:rFonts w:ascii="Arial" w:hAnsi="Arial" w:cs="Arial"/>
          <w:sz w:val="21"/>
          <w:rtl w:val="1"/>
        </w:rPr>
        <w:t xml:space="preserve"> </w:t>
      </w:r>
      <w:r>
        <w:rPr>
          <w:rFonts w:ascii="Arial" w:hAnsi="Arial" w:cs="Arial"/>
          <w:sz w:val="21"/>
          <w:rtl w:val="1"/>
        </w:rPr>
        <w:t>بحكم</w:t>
      </w:r>
      <w:r>
        <w:rPr>
          <w:rFonts w:ascii="Arial" w:hAnsi="Arial" w:cs="Arial"/>
          <w:sz w:val="21"/>
          <w:rtl w:val="1"/>
        </w:rPr>
        <w:t xml:space="preserve"> </w:t>
      </w:r>
      <w:r>
        <w:rPr>
          <w:rFonts w:ascii="Arial" w:hAnsi="Arial" w:cs="Arial"/>
          <w:sz w:val="21"/>
          <w:rtl w:val="1"/>
        </w:rPr>
        <w:t>عمله</w:t>
      </w:r>
      <w:r>
        <w:rPr>
          <w:rFonts w:ascii="Arial" w:hAnsi="Arial" w:cs="Arial"/>
          <w:sz w:val="21"/>
          <w:rtl w:val="1"/>
        </w:rPr>
        <w:t>.</w:t>
      </w:r>
    </w:p>
    <w:p w14:paraId="0D4865F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(69): </w:t>
      </w:r>
      <w:r>
        <w:rPr>
          <w:rFonts w:ascii="Arial" w:hAnsi="Arial" w:cs="Arial"/>
          <w:b/>
          <w:color w:val="0F4761"/>
          <w:sz w:val="22"/>
          <w:rtl w:val="1"/>
        </w:rPr>
        <w:t>تعارض</w:t>
      </w:r>
      <w:r>
        <w:rPr>
          <w:rFonts w:ascii="Arial" w:hAnsi="Arial" w:cs="Arial"/>
          <w:b/>
          <w:color w:val="0F4761"/>
          <w:sz w:val="22"/>
          <w:rtl w:val="1"/>
        </w:rPr>
        <w:t xml:space="preserve"> </w:t>
      </w:r>
      <w:r>
        <w:rPr>
          <w:rFonts w:ascii="Arial" w:hAnsi="Arial" w:cs="Arial"/>
          <w:b/>
          <w:color w:val="0F4761"/>
          <w:sz w:val="22"/>
          <w:rtl w:val="1"/>
        </w:rPr>
        <w:t>المصالح</w:t>
      </w:r>
    </w:p>
    <w:p w14:paraId="2D7CA7F9"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بالإفصاح</w:t>
      </w:r>
      <w:r>
        <w:rPr>
          <w:rFonts w:ascii="Arial" w:hAnsi="Arial" w:cs="Arial"/>
          <w:sz w:val="21"/>
          <w:rtl w:val="1"/>
        </w:rPr>
        <w:t xml:space="preserve"> </w:t>
      </w:r>
      <w:r>
        <w:rPr>
          <w:rFonts w:ascii="Arial" w:hAnsi="Arial" w:cs="Arial"/>
          <w:sz w:val="21"/>
          <w:rtl w:val="1"/>
        </w:rPr>
        <w:t>عن</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حالة</w:t>
      </w:r>
      <w:r>
        <w:rPr>
          <w:rFonts w:ascii="Arial" w:hAnsi="Arial" w:cs="Arial"/>
          <w:sz w:val="21"/>
          <w:rtl w:val="1"/>
        </w:rPr>
        <w:t xml:space="preserve"> </w:t>
      </w:r>
      <w:r>
        <w:rPr>
          <w:rFonts w:ascii="Arial" w:hAnsi="Arial" w:cs="Arial"/>
          <w:sz w:val="21"/>
          <w:rtl w:val="1"/>
        </w:rPr>
        <w:t>قد</w:t>
      </w:r>
      <w:r>
        <w:rPr>
          <w:rFonts w:ascii="Arial" w:hAnsi="Arial" w:cs="Arial"/>
          <w:sz w:val="21"/>
          <w:rtl w:val="1"/>
        </w:rPr>
        <w:t xml:space="preserve"> </w:t>
      </w:r>
      <w:r>
        <w:rPr>
          <w:rFonts w:ascii="Arial" w:hAnsi="Arial" w:cs="Arial"/>
          <w:sz w:val="21"/>
          <w:rtl w:val="1"/>
        </w:rPr>
        <w:t>تؤدي</w:t>
      </w:r>
      <w:r>
        <w:rPr>
          <w:rFonts w:ascii="Arial" w:hAnsi="Arial" w:cs="Arial"/>
          <w:sz w:val="21"/>
          <w:rtl w:val="1"/>
        </w:rPr>
        <w:t xml:space="preserve"> </w:t>
      </w:r>
      <w:r>
        <w:rPr>
          <w:rFonts w:ascii="Arial" w:hAnsi="Arial" w:cs="Arial"/>
          <w:sz w:val="21"/>
          <w:rtl w:val="1"/>
        </w:rPr>
        <w:t>إلى</w:t>
      </w:r>
      <w:r>
        <w:rPr>
          <w:rFonts w:ascii="Arial" w:hAnsi="Arial" w:cs="Arial"/>
          <w:sz w:val="21"/>
          <w:rtl w:val="1"/>
        </w:rPr>
        <w:t xml:space="preserve"> </w:t>
      </w:r>
      <w:r>
        <w:rPr>
          <w:rFonts w:ascii="Arial" w:hAnsi="Arial" w:cs="Arial"/>
          <w:sz w:val="21"/>
          <w:rtl w:val="1"/>
        </w:rPr>
        <w:t>تعارض</w:t>
      </w:r>
      <w:r>
        <w:rPr>
          <w:rFonts w:ascii="Arial" w:hAnsi="Arial" w:cs="Arial"/>
          <w:sz w:val="21"/>
          <w:rtl w:val="1"/>
        </w:rPr>
        <w:t xml:space="preserve"> </w:t>
      </w:r>
      <w:r>
        <w:rPr>
          <w:rFonts w:ascii="Arial" w:hAnsi="Arial" w:cs="Arial"/>
          <w:sz w:val="21"/>
          <w:rtl w:val="1"/>
        </w:rPr>
        <w:t>المصالح</w:t>
      </w:r>
      <w:r>
        <w:rPr>
          <w:rFonts w:ascii="Arial" w:hAnsi="Arial" w:cs="Arial"/>
          <w:sz w:val="21"/>
          <w:rtl w:val="1"/>
        </w:rPr>
        <w:t xml:space="preserve"> </w:t>
      </w:r>
      <w:r>
        <w:rPr>
          <w:rFonts w:ascii="Arial" w:hAnsi="Arial" w:cs="Arial"/>
          <w:sz w:val="21"/>
          <w:rtl w:val="1"/>
        </w:rPr>
        <w:t>والامتناع</w:t>
      </w:r>
      <w:r>
        <w:rPr>
          <w:rFonts w:ascii="Arial" w:hAnsi="Arial" w:cs="Arial"/>
          <w:sz w:val="21"/>
          <w:rtl w:val="1"/>
        </w:rPr>
        <w:t xml:space="preserve"> </w:t>
      </w:r>
      <w:r>
        <w:rPr>
          <w:rFonts w:ascii="Arial" w:hAnsi="Arial" w:cs="Arial"/>
          <w:sz w:val="21"/>
          <w:rtl w:val="1"/>
        </w:rPr>
        <w:t>عن</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تصرف</w:t>
      </w:r>
      <w:r>
        <w:rPr>
          <w:rFonts w:ascii="Arial" w:hAnsi="Arial" w:cs="Arial"/>
          <w:sz w:val="21"/>
          <w:rtl w:val="1"/>
        </w:rPr>
        <w:t xml:space="preserve"> </w:t>
      </w:r>
      <w:r>
        <w:rPr>
          <w:rFonts w:ascii="Arial" w:hAnsi="Arial" w:cs="Arial"/>
          <w:sz w:val="21"/>
          <w:rtl w:val="1"/>
        </w:rPr>
        <w:t>يؤثر</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نزاهة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2244BCD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(70): </w:t>
      </w:r>
      <w:r>
        <w:rPr>
          <w:rFonts w:ascii="Arial" w:hAnsi="Arial" w:cs="Arial"/>
          <w:b/>
          <w:color w:val="0F4761"/>
          <w:sz w:val="22"/>
          <w:rtl w:val="1"/>
        </w:rPr>
        <w:t>استخدام</w:t>
      </w:r>
      <w:r>
        <w:rPr>
          <w:rFonts w:ascii="Arial" w:hAnsi="Arial" w:cs="Arial"/>
          <w:b/>
          <w:color w:val="0F4761"/>
          <w:sz w:val="22"/>
          <w:rtl w:val="1"/>
        </w:rPr>
        <w:t xml:space="preserve"> </w:t>
      </w:r>
      <w:r>
        <w:rPr>
          <w:rFonts w:ascii="Arial" w:hAnsi="Arial" w:cs="Arial"/>
          <w:b/>
          <w:color w:val="0F4761"/>
          <w:sz w:val="22"/>
          <w:rtl w:val="1"/>
        </w:rPr>
        <w:t>الموارد</w:t>
      </w:r>
    </w:p>
    <w:p w14:paraId="420E8071" w14:textId="77777777" w:rsidR="009E64B1" w:rsidRDefault="009E64B1" w:rsidP="001F0C09">
      <w:pPr>
        <w:spacing w:before="0" w:after="80" w:line="269" w:lineRule="auto"/>
        <w:jc w:val="both"/>
        <w:bidi w:val="1"/>
      </w:pPr>
      <w:r>
        <w:rPr>
          <w:rFonts w:ascii="Arial" w:hAnsi="Arial" w:cs="Arial"/>
          <w:sz w:val="21"/>
          <w:rtl w:val="1"/>
        </w:rPr>
        <w:t>تستخدم</w:t>
      </w:r>
      <w:r>
        <w:rPr>
          <w:rFonts w:ascii="Arial" w:hAnsi="Arial" w:cs="Arial"/>
          <w:sz w:val="21"/>
          <w:rtl w:val="1"/>
        </w:rPr>
        <w:t xml:space="preserve"> </w:t>
      </w:r>
      <w:r>
        <w:rPr>
          <w:rFonts w:ascii="Arial" w:hAnsi="Arial" w:cs="Arial"/>
          <w:sz w:val="21"/>
          <w:rtl w:val="1"/>
        </w:rPr>
        <w:t>موارد</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وتقنياتها</w:t>
      </w:r>
      <w:r>
        <w:rPr>
          <w:rFonts w:ascii="Arial" w:hAnsi="Arial" w:cs="Arial"/>
          <w:sz w:val="21"/>
          <w:rtl w:val="1"/>
        </w:rPr>
        <w:t xml:space="preserve"> </w:t>
      </w:r>
      <w:r>
        <w:rPr>
          <w:rFonts w:ascii="Arial" w:hAnsi="Arial" w:cs="Arial"/>
          <w:sz w:val="21"/>
          <w:rtl w:val="1"/>
        </w:rPr>
        <w:t>للأغراض</w:t>
      </w:r>
      <w:r>
        <w:rPr>
          <w:rFonts w:ascii="Arial" w:hAnsi="Arial" w:cs="Arial"/>
          <w:sz w:val="21"/>
          <w:rtl w:val="1"/>
        </w:rPr>
        <w:t xml:space="preserve"> </w:t>
      </w:r>
      <w:r>
        <w:rPr>
          <w:rFonts w:ascii="Arial" w:hAnsi="Arial" w:cs="Arial"/>
          <w:sz w:val="21"/>
          <w:rtl w:val="1"/>
        </w:rPr>
        <w:t>الرسمية</w:t>
      </w:r>
      <w:r>
        <w:rPr>
          <w:rFonts w:ascii="Arial" w:hAnsi="Arial" w:cs="Arial"/>
          <w:sz w:val="21"/>
          <w:rtl w:val="1"/>
        </w:rPr>
        <w:t xml:space="preserve"> </w:t>
      </w:r>
      <w:r>
        <w:rPr>
          <w:rFonts w:ascii="Arial" w:hAnsi="Arial" w:cs="Arial"/>
          <w:sz w:val="21"/>
          <w:rtl w:val="1"/>
        </w:rPr>
        <w:t>فقط</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يحقق</w:t>
      </w:r>
      <w:r>
        <w:rPr>
          <w:rFonts w:ascii="Arial" w:hAnsi="Arial" w:cs="Arial"/>
          <w:sz w:val="21"/>
          <w:rtl w:val="1"/>
        </w:rPr>
        <w:t xml:space="preserve"> </w:t>
      </w:r>
      <w:r>
        <w:rPr>
          <w:rFonts w:ascii="Arial" w:hAnsi="Arial" w:cs="Arial"/>
          <w:sz w:val="21"/>
          <w:rtl w:val="1"/>
        </w:rPr>
        <w:t>المصلحة</w:t>
      </w:r>
      <w:r>
        <w:rPr>
          <w:rFonts w:ascii="Arial" w:hAnsi="Arial" w:cs="Arial"/>
          <w:sz w:val="21"/>
          <w:rtl w:val="1"/>
        </w:rPr>
        <w:t xml:space="preserve"> </w:t>
      </w:r>
      <w:r>
        <w:rPr>
          <w:rFonts w:ascii="Arial" w:hAnsi="Arial" w:cs="Arial"/>
          <w:sz w:val="21"/>
          <w:rtl w:val="1"/>
        </w:rPr>
        <w:t>المؤسسية</w:t>
      </w:r>
      <w:r>
        <w:rPr>
          <w:rFonts w:ascii="Arial" w:hAnsi="Arial" w:cs="Arial"/>
          <w:sz w:val="21"/>
          <w:rtl w:val="1"/>
        </w:rPr>
        <w:t>.</w:t>
      </w:r>
    </w:p>
    <w:p w14:paraId="4162493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(71): </w:t>
      </w:r>
      <w:r>
        <w:rPr>
          <w:rFonts w:ascii="Arial" w:hAnsi="Arial" w:cs="Arial"/>
          <w:b/>
          <w:color w:val="0F4761"/>
          <w:sz w:val="22"/>
          <w:rtl w:val="1"/>
        </w:rPr>
        <w:t>المظهر</w:t>
      </w:r>
      <w:r>
        <w:rPr>
          <w:rFonts w:ascii="Arial" w:hAnsi="Arial" w:cs="Arial"/>
          <w:b/>
          <w:color w:val="0F4761"/>
          <w:sz w:val="22"/>
          <w:rtl w:val="1"/>
        </w:rPr>
        <w:t xml:space="preserve"> </w:t>
      </w:r>
      <w:r>
        <w:rPr>
          <w:rFonts w:ascii="Arial" w:hAnsi="Arial" w:cs="Arial"/>
          <w:b/>
          <w:color w:val="0F4761"/>
          <w:sz w:val="22"/>
          <w:rtl w:val="1"/>
        </w:rPr>
        <w:t>العام</w:t>
      </w:r>
    </w:p>
    <w:p w14:paraId="729EA3FB"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بالمظهر</w:t>
      </w:r>
      <w:r>
        <w:rPr>
          <w:rFonts w:ascii="Arial" w:hAnsi="Arial" w:cs="Arial"/>
          <w:sz w:val="21"/>
          <w:rtl w:val="1"/>
        </w:rPr>
        <w:t xml:space="preserve"> </w:t>
      </w:r>
      <w:r>
        <w:rPr>
          <w:rFonts w:ascii="Arial" w:hAnsi="Arial" w:cs="Arial"/>
          <w:sz w:val="21"/>
          <w:rtl w:val="1"/>
        </w:rPr>
        <w:t>اللائق</w:t>
      </w:r>
      <w:r>
        <w:rPr>
          <w:rFonts w:ascii="Arial" w:hAnsi="Arial" w:cs="Arial"/>
          <w:sz w:val="21"/>
          <w:rtl w:val="1"/>
        </w:rPr>
        <w:t xml:space="preserve"> </w:t>
      </w:r>
      <w:r>
        <w:rPr>
          <w:rFonts w:ascii="Arial" w:hAnsi="Arial" w:cs="Arial"/>
          <w:sz w:val="21"/>
          <w:rtl w:val="1"/>
        </w:rPr>
        <w:t>والسلوك</w:t>
      </w:r>
      <w:r>
        <w:rPr>
          <w:rFonts w:ascii="Arial" w:hAnsi="Arial" w:cs="Arial"/>
          <w:sz w:val="21"/>
          <w:rtl w:val="1"/>
        </w:rPr>
        <w:t xml:space="preserve"> </w:t>
      </w:r>
      <w:r>
        <w:rPr>
          <w:rFonts w:ascii="Arial" w:hAnsi="Arial" w:cs="Arial"/>
          <w:sz w:val="21"/>
          <w:rtl w:val="1"/>
        </w:rPr>
        <w:t>المهني</w:t>
      </w:r>
      <w:r>
        <w:rPr>
          <w:rFonts w:ascii="Arial" w:hAnsi="Arial" w:cs="Arial"/>
          <w:sz w:val="21"/>
          <w:rtl w:val="1"/>
        </w:rPr>
        <w:t xml:space="preserve"> </w:t>
      </w:r>
      <w:r>
        <w:rPr>
          <w:rFonts w:ascii="Arial" w:hAnsi="Arial" w:cs="Arial"/>
          <w:sz w:val="21"/>
          <w:rtl w:val="1"/>
        </w:rPr>
        <w:t>الذي</w:t>
      </w:r>
      <w:r>
        <w:rPr>
          <w:rFonts w:ascii="Arial" w:hAnsi="Arial" w:cs="Arial"/>
          <w:sz w:val="21"/>
          <w:rtl w:val="1"/>
        </w:rPr>
        <w:t xml:space="preserve"> </w:t>
      </w:r>
      <w:r>
        <w:rPr>
          <w:rFonts w:ascii="Arial" w:hAnsi="Arial" w:cs="Arial"/>
          <w:sz w:val="21"/>
          <w:rtl w:val="1"/>
        </w:rPr>
        <w:t>يعكس</w:t>
      </w:r>
      <w:r>
        <w:rPr>
          <w:rFonts w:ascii="Arial" w:hAnsi="Arial" w:cs="Arial"/>
          <w:sz w:val="21"/>
          <w:rtl w:val="1"/>
        </w:rPr>
        <w:t xml:space="preserve"> </w:t>
      </w:r>
      <w:r>
        <w:rPr>
          <w:rFonts w:ascii="Arial" w:hAnsi="Arial" w:cs="Arial"/>
          <w:sz w:val="21"/>
          <w:rtl w:val="1"/>
        </w:rPr>
        <w:t>هوية</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4B05C37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(72): </w:t>
      </w:r>
      <w:r>
        <w:rPr>
          <w:rFonts w:ascii="Arial" w:hAnsi="Arial" w:cs="Arial"/>
          <w:b/>
          <w:color w:val="0F4761"/>
          <w:sz w:val="22"/>
          <w:rtl w:val="1"/>
        </w:rPr>
        <w:t>التعاون</w:t>
      </w:r>
    </w:p>
    <w:p w14:paraId="372808F1" w14:textId="77777777" w:rsidR="009E64B1" w:rsidRDefault="009E64B1" w:rsidP="001F0C09">
      <w:pPr>
        <w:spacing w:before="0" w:after="80" w:line="269" w:lineRule="auto"/>
        <w:jc w:val="both"/>
        <w:bidi w:val="1"/>
      </w:pPr>
      <w:r>
        <w:rPr>
          <w:rFonts w:ascii="Arial" w:hAnsi="Arial" w:cs="Arial"/>
          <w:sz w:val="21"/>
          <w:rtl w:val="1"/>
        </w:rPr>
        <w:t>يتعاون</w:t>
      </w:r>
      <w:r>
        <w:rPr>
          <w:rFonts w:ascii="Arial" w:hAnsi="Arial" w:cs="Arial"/>
          <w:sz w:val="21"/>
          <w:rtl w:val="1"/>
        </w:rPr>
        <w:t xml:space="preserve"> </w:t>
      </w:r>
      <w:r>
        <w:rPr>
          <w:rFonts w:ascii="Arial" w:hAnsi="Arial" w:cs="Arial"/>
          <w:sz w:val="21"/>
          <w:rtl w:val="1"/>
        </w:rPr>
        <w:t>الموظفون</w:t>
      </w:r>
      <w:r>
        <w:rPr>
          <w:rFonts w:ascii="Arial" w:hAnsi="Arial" w:cs="Arial"/>
          <w:sz w:val="21"/>
          <w:rtl w:val="1"/>
        </w:rPr>
        <w:t xml:space="preserve"> </w:t>
      </w:r>
      <w:r>
        <w:rPr>
          <w:rFonts w:ascii="Arial" w:hAnsi="Arial" w:cs="Arial"/>
          <w:sz w:val="21"/>
          <w:rtl w:val="1"/>
        </w:rPr>
        <w:t>فيما</w:t>
      </w:r>
      <w:r>
        <w:rPr>
          <w:rFonts w:ascii="Arial" w:hAnsi="Arial" w:cs="Arial"/>
          <w:sz w:val="21"/>
          <w:rtl w:val="1"/>
        </w:rPr>
        <w:t xml:space="preserve"> </w:t>
      </w:r>
      <w:r>
        <w:rPr>
          <w:rFonts w:ascii="Arial" w:hAnsi="Arial" w:cs="Arial"/>
          <w:sz w:val="21"/>
          <w:rtl w:val="1"/>
        </w:rPr>
        <w:t>بينهم</w:t>
      </w:r>
      <w:r>
        <w:rPr>
          <w:rFonts w:ascii="Arial" w:hAnsi="Arial" w:cs="Arial"/>
          <w:sz w:val="21"/>
          <w:rtl w:val="1"/>
        </w:rPr>
        <w:t xml:space="preserve"> </w:t>
      </w:r>
      <w:r>
        <w:rPr>
          <w:rFonts w:ascii="Arial" w:hAnsi="Arial" w:cs="Arial"/>
          <w:sz w:val="21"/>
          <w:rtl w:val="1"/>
        </w:rPr>
        <w:t>ومع</w:t>
      </w:r>
      <w:r>
        <w:rPr>
          <w:rFonts w:ascii="Arial" w:hAnsi="Arial" w:cs="Arial"/>
          <w:sz w:val="21"/>
          <w:rtl w:val="1"/>
        </w:rPr>
        <w:t xml:space="preserve"> </w:t>
      </w:r>
      <w:r>
        <w:rPr>
          <w:rFonts w:ascii="Arial" w:hAnsi="Arial" w:cs="Arial"/>
          <w:sz w:val="21"/>
          <w:rtl w:val="1"/>
        </w:rPr>
        <w:t>الرؤساء</w:t>
      </w:r>
      <w:r>
        <w:rPr>
          <w:rFonts w:ascii="Arial" w:hAnsi="Arial" w:cs="Arial"/>
          <w:sz w:val="21"/>
          <w:rtl w:val="1"/>
        </w:rPr>
        <w:t xml:space="preserve"> </w:t>
      </w:r>
      <w:r>
        <w:rPr>
          <w:rFonts w:ascii="Arial" w:hAnsi="Arial" w:cs="Arial"/>
          <w:sz w:val="21"/>
          <w:rtl w:val="1"/>
        </w:rPr>
        <w:t>لتحقيق</w:t>
      </w:r>
      <w:r>
        <w:rPr>
          <w:rFonts w:ascii="Arial" w:hAnsi="Arial" w:cs="Arial"/>
          <w:sz w:val="21"/>
          <w:rtl w:val="1"/>
        </w:rPr>
        <w:t xml:space="preserve"> </w:t>
      </w:r>
      <w:r>
        <w:rPr>
          <w:rFonts w:ascii="Arial" w:hAnsi="Arial" w:cs="Arial"/>
          <w:sz w:val="21"/>
          <w:rtl w:val="1"/>
        </w:rPr>
        <w:t>أهداف</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ورفع</w:t>
      </w:r>
      <w:r>
        <w:rPr>
          <w:rFonts w:ascii="Arial" w:hAnsi="Arial" w:cs="Arial"/>
          <w:sz w:val="21"/>
          <w:rtl w:val="1"/>
        </w:rPr>
        <w:t xml:space="preserve"> </w:t>
      </w:r>
      <w:r>
        <w:rPr>
          <w:rFonts w:ascii="Arial" w:hAnsi="Arial" w:cs="Arial"/>
          <w:sz w:val="21"/>
          <w:rtl w:val="1"/>
        </w:rPr>
        <w:t>جودة</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w:t>
      </w:r>
    </w:p>
    <w:p w14:paraId="15EBCA3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(73): </w:t>
      </w:r>
      <w:r>
        <w:rPr>
          <w:rFonts w:ascii="Arial" w:hAnsi="Arial" w:cs="Arial"/>
          <w:b/>
          <w:color w:val="0F4761"/>
          <w:sz w:val="22"/>
          <w:rtl w:val="1"/>
        </w:rPr>
        <w:t>الالتزام</w:t>
      </w:r>
      <w:r>
        <w:rPr>
          <w:rFonts w:ascii="Arial" w:hAnsi="Arial" w:cs="Arial"/>
          <w:b/>
          <w:color w:val="0F4761"/>
          <w:sz w:val="22"/>
          <w:rtl w:val="1"/>
        </w:rPr>
        <w:t xml:space="preserve"> </w:t>
      </w:r>
      <w:r>
        <w:rPr>
          <w:rFonts w:ascii="Arial" w:hAnsi="Arial" w:cs="Arial"/>
          <w:b/>
          <w:color w:val="0F4761"/>
          <w:sz w:val="22"/>
          <w:rtl w:val="1"/>
        </w:rPr>
        <w:t>بالأنظمة</w:t>
      </w:r>
    </w:p>
    <w:p w14:paraId="11B8559A"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بجميع</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والسياسات</w:t>
      </w:r>
      <w:r>
        <w:rPr>
          <w:rFonts w:ascii="Arial" w:hAnsi="Arial" w:cs="Arial"/>
          <w:sz w:val="21"/>
          <w:rtl w:val="1"/>
        </w:rPr>
        <w:t xml:space="preserve"> </w:t>
      </w:r>
      <w:r>
        <w:rPr>
          <w:rFonts w:ascii="Arial" w:hAnsi="Arial" w:cs="Arial"/>
          <w:sz w:val="21"/>
          <w:rtl w:val="1"/>
        </w:rPr>
        <w:t>والتعليمات</w:t>
      </w:r>
      <w:r>
        <w:rPr>
          <w:rFonts w:ascii="Arial" w:hAnsi="Arial" w:cs="Arial"/>
          <w:sz w:val="21"/>
          <w:rtl w:val="1"/>
        </w:rPr>
        <w:t xml:space="preserve"> </w:t>
      </w:r>
      <w:r>
        <w:rPr>
          <w:rFonts w:ascii="Arial" w:hAnsi="Arial" w:cs="Arial"/>
          <w:sz w:val="21"/>
          <w:rtl w:val="1"/>
        </w:rPr>
        <w:t>المعمول</w:t>
      </w:r>
      <w:r>
        <w:rPr>
          <w:rFonts w:ascii="Arial" w:hAnsi="Arial" w:cs="Arial"/>
          <w:sz w:val="21"/>
          <w:rtl w:val="1"/>
        </w:rPr>
        <w:t xml:space="preserve"> </w:t>
      </w:r>
      <w:r>
        <w:rPr>
          <w:rFonts w:ascii="Arial" w:hAnsi="Arial" w:cs="Arial"/>
          <w:sz w:val="21"/>
          <w:rtl w:val="1"/>
        </w:rPr>
        <w:t>بها</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w:t>
      </w:r>
    </w:p>
    <w:p w14:paraId="67B8B75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(74): </w:t>
      </w:r>
      <w:r>
        <w:rPr>
          <w:rFonts w:ascii="Arial" w:hAnsi="Arial" w:cs="Arial"/>
          <w:b/>
          <w:color w:val="0F4761"/>
          <w:sz w:val="22"/>
          <w:rtl w:val="1"/>
        </w:rPr>
        <w:t>المساءلة</w:t>
      </w:r>
    </w:p>
    <w:p w14:paraId="345E0F2C" w14:textId="77777777" w:rsidR="009E64B1" w:rsidRDefault="009E64B1" w:rsidP="001F0C09">
      <w:pPr>
        <w:spacing w:before="0" w:after="80" w:line="269" w:lineRule="auto"/>
        <w:jc w:val="both"/>
        <w:bidi w:val="1"/>
      </w:pPr>
      <w:r>
        <w:rPr>
          <w:rFonts w:ascii="Arial" w:hAnsi="Arial" w:cs="Arial"/>
          <w:sz w:val="21"/>
          <w:rtl w:val="1"/>
        </w:rPr>
        <w:t>كل</w:t>
      </w:r>
      <w:r>
        <w:rPr>
          <w:rFonts w:ascii="Arial" w:hAnsi="Arial" w:cs="Arial"/>
          <w:sz w:val="21"/>
          <w:rtl w:val="1"/>
        </w:rPr>
        <w:t xml:space="preserve"> </w:t>
      </w:r>
      <w:r>
        <w:rPr>
          <w:rFonts w:ascii="Arial" w:hAnsi="Arial" w:cs="Arial"/>
          <w:sz w:val="21"/>
          <w:rtl w:val="1"/>
        </w:rPr>
        <w:t>إخلال</w:t>
      </w:r>
      <w:r>
        <w:rPr>
          <w:rFonts w:ascii="Arial" w:hAnsi="Arial" w:cs="Arial"/>
          <w:sz w:val="21"/>
          <w:rtl w:val="1"/>
        </w:rPr>
        <w:t xml:space="preserve"> </w:t>
      </w:r>
      <w:r>
        <w:rPr>
          <w:rFonts w:ascii="Arial" w:hAnsi="Arial" w:cs="Arial"/>
          <w:sz w:val="21"/>
          <w:rtl w:val="1"/>
        </w:rPr>
        <w:t>بالواجبات</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السلوك</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يعرض</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للمساءلة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والأنظمة</w:t>
      </w:r>
      <w:r>
        <w:rPr>
          <w:rFonts w:ascii="Arial" w:hAnsi="Arial" w:cs="Arial"/>
          <w:sz w:val="21"/>
          <w:rtl w:val="1"/>
        </w:rPr>
        <w:t xml:space="preserve"> </w:t>
      </w:r>
      <w:r>
        <w:rPr>
          <w:rFonts w:ascii="Arial" w:hAnsi="Arial" w:cs="Arial"/>
          <w:sz w:val="21"/>
          <w:rtl w:val="1"/>
        </w:rPr>
        <w:t>ذات</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w:t>
      </w:r>
    </w:p>
    <w:p w14:paraId="1778D5EA"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الثامن</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المخالفات</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والإجراءات</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التأديبية</w:t>
      </w:r>
    </w:p>
    <w:p w14:paraId="11B33E1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(75): </w:t>
      </w:r>
      <w:r>
        <w:rPr>
          <w:rFonts w:ascii="Arial" w:hAnsi="Arial" w:cs="Arial"/>
          <w:b/>
          <w:color w:val="0F4761"/>
          <w:sz w:val="22"/>
          <w:rtl w:val="1"/>
        </w:rPr>
        <w:t>المبادئ</w:t>
      </w:r>
      <w:r>
        <w:rPr>
          <w:rFonts w:ascii="Arial" w:hAnsi="Arial" w:cs="Arial"/>
          <w:b/>
          <w:color w:val="0F4761"/>
          <w:sz w:val="22"/>
          <w:rtl w:val="1"/>
        </w:rPr>
        <w:t xml:space="preserve"> </w:t>
      </w:r>
      <w:r>
        <w:rPr>
          <w:rFonts w:ascii="Arial" w:hAnsi="Arial" w:cs="Arial"/>
          <w:b/>
          <w:color w:val="0F4761"/>
          <w:sz w:val="22"/>
          <w:rtl w:val="1"/>
        </w:rPr>
        <w:t>العامة</w:t>
      </w:r>
    </w:p>
    <w:p w14:paraId="2460AD4D" w14:textId="77777777" w:rsidR="009E64B1" w:rsidRDefault="009E64B1" w:rsidP="001F0C09">
      <w:pPr>
        <w:spacing w:before="0" w:after="80" w:line="269" w:lineRule="auto"/>
        <w:jc w:val="both"/>
        <w:bidi w:val="1"/>
      </w:pPr>
      <w:r>
        <w:rPr>
          <w:rFonts w:ascii="Arial" w:hAnsi="Arial" w:cs="Arial"/>
          <w:sz w:val="21"/>
          <w:rtl w:val="1"/>
        </w:rPr>
        <w:t>تطبق</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التأديبية</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يحقق</w:t>
      </w:r>
      <w:r>
        <w:rPr>
          <w:rFonts w:ascii="Arial" w:hAnsi="Arial" w:cs="Arial"/>
          <w:sz w:val="21"/>
          <w:rtl w:val="1"/>
        </w:rPr>
        <w:t xml:space="preserve"> </w:t>
      </w:r>
      <w:r>
        <w:rPr>
          <w:rFonts w:ascii="Arial" w:hAnsi="Arial" w:cs="Arial"/>
          <w:sz w:val="21"/>
          <w:rtl w:val="1"/>
        </w:rPr>
        <w:t>العدالة،</w:t>
      </w:r>
      <w:r>
        <w:rPr>
          <w:rFonts w:ascii="Arial" w:hAnsi="Arial" w:cs="Arial"/>
          <w:sz w:val="21"/>
          <w:rtl w:val="1"/>
        </w:rPr>
        <w:t xml:space="preserve"> </w:t>
      </w:r>
      <w:r>
        <w:rPr>
          <w:rFonts w:ascii="Arial" w:hAnsi="Arial" w:cs="Arial"/>
          <w:sz w:val="21"/>
          <w:rtl w:val="1"/>
        </w:rPr>
        <w:t>وسماع</w:t>
      </w:r>
      <w:r>
        <w:rPr>
          <w:rFonts w:ascii="Arial" w:hAnsi="Arial" w:cs="Arial"/>
          <w:sz w:val="21"/>
          <w:rtl w:val="1"/>
        </w:rPr>
        <w:t xml:space="preserve"> </w:t>
      </w:r>
      <w:r>
        <w:rPr>
          <w:rFonts w:ascii="Arial" w:hAnsi="Arial" w:cs="Arial"/>
          <w:sz w:val="21"/>
          <w:rtl w:val="1"/>
        </w:rPr>
        <w:t>أقوال</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والتناسب</w:t>
      </w:r>
      <w:r>
        <w:rPr>
          <w:rFonts w:ascii="Arial" w:hAnsi="Arial" w:cs="Arial"/>
          <w:sz w:val="21"/>
          <w:rtl w:val="1"/>
        </w:rPr>
        <w:t xml:space="preserve"> </w:t>
      </w:r>
      <w:r>
        <w:rPr>
          <w:rFonts w:ascii="Arial" w:hAnsi="Arial" w:cs="Arial"/>
          <w:sz w:val="21"/>
          <w:rtl w:val="1"/>
        </w:rPr>
        <w:t>بين</w:t>
      </w:r>
      <w:r>
        <w:rPr>
          <w:rFonts w:ascii="Arial" w:hAnsi="Arial" w:cs="Arial"/>
          <w:sz w:val="21"/>
          <w:rtl w:val="1"/>
        </w:rPr>
        <w:t xml:space="preserve"> </w:t>
      </w:r>
      <w:r>
        <w:rPr>
          <w:rFonts w:ascii="Arial" w:hAnsi="Arial" w:cs="Arial"/>
          <w:sz w:val="21"/>
          <w:rtl w:val="1"/>
        </w:rPr>
        <w:t>المخالفة</w:t>
      </w:r>
      <w:r>
        <w:rPr>
          <w:rFonts w:ascii="Arial" w:hAnsi="Arial" w:cs="Arial"/>
          <w:sz w:val="21"/>
          <w:rtl w:val="1"/>
        </w:rPr>
        <w:t xml:space="preserve"> </w:t>
      </w:r>
      <w:r>
        <w:rPr>
          <w:rFonts w:ascii="Arial" w:hAnsi="Arial" w:cs="Arial"/>
          <w:sz w:val="21"/>
          <w:rtl w:val="1"/>
        </w:rPr>
        <w:t>والجزاء،</w:t>
      </w:r>
      <w:r>
        <w:rPr>
          <w:rFonts w:ascii="Arial" w:hAnsi="Arial" w:cs="Arial"/>
          <w:sz w:val="21"/>
          <w:rtl w:val="1"/>
        </w:rPr>
        <w:t xml:space="preserve"> </w:t>
      </w:r>
      <w:r>
        <w:rPr>
          <w:rFonts w:ascii="Arial" w:hAnsi="Arial" w:cs="Arial"/>
          <w:sz w:val="21"/>
          <w:rtl w:val="1"/>
        </w:rPr>
        <w:t>ووفق</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النافذة</w:t>
      </w:r>
      <w:r>
        <w:rPr>
          <w:rFonts w:ascii="Arial" w:hAnsi="Arial" w:cs="Arial"/>
          <w:sz w:val="21"/>
          <w:rtl w:val="1"/>
        </w:rPr>
        <w:t>.</w:t>
      </w:r>
    </w:p>
    <w:p w14:paraId="2BE5335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(76): </w:t>
      </w:r>
      <w:r>
        <w:rPr>
          <w:rFonts w:ascii="Arial" w:hAnsi="Arial" w:cs="Arial"/>
          <w:b/>
          <w:color w:val="0F4761"/>
          <w:sz w:val="22"/>
          <w:rtl w:val="1"/>
        </w:rPr>
        <w:t>المخالفات</w:t>
      </w:r>
      <w:r>
        <w:rPr>
          <w:rFonts w:ascii="Arial" w:hAnsi="Arial" w:cs="Arial"/>
          <w:b/>
          <w:color w:val="0F4761"/>
          <w:sz w:val="22"/>
          <w:rtl w:val="1"/>
        </w:rPr>
        <w:t xml:space="preserve"> </w:t>
      </w:r>
      <w:r>
        <w:rPr>
          <w:rFonts w:ascii="Arial" w:hAnsi="Arial" w:cs="Arial"/>
          <w:b/>
          <w:color w:val="0F4761"/>
          <w:sz w:val="22"/>
          <w:rtl w:val="1"/>
        </w:rPr>
        <w:t>الوظيفية</w:t>
      </w:r>
    </w:p>
    <w:p w14:paraId="12F09988" w14:textId="77777777" w:rsidR="009E64B1" w:rsidRDefault="009E64B1" w:rsidP="001F0C09">
      <w:pPr>
        <w:spacing w:before="0" w:after="80" w:line="269" w:lineRule="auto"/>
        <w:jc w:val="both"/>
        <w:bidi w:val="1"/>
      </w:pPr>
      <w:r>
        <w:rPr>
          <w:rFonts w:ascii="Arial" w:hAnsi="Arial" w:cs="Arial"/>
          <w:sz w:val="21"/>
          <w:rtl w:val="1"/>
        </w:rPr>
        <w:t>تعد</w:t>
      </w:r>
      <w:r>
        <w:rPr>
          <w:rFonts w:ascii="Arial" w:hAnsi="Arial" w:cs="Arial"/>
          <w:sz w:val="21"/>
          <w:rtl w:val="1"/>
        </w:rPr>
        <w:t xml:space="preserve"> </w:t>
      </w:r>
      <w:r>
        <w:rPr>
          <w:rFonts w:ascii="Arial" w:hAnsi="Arial" w:cs="Arial"/>
          <w:sz w:val="21"/>
          <w:rtl w:val="1"/>
        </w:rPr>
        <w:t>مخالفة</w:t>
      </w:r>
      <w:r>
        <w:rPr>
          <w:rFonts w:ascii="Arial" w:hAnsi="Arial" w:cs="Arial"/>
          <w:sz w:val="21"/>
          <w:rtl w:val="1"/>
        </w:rPr>
        <w:t xml:space="preserve"> </w:t>
      </w:r>
      <w:r>
        <w:rPr>
          <w:rFonts w:ascii="Arial" w:hAnsi="Arial" w:cs="Arial"/>
          <w:sz w:val="21"/>
          <w:rtl w:val="1"/>
        </w:rPr>
        <w:t>كل</w:t>
      </w:r>
      <w:r>
        <w:rPr>
          <w:rFonts w:ascii="Arial" w:hAnsi="Arial" w:cs="Arial"/>
          <w:sz w:val="21"/>
          <w:rtl w:val="1"/>
        </w:rPr>
        <w:t xml:space="preserve"> </w:t>
      </w:r>
      <w:r>
        <w:rPr>
          <w:rFonts w:ascii="Arial" w:hAnsi="Arial" w:cs="Arial"/>
          <w:sz w:val="21"/>
          <w:rtl w:val="1"/>
        </w:rPr>
        <w:t>فعل</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امتناع</w:t>
      </w:r>
      <w:r>
        <w:rPr>
          <w:rFonts w:ascii="Arial" w:hAnsi="Arial" w:cs="Arial"/>
          <w:sz w:val="21"/>
          <w:rtl w:val="1"/>
        </w:rPr>
        <w:t xml:space="preserve"> </w:t>
      </w:r>
      <w:r>
        <w:rPr>
          <w:rFonts w:ascii="Arial" w:hAnsi="Arial" w:cs="Arial"/>
          <w:sz w:val="21"/>
          <w:rtl w:val="1"/>
        </w:rPr>
        <w:t>يخالف</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التعليمات</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الالتزامات</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w:t>
      </w:r>
    </w:p>
    <w:p w14:paraId="333EBDF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(77): </w:t>
      </w:r>
      <w:r>
        <w:rPr>
          <w:rFonts w:ascii="Arial" w:hAnsi="Arial" w:cs="Arial"/>
          <w:b/>
          <w:color w:val="0F4761"/>
          <w:sz w:val="22"/>
          <w:rtl w:val="1"/>
        </w:rPr>
        <w:t>الإبلاغ</w:t>
      </w:r>
      <w:r>
        <w:rPr>
          <w:rFonts w:ascii="Arial" w:hAnsi="Arial" w:cs="Arial"/>
          <w:b/>
          <w:color w:val="0F4761"/>
          <w:sz w:val="22"/>
          <w:rtl w:val="1"/>
        </w:rPr>
        <w:t xml:space="preserve"> </w:t>
      </w:r>
      <w:r>
        <w:rPr>
          <w:rFonts w:ascii="Arial" w:hAnsi="Arial" w:cs="Arial"/>
          <w:b/>
          <w:color w:val="0F4761"/>
          <w:sz w:val="22"/>
          <w:rtl w:val="1"/>
        </w:rPr>
        <w:t>عن</w:t>
      </w:r>
      <w:r>
        <w:rPr>
          <w:rFonts w:ascii="Arial" w:hAnsi="Arial" w:cs="Arial"/>
          <w:b/>
          <w:color w:val="0F4761"/>
          <w:sz w:val="22"/>
          <w:rtl w:val="1"/>
        </w:rPr>
        <w:t xml:space="preserve"> </w:t>
      </w:r>
      <w:r>
        <w:rPr>
          <w:rFonts w:ascii="Arial" w:hAnsi="Arial" w:cs="Arial"/>
          <w:b/>
          <w:color w:val="0F4761"/>
          <w:sz w:val="22"/>
          <w:rtl w:val="1"/>
        </w:rPr>
        <w:t>المخالفات</w:t>
      </w:r>
    </w:p>
    <w:p w14:paraId="090A721E"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لأي</w:t>
      </w:r>
      <w:r>
        <w:rPr>
          <w:rFonts w:ascii="Arial" w:hAnsi="Arial" w:cs="Arial"/>
          <w:sz w:val="21"/>
          <w:rtl w:val="1"/>
        </w:rPr>
        <w:t xml:space="preserve"> </w:t>
      </w:r>
      <w:r>
        <w:rPr>
          <w:rFonts w:ascii="Arial" w:hAnsi="Arial" w:cs="Arial"/>
          <w:sz w:val="21"/>
          <w:rtl w:val="1"/>
        </w:rPr>
        <w:t>مسؤول</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موظف</w:t>
      </w:r>
      <w:r>
        <w:rPr>
          <w:rFonts w:ascii="Arial" w:hAnsi="Arial" w:cs="Arial"/>
          <w:sz w:val="21"/>
          <w:rtl w:val="1"/>
        </w:rPr>
        <w:t xml:space="preserve"> </w:t>
      </w:r>
      <w:r>
        <w:rPr>
          <w:rFonts w:ascii="Arial" w:hAnsi="Arial" w:cs="Arial"/>
          <w:sz w:val="21"/>
          <w:rtl w:val="1"/>
        </w:rPr>
        <w:t>إبلاغ</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المختصة</w:t>
      </w:r>
      <w:r>
        <w:rPr>
          <w:rFonts w:ascii="Arial" w:hAnsi="Arial" w:cs="Arial"/>
          <w:sz w:val="21"/>
          <w:rtl w:val="1"/>
        </w:rPr>
        <w:t xml:space="preserve"> </w:t>
      </w:r>
      <w:r>
        <w:rPr>
          <w:rFonts w:ascii="Arial" w:hAnsi="Arial" w:cs="Arial"/>
          <w:sz w:val="21"/>
          <w:rtl w:val="1"/>
        </w:rPr>
        <w:t>عن</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مخالفة</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تزويدها</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يتوافر</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معلومات</w:t>
      </w:r>
      <w:r>
        <w:rPr>
          <w:rFonts w:ascii="Arial" w:hAnsi="Arial" w:cs="Arial"/>
          <w:sz w:val="21"/>
          <w:rtl w:val="1"/>
        </w:rPr>
        <w:t>.</w:t>
      </w:r>
    </w:p>
    <w:p w14:paraId="70C8A40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(78): </w:t>
      </w:r>
      <w:r>
        <w:rPr>
          <w:rFonts w:ascii="Arial" w:hAnsi="Arial" w:cs="Arial"/>
          <w:b/>
          <w:color w:val="0F4761"/>
          <w:sz w:val="22"/>
          <w:rtl w:val="1"/>
        </w:rPr>
        <w:t>التحقيق</w:t>
      </w:r>
      <w:r>
        <w:rPr>
          <w:rFonts w:ascii="Arial" w:hAnsi="Arial" w:cs="Arial"/>
          <w:b/>
          <w:color w:val="0F4761"/>
          <w:sz w:val="22"/>
          <w:rtl w:val="1"/>
        </w:rPr>
        <w:t xml:space="preserve"> </w:t>
      </w:r>
      <w:r>
        <w:rPr>
          <w:rFonts w:ascii="Arial" w:hAnsi="Arial" w:cs="Arial"/>
          <w:b/>
          <w:color w:val="0F4761"/>
          <w:sz w:val="22"/>
          <w:rtl w:val="1"/>
        </w:rPr>
        <w:t>الإداري</w:t>
      </w:r>
    </w:p>
    <w:p w14:paraId="5C49135B" w14:textId="77777777" w:rsidR="009E64B1" w:rsidRDefault="009E64B1" w:rsidP="001F0C09">
      <w:pPr>
        <w:spacing w:before="0" w:after="80" w:line="269" w:lineRule="auto"/>
        <w:jc w:val="both"/>
        <w:bidi w:val="1"/>
      </w:pPr>
      <w:r>
        <w:rPr>
          <w:rFonts w:ascii="Arial" w:hAnsi="Arial" w:cs="Arial"/>
          <w:sz w:val="21"/>
          <w:rtl w:val="1"/>
        </w:rPr>
        <w:t>لا</w:t>
      </w:r>
      <w:r>
        <w:rPr>
          <w:rFonts w:ascii="Arial" w:hAnsi="Arial" w:cs="Arial"/>
          <w:sz w:val="21"/>
          <w:rtl w:val="1"/>
        </w:rPr>
        <w:t xml:space="preserve"> </w:t>
      </w:r>
      <w:r>
        <w:rPr>
          <w:rFonts w:ascii="Arial" w:hAnsi="Arial" w:cs="Arial"/>
          <w:sz w:val="21"/>
          <w:rtl w:val="1"/>
        </w:rPr>
        <w:t>يجوز</w:t>
      </w:r>
      <w:r>
        <w:rPr>
          <w:rFonts w:ascii="Arial" w:hAnsi="Arial" w:cs="Arial"/>
          <w:sz w:val="21"/>
          <w:rtl w:val="1"/>
        </w:rPr>
        <w:t xml:space="preserve"> </w:t>
      </w:r>
      <w:r>
        <w:rPr>
          <w:rFonts w:ascii="Arial" w:hAnsi="Arial" w:cs="Arial"/>
          <w:sz w:val="21"/>
          <w:rtl w:val="1"/>
        </w:rPr>
        <w:t>توقيع</w:t>
      </w:r>
      <w:r>
        <w:rPr>
          <w:rFonts w:ascii="Arial" w:hAnsi="Arial" w:cs="Arial"/>
          <w:sz w:val="21"/>
          <w:rtl w:val="1"/>
        </w:rPr>
        <w:t xml:space="preserve"> </w:t>
      </w:r>
      <w:r>
        <w:rPr>
          <w:rFonts w:ascii="Arial" w:hAnsi="Arial" w:cs="Arial"/>
          <w:sz w:val="21"/>
          <w:rtl w:val="1"/>
        </w:rPr>
        <w:t>جزاء</w:t>
      </w:r>
      <w:r>
        <w:rPr>
          <w:rFonts w:ascii="Arial" w:hAnsi="Arial" w:cs="Arial"/>
          <w:sz w:val="21"/>
          <w:rtl w:val="1"/>
        </w:rPr>
        <w:t xml:space="preserve"> </w:t>
      </w:r>
      <w:r>
        <w:rPr>
          <w:rFonts w:ascii="Arial" w:hAnsi="Arial" w:cs="Arial"/>
          <w:sz w:val="21"/>
          <w:rtl w:val="1"/>
        </w:rPr>
        <w:t>تأديبي</w:t>
      </w:r>
      <w:r>
        <w:rPr>
          <w:rFonts w:ascii="Arial" w:hAnsi="Arial" w:cs="Arial"/>
          <w:sz w:val="21"/>
          <w:rtl w:val="1"/>
        </w:rPr>
        <w:t xml:space="preserve"> </w:t>
      </w:r>
      <w:r>
        <w:rPr>
          <w:rFonts w:ascii="Arial" w:hAnsi="Arial" w:cs="Arial"/>
          <w:sz w:val="21"/>
          <w:rtl w:val="1"/>
        </w:rPr>
        <w:t>إلا</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إجراء</w:t>
      </w:r>
      <w:r>
        <w:rPr>
          <w:rFonts w:ascii="Arial" w:hAnsi="Arial" w:cs="Arial"/>
          <w:sz w:val="21"/>
          <w:rtl w:val="1"/>
        </w:rPr>
        <w:t xml:space="preserve"> </w:t>
      </w:r>
      <w:r>
        <w:rPr>
          <w:rFonts w:ascii="Arial" w:hAnsi="Arial" w:cs="Arial"/>
          <w:sz w:val="21"/>
          <w:rtl w:val="1"/>
        </w:rPr>
        <w:t>تحقيق</w:t>
      </w:r>
      <w:r>
        <w:rPr>
          <w:rFonts w:ascii="Arial" w:hAnsi="Arial" w:cs="Arial"/>
          <w:sz w:val="21"/>
          <w:rtl w:val="1"/>
        </w:rPr>
        <w:t xml:space="preserve"> </w:t>
      </w:r>
      <w:r>
        <w:rPr>
          <w:rFonts w:ascii="Arial" w:hAnsi="Arial" w:cs="Arial"/>
          <w:sz w:val="21"/>
          <w:rtl w:val="1"/>
        </w:rPr>
        <w:t>إداري</w:t>
      </w:r>
      <w:r>
        <w:rPr>
          <w:rFonts w:ascii="Arial" w:hAnsi="Arial" w:cs="Arial"/>
          <w:sz w:val="21"/>
          <w:rtl w:val="1"/>
        </w:rPr>
        <w:t xml:space="preserve"> </w:t>
      </w:r>
      <w:r>
        <w:rPr>
          <w:rFonts w:ascii="Arial" w:hAnsi="Arial" w:cs="Arial"/>
          <w:sz w:val="21"/>
          <w:rtl w:val="1"/>
        </w:rPr>
        <w:t>يتيح</w:t>
      </w:r>
      <w:r>
        <w:rPr>
          <w:rFonts w:ascii="Arial" w:hAnsi="Arial" w:cs="Arial"/>
          <w:sz w:val="21"/>
          <w:rtl w:val="1"/>
        </w:rPr>
        <w:t xml:space="preserve"> </w:t>
      </w:r>
      <w:r>
        <w:rPr>
          <w:rFonts w:ascii="Arial" w:hAnsi="Arial" w:cs="Arial"/>
          <w:sz w:val="21"/>
          <w:rtl w:val="1"/>
        </w:rPr>
        <w:t>للموظف</w:t>
      </w:r>
      <w:r>
        <w:rPr>
          <w:rFonts w:ascii="Arial" w:hAnsi="Arial" w:cs="Arial"/>
          <w:sz w:val="21"/>
          <w:rtl w:val="1"/>
        </w:rPr>
        <w:t xml:space="preserve"> </w:t>
      </w:r>
      <w:r>
        <w:rPr>
          <w:rFonts w:ascii="Arial" w:hAnsi="Arial" w:cs="Arial"/>
          <w:sz w:val="21"/>
          <w:rtl w:val="1"/>
        </w:rPr>
        <w:t>إبداء</w:t>
      </w:r>
      <w:r>
        <w:rPr>
          <w:rFonts w:ascii="Arial" w:hAnsi="Arial" w:cs="Arial"/>
          <w:sz w:val="21"/>
          <w:rtl w:val="1"/>
        </w:rPr>
        <w:t xml:space="preserve"> </w:t>
      </w:r>
      <w:r>
        <w:rPr>
          <w:rFonts w:ascii="Arial" w:hAnsi="Arial" w:cs="Arial"/>
          <w:sz w:val="21"/>
          <w:rtl w:val="1"/>
        </w:rPr>
        <w:t>دفاعه،</w:t>
      </w:r>
      <w:r>
        <w:rPr>
          <w:rFonts w:ascii="Arial" w:hAnsi="Arial" w:cs="Arial"/>
          <w:sz w:val="21"/>
          <w:rtl w:val="1"/>
        </w:rPr>
        <w:t xml:space="preserve"> </w:t>
      </w:r>
      <w:r>
        <w:rPr>
          <w:rFonts w:ascii="Arial" w:hAnsi="Arial" w:cs="Arial"/>
          <w:sz w:val="21"/>
          <w:rtl w:val="1"/>
        </w:rPr>
        <w:t>وذلك</w:t>
      </w:r>
      <w:r>
        <w:rPr>
          <w:rFonts w:ascii="Arial" w:hAnsi="Arial" w:cs="Arial"/>
          <w:sz w:val="21"/>
          <w:rtl w:val="1"/>
        </w:rPr>
        <w:t xml:space="preserve"> </w:t>
      </w:r>
      <w:r>
        <w:rPr>
          <w:rFonts w:ascii="Arial" w:hAnsi="Arial" w:cs="Arial"/>
          <w:sz w:val="21"/>
          <w:rtl w:val="1"/>
        </w:rPr>
        <w:t>فيما</w:t>
      </w:r>
      <w:r>
        <w:rPr>
          <w:rFonts w:ascii="Arial" w:hAnsi="Arial" w:cs="Arial"/>
          <w:sz w:val="21"/>
          <w:rtl w:val="1"/>
        </w:rPr>
        <w:t xml:space="preserve"> </w:t>
      </w:r>
      <w:r>
        <w:rPr>
          <w:rFonts w:ascii="Arial" w:hAnsi="Arial" w:cs="Arial"/>
          <w:sz w:val="21"/>
          <w:rtl w:val="1"/>
        </w:rPr>
        <w:t>عدا</w:t>
      </w:r>
      <w:r>
        <w:rPr>
          <w:rFonts w:ascii="Arial" w:hAnsi="Arial" w:cs="Arial"/>
          <w:sz w:val="21"/>
          <w:rtl w:val="1"/>
        </w:rPr>
        <w:t xml:space="preserve"> </w:t>
      </w:r>
      <w:r>
        <w:rPr>
          <w:rFonts w:ascii="Arial" w:hAnsi="Arial" w:cs="Arial"/>
          <w:sz w:val="21"/>
          <w:rtl w:val="1"/>
        </w:rPr>
        <w:t>الحالات</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يجيزها</w:t>
      </w:r>
      <w:r>
        <w:rPr>
          <w:rFonts w:ascii="Arial" w:hAnsi="Arial" w:cs="Arial"/>
          <w:sz w:val="21"/>
          <w:rtl w:val="1"/>
        </w:rPr>
        <w:t xml:space="preserve"> </w:t>
      </w:r>
      <w:r>
        <w:rPr>
          <w:rFonts w:ascii="Arial" w:hAnsi="Arial" w:cs="Arial"/>
          <w:sz w:val="21"/>
          <w:rtl w:val="1"/>
        </w:rPr>
        <w:t>النظام</w:t>
      </w:r>
      <w:r>
        <w:rPr>
          <w:rFonts w:ascii="Arial" w:hAnsi="Arial" w:cs="Arial"/>
          <w:sz w:val="21"/>
          <w:rtl w:val="1"/>
        </w:rPr>
        <w:t>.</w:t>
      </w:r>
    </w:p>
    <w:p w14:paraId="7A78651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(79): </w:t>
      </w:r>
      <w:r>
        <w:rPr>
          <w:rFonts w:ascii="Arial" w:hAnsi="Arial" w:cs="Arial"/>
          <w:b/>
          <w:color w:val="0F4761"/>
          <w:sz w:val="22"/>
          <w:rtl w:val="1"/>
        </w:rPr>
        <w:t>الجزاءات</w:t>
      </w:r>
      <w:r>
        <w:rPr>
          <w:rFonts w:ascii="Arial" w:hAnsi="Arial" w:cs="Arial"/>
          <w:b/>
          <w:color w:val="0F4761"/>
          <w:sz w:val="22"/>
          <w:rtl w:val="1"/>
        </w:rPr>
        <w:t xml:space="preserve"> </w:t>
      </w:r>
      <w:r>
        <w:rPr>
          <w:rFonts w:ascii="Arial" w:hAnsi="Arial" w:cs="Arial"/>
          <w:b/>
          <w:color w:val="0F4761"/>
          <w:sz w:val="22"/>
          <w:rtl w:val="1"/>
        </w:rPr>
        <w:t>التأديبية</w:t>
      </w:r>
    </w:p>
    <w:p w14:paraId="77CB3E27" w14:textId="77777777" w:rsidR="009E64B1" w:rsidRDefault="009E64B1" w:rsidP="001F0C09">
      <w:pPr>
        <w:spacing w:before="0" w:after="80" w:line="269" w:lineRule="auto"/>
        <w:jc w:val="both"/>
        <w:bidi w:val="1"/>
      </w:pPr>
      <w:r>
        <w:rPr>
          <w:rFonts w:ascii="Arial" w:hAnsi="Arial" w:cs="Arial"/>
          <w:sz w:val="21"/>
          <w:rtl w:val="1"/>
        </w:rPr>
        <w:t>توقع</w:t>
      </w:r>
      <w:r>
        <w:rPr>
          <w:rFonts w:ascii="Arial" w:hAnsi="Arial" w:cs="Arial"/>
          <w:sz w:val="21"/>
          <w:rtl w:val="1"/>
        </w:rPr>
        <w:t xml:space="preserve"> </w:t>
      </w:r>
      <w:r>
        <w:rPr>
          <w:rFonts w:ascii="Arial" w:hAnsi="Arial" w:cs="Arial"/>
          <w:sz w:val="21"/>
          <w:rtl w:val="1"/>
        </w:rPr>
        <w:t>الجزاءات</w:t>
      </w:r>
      <w:r>
        <w:rPr>
          <w:rFonts w:ascii="Arial" w:hAnsi="Arial" w:cs="Arial"/>
          <w:sz w:val="21"/>
          <w:rtl w:val="1"/>
        </w:rPr>
        <w:t xml:space="preserve"> </w:t>
      </w:r>
      <w:r>
        <w:rPr>
          <w:rFonts w:ascii="Arial" w:hAnsi="Arial" w:cs="Arial"/>
          <w:sz w:val="21"/>
          <w:rtl w:val="1"/>
        </w:rPr>
        <w:t>التأديبية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والأنظمة</w:t>
      </w:r>
      <w:r>
        <w:rPr>
          <w:rFonts w:ascii="Arial" w:hAnsi="Arial" w:cs="Arial"/>
          <w:sz w:val="21"/>
          <w:rtl w:val="1"/>
        </w:rPr>
        <w:t xml:space="preserve"> </w:t>
      </w:r>
      <w:r>
        <w:rPr>
          <w:rFonts w:ascii="Arial" w:hAnsi="Arial" w:cs="Arial"/>
          <w:sz w:val="21"/>
          <w:rtl w:val="1"/>
        </w:rPr>
        <w:t>ذات</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 xml:space="preserve"> </w:t>
      </w:r>
      <w:r>
        <w:rPr>
          <w:rFonts w:ascii="Arial" w:hAnsi="Arial" w:cs="Arial"/>
          <w:sz w:val="21"/>
          <w:rtl w:val="1"/>
        </w:rPr>
        <w:t>وبما</w:t>
      </w:r>
      <w:r>
        <w:rPr>
          <w:rFonts w:ascii="Arial" w:hAnsi="Arial" w:cs="Arial"/>
          <w:sz w:val="21"/>
          <w:rtl w:val="1"/>
        </w:rPr>
        <w:t xml:space="preserve"> </w:t>
      </w:r>
      <w:r>
        <w:rPr>
          <w:rFonts w:ascii="Arial" w:hAnsi="Arial" w:cs="Arial"/>
          <w:sz w:val="21"/>
          <w:rtl w:val="1"/>
        </w:rPr>
        <w:t>يتناسب</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جسامة</w:t>
      </w:r>
      <w:r>
        <w:rPr>
          <w:rFonts w:ascii="Arial" w:hAnsi="Arial" w:cs="Arial"/>
          <w:sz w:val="21"/>
          <w:rtl w:val="1"/>
        </w:rPr>
        <w:t xml:space="preserve"> </w:t>
      </w:r>
      <w:r>
        <w:rPr>
          <w:rFonts w:ascii="Arial" w:hAnsi="Arial" w:cs="Arial"/>
          <w:sz w:val="21"/>
          <w:rtl w:val="1"/>
        </w:rPr>
        <w:t>المخالفة</w:t>
      </w:r>
      <w:r>
        <w:rPr>
          <w:rFonts w:ascii="Arial" w:hAnsi="Arial" w:cs="Arial"/>
          <w:sz w:val="21"/>
          <w:rtl w:val="1"/>
        </w:rPr>
        <w:t>.</w:t>
      </w:r>
    </w:p>
    <w:p w14:paraId="4B1C68B6"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(80): </w:t>
      </w:r>
      <w:r>
        <w:rPr>
          <w:rFonts w:ascii="Arial" w:hAnsi="Arial" w:cs="Arial"/>
          <w:b/>
          <w:color w:val="0F4761"/>
          <w:sz w:val="22"/>
          <w:rtl w:val="1"/>
        </w:rPr>
        <w:t>سلطة</w:t>
      </w:r>
      <w:r>
        <w:rPr>
          <w:rFonts w:ascii="Arial" w:hAnsi="Arial" w:cs="Arial"/>
          <w:b/>
          <w:color w:val="0F4761"/>
          <w:sz w:val="22"/>
          <w:rtl w:val="1"/>
        </w:rPr>
        <w:t xml:space="preserve"> </w:t>
      </w:r>
      <w:r>
        <w:rPr>
          <w:rFonts w:ascii="Arial" w:hAnsi="Arial" w:cs="Arial"/>
          <w:b/>
          <w:color w:val="0F4761"/>
          <w:sz w:val="22"/>
          <w:rtl w:val="1"/>
        </w:rPr>
        <w:t>توقيع</w:t>
      </w:r>
      <w:r>
        <w:rPr>
          <w:rFonts w:ascii="Arial" w:hAnsi="Arial" w:cs="Arial"/>
          <w:b/>
          <w:color w:val="0F4761"/>
          <w:sz w:val="22"/>
          <w:rtl w:val="1"/>
        </w:rPr>
        <w:t xml:space="preserve"> </w:t>
      </w:r>
      <w:r>
        <w:rPr>
          <w:rFonts w:ascii="Arial" w:hAnsi="Arial" w:cs="Arial"/>
          <w:b/>
          <w:color w:val="0F4761"/>
          <w:sz w:val="22"/>
          <w:rtl w:val="1"/>
        </w:rPr>
        <w:t>الجزاءات</w:t>
      </w:r>
    </w:p>
    <w:p w14:paraId="1BE9E26A" w14:textId="77777777" w:rsidR="009E64B1" w:rsidRDefault="009E64B1" w:rsidP="001F0C09">
      <w:pPr>
        <w:spacing w:before="0" w:after="80" w:line="269" w:lineRule="auto"/>
        <w:jc w:val="both"/>
        <w:bidi w:val="1"/>
      </w:pPr>
      <w:r>
        <w:rPr>
          <w:rFonts w:ascii="Arial" w:hAnsi="Arial" w:cs="Arial"/>
          <w:sz w:val="21"/>
          <w:rtl w:val="1"/>
        </w:rPr>
        <w:t>توقع</w:t>
      </w:r>
      <w:r>
        <w:rPr>
          <w:rFonts w:ascii="Arial" w:hAnsi="Arial" w:cs="Arial"/>
          <w:sz w:val="21"/>
          <w:rtl w:val="1"/>
        </w:rPr>
        <w:t xml:space="preserve"> </w:t>
      </w:r>
      <w:r>
        <w:rPr>
          <w:rFonts w:ascii="Arial" w:hAnsi="Arial" w:cs="Arial"/>
          <w:sz w:val="21"/>
          <w:rtl w:val="1"/>
        </w:rPr>
        <w:t>الجزاءات</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صاحب</w:t>
      </w:r>
      <w:r>
        <w:rPr>
          <w:rFonts w:ascii="Arial" w:hAnsi="Arial" w:cs="Arial"/>
          <w:sz w:val="21"/>
          <w:rtl w:val="1"/>
        </w:rPr>
        <w:t xml:space="preserve"> </w:t>
      </w:r>
      <w:r>
        <w:rPr>
          <w:rFonts w:ascii="Arial" w:hAnsi="Arial" w:cs="Arial"/>
          <w:sz w:val="21"/>
          <w:rtl w:val="1"/>
        </w:rPr>
        <w:t>الصلاحية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الهيكل</w:t>
      </w:r>
      <w:r>
        <w:rPr>
          <w:rFonts w:ascii="Arial" w:hAnsi="Arial" w:cs="Arial"/>
          <w:sz w:val="21"/>
          <w:rtl w:val="1"/>
        </w:rPr>
        <w:t xml:space="preserve"> </w:t>
      </w:r>
      <w:r>
        <w:rPr>
          <w:rFonts w:ascii="Arial" w:hAnsi="Arial" w:cs="Arial"/>
          <w:sz w:val="21"/>
          <w:rtl w:val="1"/>
        </w:rPr>
        <w:t>الإداري</w:t>
      </w:r>
      <w:r>
        <w:rPr>
          <w:rFonts w:ascii="Arial" w:hAnsi="Arial" w:cs="Arial"/>
          <w:sz w:val="21"/>
          <w:rtl w:val="1"/>
        </w:rPr>
        <w:t xml:space="preserve"> </w:t>
      </w:r>
      <w:r>
        <w:rPr>
          <w:rFonts w:ascii="Arial" w:hAnsi="Arial" w:cs="Arial"/>
          <w:sz w:val="21"/>
          <w:rtl w:val="1"/>
        </w:rPr>
        <w:t>والصلاحيات</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769FBD3E"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(81): </w:t>
      </w:r>
      <w:r>
        <w:rPr>
          <w:rFonts w:ascii="Arial" w:hAnsi="Arial" w:cs="Arial"/>
          <w:b/>
          <w:color w:val="0F4761"/>
          <w:sz w:val="22"/>
          <w:rtl w:val="1"/>
        </w:rPr>
        <w:t>تكرار</w:t>
      </w:r>
      <w:r>
        <w:rPr>
          <w:rFonts w:ascii="Arial" w:hAnsi="Arial" w:cs="Arial"/>
          <w:b/>
          <w:color w:val="0F4761"/>
          <w:sz w:val="22"/>
          <w:rtl w:val="1"/>
        </w:rPr>
        <w:t xml:space="preserve"> </w:t>
      </w:r>
      <w:r>
        <w:rPr>
          <w:rFonts w:ascii="Arial" w:hAnsi="Arial" w:cs="Arial"/>
          <w:b/>
          <w:color w:val="0F4761"/>
          <w:sz w:val="22"/>
          <w:rtl w:val="1"/>
        </w:rPr>
        <w:t>المخالفة</w:t>
      </w:r>
    </w:p>
    <w:p w14:paraId="692BF153" w14:textId="77777777" w:rsidR="009E64B1" w:rsidRDefault="009E64B1" w:rsidP="001F0C09">
      <w:pPr>
        <w:spacing w:before="0" w:after="80" w:line="269" w:lineRule="auto"/>
        <w:jc w:val="both"/>
        <w:bidi w:val="1"/>
      </w:pPr>
      <w:r>
        <w:rPr>
          <w:rFonts w:ascii="Arial" w:hAnsi="Arial" w:cs="Arial"/>
          <w:sz w:val="21"/>
          <w:rtl w:val="1"/>
        </w:rPr>
        <w:t>يراعى</w:t>
      </w:r>
      <w:r>
        <w:rPr>
          <w:rFonts w:ascii="Arial" w:hAnsi="Arial" w:cs="Arial"/>
          <w:sz w:val="21"/>
          <w:rtl w:val="1"/>
        </w:rPr>
        <w:t xml:space="preserve"> </w:t>
      </w:r>
      <w:r>
        <w:rPr>
          <w:rFonts w:ascii="Arial" w:hAnsi="Arial" w:cs="Arial"/>
          <w:sz w:val="21"/>
          <w:rtl w:val="1"/>
        </w:rPr>
        <w:t>عند</w:t>
      </w:r>
      <w:r>
        <w:rPr>
          <w:rFonts w:ascii="Arial" w:hAnsi="Arial" w:cs="Arial"/>
          <w:sz w:val="21"/>
          <w:rtl w:val="1"/>
        </w:rPr>
        <w:t xml:space="preserve"> </w:t>
      </w:r>
      <w:r>
        <w:rPr>
          <w:rFonts w:ascii="Arial" w:hAnsi="Arial" w:cs="Arial"/>
          <w:sz w:val="21"/>
          <w:rtl w:val="1"/>
        </w:rPr>
        <w:t>تكرار</w:t>
      </w:r>
      <w:r>
        <w:rPr>
          <w:rFonts w:ascii="Arial" w:hAnsi="Arial" w:cs="Arial"/>
          <w:sz w:val="21"/>
          <w:rtl w:val="1"/>
        </w:rPr>
        <w:t xml:space="preserve"> </w:t>
      </w:r>
      <w:r>
        <w:rPr>
          <w:rFonts w:ascii="Arial" w:hAnsi="Arial" w:cs="Arial"/>
          <w:sz w:val="21"/>
          <w:rtl w:val="1"/>
        </w:rPr>
        <w:t>المخالفة</w:t>
      </w:r>
      <w:r>
        <w:rPr>
          <w:rFonts w:ascii="Arial" w:hAnsi="Arial" w:cs="Arial"/>
          <w:sz w:val="21"/>
          <w:rtl w:val="1"/>
        </w:rPr>
        <w:t xml:space="preserve"> </w:t>
      </w:r>
      <w:r>
        <w:rPr>
          <w:rFonts w:ascii="Arial" w:hAnsi="Arial" w:cs="Arial"/>
          <w:sz w:val="21"/>
          <w:rtl w:val="1"/>
        </w:rPr>
        <w:t>سجل</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التأديبي</w:t>
      </w:r>
      <w:r>
        <w:rPr>
          <w:rFonts w:ascii="Arial" w:hAnsi="Arial" w:cs="Arial"/>
          <w:sz w:val="21"/>
          <w:rtl w:val="1"/>
        </w:rPr>
        <w:t xml:space="preserve"> </w:t>
      </w:r>
      <w:r>
        <w:rPr>
          <w:rFonts w:ascii="Arial" w:hAnsi="Arial" w:cs="Arial"/>
          <w:sz w:val="21"/>
          <w:rtl w:val="1"/>
        </w:rPr>
        <w:t>عند</w:t>
      </w:r>
      <w:r>
        <w:rPr>
          <w:rFonts w:ascii="Arial" w:hAnsi="Arial" w:cs="Arial"/>
          <w:sz w:val="21"/>
          <w:rtl w:val="1"/>
        </w:rPr>
        <w:t xml:space="preserve"> </w:t>
      </w:r>
      <w:r>
        <w:rPr>
          <w:rFonts w:ascii="Arial" w:hAnsi="Arial" w:cs="Arial"/>
          <w:sz w:val="21"/>
          <w:rtl w:val="1"/>
        </w:rPr>
        <w:t>تحديد</w:t>
      </w:r>
      <w:r>
        <w:rPr>
          <w:rFonts w:ascii="Arial" w:hAnsi="Arial" w:cs="Arial"/>
          <w:sz w:val="21"/>
          <w:rtl w:val="1"/>
        </w:rPr>
        <w:t xml:space="preserve"> </w:t>
      </w:r>
      <w:r>
        <w:rPr>
          <w:rFonts w:ascii="Arial" w:hAnsi="Arial" w:cs="Arial"/>
          <w:sz w:val="21"/>
          <w:rtl w:val="1"/>
        </w:rPr>
        <w:t>الجزاء</w:t>
      </w:r>
      <w:r>
        <w:rPr>
          <w:rFonts w:ascii="Arial" w:hAnsi="Arial" w:cs="Arial"/>
          <w:sz w:val="21"/>
          <w:rtl w:val="1"/>
        </w:rPr>
        <w:t xml:space="preserve"> </w:t>
      </w:r>
      <w:r>
        <w:rPr>
          <w:rFonts w:ascii="Arial" w:hAnsi="Arial" w:cs="Arial"/>
          <w:sz w:val="21"/>
          <w:rtl w:val="1"/>
        </w:rPr>
        <w:t>المناسب</w:t>
      </w:r>
      <w:r>
        <w:rPr>
          <w:rFonts w:ascii="Arial" w:hAnsi="Arial" w:cs="Arial"/>
          <w:sz w:val="21"/>
          <w:rtl w:val="1"/>
        </w:rPr>
        <w:t>.</w:t>
      </w:r>
    </w:p>
    <w:p w14:paraId="55D5FC7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(82): </w:t>
      </w:r>
      <w:r>
        <w:rPr>
          <w:rFonts w:ascii="Arial" w:hAnsi="Arial" w:cs="Arial"/>
          <w:b/>
          <w:color w:val="0F4761"/>
          <w:sz w:val="22"/>
          <w:rtl w:val="1"/>
        </w:rPr>
        <w:t>التظلم</w:t>
      </w:r>
    </w:p>
    <w:p w14:paraId="0D42DF49"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للموظف</w:t>
      </w:r>
      <w:r>
        <w:rPr>
          <w:rFonts w:ascii="Arial" w:hAnsi="Arial" w:cs="Arial"/>
          <w:sz w:val="21"/>
          <w:rtl w:val="1"/>
        </w:rPr>
        <w:t xml:space="preserve"> </w:t>
      </w:r>
      <w:r>
        <w:rPr>
          <w:rFonts w:ascii="Arial" w:hAnsi="Arial" w:cs="Arial"/>
          <w:sz w:val="21"/>
          <w:rtl w:val="1"/>
        </w:rPr>
        <w:t>التظلم</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القرار</w:t>
      </w:r>
      <w:r>
        <w:rPr>
          <w:rFonts w:ascii="Arial" w:hAnsi="Arial" w:cs="Arial"/>
          <w:sz w:val="21"/>
          <w:rtl w:val="1"/>
        </w:rPr>
        <w:t xml:space="preserve"> </w:t>
      </w:r>
      <w:r>
        <w:rPr>
          <w:rFonts w:ascii="Arial" w:hAnsi="Arial" w:cs="Arial"/>
          <w:sz w:val="21"/>
          <w:rtl w:val="1"/>
        </w:rPr>
        <w:t>التأديبي</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والمدد</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 xml:space="preserve"> </w:t>
      </w:r>
      <w:r>
        <w:rPr>
          <w:rFonts w:ascii="Arial" w:hAnsi="Arial" w:cs="Arial"/>
          <w:sz w:val="21"/>
          <w:rtl w:val="1"/>
        </w:rPr>
        <w:t>نظامًا</w:t>
      </w:r>
      <w:r>
        <w:rPr>
          <w:rFonts w:ascii="Arial" w:hAnsi="Arial" w:cs="Arial"/>
          <w:sz w:val="21"/>
          <w:rtl w:val="1"/>
        </w:rPr>
        <w:t>.</w:t>
      </w:r>
    </w:p>
    <w:p w14:paraId="597CB1A2"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(83): </w:t>
      </w:r>
      <w:r>
        <w:rPr>
          <w:rFonts w:ascii="Arial" w:hAnsi="Arial" w:cs="Arial"/>
          <w:b/>
          <w:color w:val="0F4761"/>
          <w:sz w:val="22"/>
          <w:rtl w:val="1"/>
        </w:rPr>
        <w:t>حفظ</w:t>
      </w:r>
      <w:r>
        <w:rPr>
          <w:rFonts w:ascii="Arial" w:hAnsi="Arial" w:cs="Arial"/>
          <w:b/>
          <w:color w:val="0F4761"/>
          <w:sz w:val="22"/>
          <w:rtl w:val="1"/>
        </w:rPr>
        <w:t xml:space="preserve"> </w:t>
      </w:r>
      <w:r>
        <w:rPr>
          <w:rFonts w:ascii="Arial" w:hAnsi="Arial" w:cs="Arial"/>
          <w:b/>
          <w:color w:val="0F4761"/>
          <w:sz w:val="22"/>
          <w:rtl w:val="1"/>
        </w:rPr>
        <w:t>السجلات</w:t>
      </w:r>
    </w:p>
    <w:p w14:paraId="1FB783F2" w14:textId="77777777" w:rsidR="009E64B1" w:rsidRDefault="009E64B1" w:rsidP="001F0C09">
      <w:pPr>
        <w:spacing w:before="0" w:after="80" w:line="269" w:lineRule="auto"/>
        <w:jc w:val="both"/>
        <w:bidi w:val="1"/>
      </w:pPr>
      <w:r>
        <w:rPr>
          <w:rFonts w:ascii="Arial" w:hAnsi="Arial" w:cs="Arial"/>
          <w:sz w:val="21"/>
          <w:rtl w:val="1"/>
        </w:rPr>
        <w:t>تحفظ</w:t>
      </w:r>
      <w:r>
        <w:rPr>
          <w:rFonts w:ascii="Arial" w:hAnsi="Arial" w:cs="Arial"/>
          <w:sz w:val="21"/>
          <w:rtl w:val="1"/>
        </w:rPr>
        <w:t xml:space="preserve"> </w:t>
      </w:r>
      <w:r>
        <w:rPr>
          <w:rFonts w:ascii="Arial" w:hAnsi="Arial" w:cs="Arial"/>
          <w:sz w:val="21"/>
          <w:rtl w:val="1"/>
        </w:rPr>
        <w:t>التحقيقات</w:t>
      </w:r>
      <w:r>
        <w:rPr>
          <w:rFonts w:ascii="Arial" w:hAnsi="Arial" w:cs="Arial"/>
          <w:sz w:val="21"/>
          <w:rtl w:val="1"/>
        </w:rPr>
        <w:t xml:space="preserve"> </w:t>
      </w:r>
      <w:r>
        <w:rPr>
          <w:rFonts w:ascii="Arial" w:hAnsi="Arial" w:cs="Arial"/>
          <w:sz w:val="21"/>
          <w:rtl w:val="1"/>
        </w:rPr>
        <w:t>والقرارات</w:t>
      </w:r>
      <w:r>
        <w:rPr>
          <w:rFonts w:ascii="Arial" w:hAnsi="Arial" w:cs="Arial"/>
          <w:sz w:val="21"/>
          <w:rtl w:val="1"/>
        </w:rPr>
        <w:t xml:space="preserve"> </w:t>
      </w:r>
      <w:r>
        <w:rPr>
          <w:rFonts w:ascii="Arial" w:hAnsi="Arial" w:cs="Arial"/>
          <w:sz w:val="21"/>
          <w:rtl w:val="1"/>
        </w:rPr>
        <w:t>التأديبية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الملف</w:t>
      </w:r>
      <w:r>
        <w:rPr>
          <w:rFonts w:ascii="Arial" w:hAnsi="Arial" w:cs="Arial"/>
          <w:sz w:val="21"/>
          <w:rtl w:val="1"/>
        </w:rPr>
        <w:t xml:space="preserve"> </w:t>
      </w:r>
      <w:r>
        <w:rPr>
          <w:rFonts w:ascii="Arial" w:hAnsi="Arial" w:cs="Arial"/>
          <w:sz w:val="21"/>
          <w:rtl w:val="1"/>
        </w:rPr>
        <w:t>الوظيفي</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الضوابط</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5E4DAA9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(84): </w:t>
      </w:r>
      <w:r>
        <w:rPr>
          <w:rFonts w:ascii="Arial" w:hAnsi="Arial" w:cs="Arial"/>
          <w:b/>
          <w:color w:val="0F4761"/>
          <w:sz w:val="22"/>
          <w:rtl w:val="1"/>
        </w:rPr>
        <w:t>المرجعية</w:t>
      </w:r>
      <w:r>
        <w:rPr>
          <w:rFonts w:ascii="Arial" w:hAnsi="Arial" w:cs="Arial"/>
          <w:b/>
          <w:color w:val="0F4761"/>
          <w:sz w:val="22"/>
          <w:rtl w:val="1"/>
        </w:rPr>
        <w:t xml:space="preserve"> </w:t>
      </w:r>
      <w:r>
        <w:rPr>
          <w:rFonts w:ascii="Arial" w:hAnsi="Arial" w:cs="Arial"/>
          <w:b/>
          <w:color w:val="0F4761"/>
          <w:sz w:val="22"/>
          <w:rtl w:val="1"/>
        </w:rPr>
        <w:t>النظامية</w:t>
      </w:r>
    </w:p>
    <w:p w14:paraId="6495335F" w14:textId="77777777" w:rsidR="009E64B1" w:rsidRDefault="009E64B1" w:rsidP="001F0C09">
      <w:pPr>
        <w:spacing w:before="0" w:after="80" w:line="269" w:lineRule="auto"/>
        <w:jc w:val="both"/>
        <w:bidi w:val="1"/>
      </w:pPr>
      <w:r>
        <w:rPr>
          <w:rFonts w:ascii="Arial" w:hAnsi="Arial" w:cs="Arial"/>
          <w:sz w:val="21"/>
          <w:rtl w:val="1"/>
        </w:rPr>
        <w:t>فيما</w:t>
      </w:r>
      <w:r>
        <w:rPr>
          <w:rFonts w:ascii="Arial" w:hAnsi="Arial" w:cs="Arial"/>
          <w:sz w:val="21"/>
          <w:rtl w:val="1"/>
        </w:rPr>
        <w:t xml:space="preserve"> </w:t>
      </w:r>
      <w:r>
        <w:rPr>
          <w:rFonts w:ascii="Arial" w:hAnsi="Arial" w:cs="Arial"/>
          <w:sz w:val="21"/>
          <w:rtl w:val="1"/>
        </w:rPr>
        <w:t>لم</w:t>
      </w:r>
      <w:r>
        <w:rPr>
          <w:rFonts w:ascii="Arial" w:hAnsi="Arial" w:cs="Arial"/>
          <w:sz w:val="21"/>
          <w:rtl w:val="1"/>
        </w:rPr>
        <w:t xml:space="preserve"> </w:t>
      </w:r>
      <w:r>
        <w:rPr>
          <w:rFonts w:ascii="Arial" w:hAnsi="Arial" w:cs="Arial"/>
          <w:sz w:val="21"/>
          <w:rtl w:val="1"/>
        </w:rPr>
        <w:t>يرد</w:t>
      </w:r>
      <w:r>
        <w:rPr>
          <w:rFonts w:ascii="Arial" w:hAnsi="Arial" w:cs="Arial"/>
          <w:sz w:val="21"/>
          <w:rtl w:val="1"/>
        </w:rPr>
        <w:t xml:space="preserve"> </w:t>
      </w:r>
      <w:r>
        <w:rPr>
          <w:rFonts w:ascii="Arial" w:hAnsi="Arial" w:cs="Arial"/>
          <w:sz w:val="21"/>
          <w:rtl w:val="1"/>
        </w:rPr>
        <w:t>به</w:t>
      </w:r>
      <w:r>
        <w:rPr>
          <w:rFonts w:ascii="Arial" w:hAnsi="Arial" w:cs="Arial"/>
          <w:sz w:val="21"/>
          <w:rtl w:val="1"/>
        </w:rPr>
        <w:t xml:space="preserve"> </w:t>
      </w:r>
      <w:r>
        <w:rPr>
          <w:rFonts w:ascii="Arial" w:hAnsi="Arial" w:cs="Arial"/>
          <w:sz w:val="21"/>
          <w:rtl w:val="1"/>
        </w:rPr>
        <w:t>نص</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هذا</w:t>
      </w:r>
      <w:r>
        <w:rPr>
          <w:rFonts w:ascii="Arial" w:hAnsi="Arial" w:cs="Arial"/>
          <w:sz w:val="21"/>
          <w:rtl w:val="1"/>
        </w:rPr>
        <w:t xml:space="preserve"> </w:t>
      </w:r>
      <w:r>
        <w:rPr>
          <w:rFonts w:ascii="Arial" w:hAnsi="Arial" w:cs="Arial"/>
          <w:sz w:val="21"/>
          <w:rtl w:val="1"/>
        </w:rPr>
        <w:t>الباب</w:t>
      </w:r>
      <w:r>
        <w:rPr>
          <w:rFonts w:ascii="Arial" w:hAnsi="Arial" w:cs="Arial"/>
          <w:sz w:val="21"/>
          <w:rtl w:val="1"/>
        </w:rPr>
        <w:t xml:space="preserve"> </w:t>
      </w:r>
      <w:r>
        <w:rPr>
          <w:rFonts w:ascii="Arial" w:hAnsi="Arial" w:cs="Arial"/>
          <w:sz w:val="21"/>
          <w:rtl w:val="1"/>
        </w:rPr>
        <w:t>يطبق</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والأنظمة</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ذات</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w:t>
      </w:r>
    </w:p>
    <w:p w14:paraId="4AE0B447"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التاسع</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انتهاء</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الخدمة</w:t>
      </w:r>
    </w:p>
    <w:p w14:paraId="2970EFC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(85): </w:t>
      </w:r>
      <w:r>
        <w:rPr>
          <w:rFonts w:ascii="Arial" w:hAnsi="Arial" w:cs="Arial"/>
          <w:b/>
          <w:color w:val="0F4761"/>
          <w:sz w:val="22"/>
          <w:rtl w:val="1"/>
        </w:rPr>
        <w:t>حالات</w:t>
      </w:r>
      <w:r>
        <w:rPr>
          <w:rFonts w:ascii="Arial" w:hAnsi="Arial" w:cs="Arial"/>
          <w:b/>
          <w:color w:val="0F4761"/>
          <w:sz w:val="22"/>
          <w:rtl w:val="1"/>
        </w:rPr>
        <w:t xml:space="preserve"> </w:t>
      </w:r>
      <w:r>
        <w:rPr>
          <w:rFonts w:ascii="Arial" w:hAnsi="Arial" w:cs="Arial"/>
          <w:b/>
          <w:color w:val="0F4761"/>
          <w:sz w:val="22"/>
          <w:rtl w:val="1"/>
        </w:rPr>
        <w:t>انتهاء</w:t>
      </w:r>
      <w:r>
        <w:rPr>
          <w:rFonts w:ascii="Arial" w:hAnsi="Arial" w:cs="Arial"/>
          <w:b/>
          <w:color w:val="0F4761"/>
          <w:sz w:val="22"/>
          <w:rtl w:val="1"/>
        </w:rPr>
        <w:t xml:space="preserve"> </w:t>
      </w:r>
      <w:r>
        <w:rPr>
          <w:rFonts w:ascii="Arial" w:hAnsi="Arial" w:cs="Arial"/>
          <w:b/>
          <w:color w:val="0F4761"/>
          <w:sz w:val="22"/>
          <w:rtl w:val="1"/>
        </w:rPr>
        <w:t>الخدمة</w:t>
      </w:r>
    </w:p>
    <w:p w14:paraId="6CAC1D14" w14:textId="77777777" w:rsidR="009E64B1" w:rsidRDefault="009E64B1" w:rsidP="001F0C09">
      <w:pPr>
        <w:spacing w:before="0" w:after="80" w:line="269" w:lineRule="auto"/>
        <w:jc w:val="both"/>
        <w:bidi w:val="1"/>
      </w:pPr>
      <w:r>
        <w:rPr>
          <w:rFonts w:ascii="Arial" w:hAnsi="Arial" w:cs="Arial"/>
          <w:sz w:val="21"/>
          <w:rtl w:val="1"/>
        </w:rPr>
        <w:t>تنتهي</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الحالات</w:t>
      </w:r>
      <w:r>
        <w:rPr>
          <w:rFonts w:ascii="Arial" w:hAnsi="Arial" w:cs="Arial"/>
          <w:sz w:val="21"/>
          <w:rtl w:val="1"/>
        </w:rPr>
        <w:t xml:space="preserve"> </w:t>
      </w:r>
      <w:r>
        <w:rPr>
          <w:rFonts w:ascii="Arial" w:hAnsi="Arial" w:cs="Arial"/>
          <w:sz w:val="21"/>
          <w:rtl w:val="1"/>
        </w:rPr>
        <w:t>المنصوص</w:t>
      </w:r>
      <w:r>
        <w:rPr>
          <w:rFonts w:ascii="Arial" w:hAnsi="Arial" w:cs="Arial"/>
          <w:sz w:val="21"/>
          <w:rtl w:val="1"/>
        </w:rPr>
        <w:t xml:space="preserve"> </w:t>
      </w:r>
      <w:r>
        <w:rPr>
          <w:rFonts w:ascii="Arial" w:hAnsi="Arial" w:cs="Arial"/>
          <w:sz w:val="21"/>
          <w:rtl w:val="1"/>
        </w:rPr>
        <w:t>عليها</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بانتهاء</w:t>
      </w:r>
      <w:r>
        <w:rPr>
          <w:rFonts w:ascii="Arial" w:hAnsi="Arial" w:cs="Arial"/>
          <w:sz w:val="21"/>
          <w:rtl w:val="1"/>
        </w:rPr>
        <w:t xml:space="preserve"> </w:t>
      </w:r>
      <w:r>
        <w:rPr>
          <w:rFonts w:ascii="Arial" w:hAnsi="Arial" w:cs="Arial"/>
          <w:sz w:val="21"/>
          <w:rtl w:val="1"/>
        </w:rPr>
        <w:t>العقد</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بالاتفاق</w:t>
      </w:r>
      <w:r>
        <w:rPr>
          <w:rFonts w:ascii="Arial" w:hAnsi="Arial" w:cs="Arial"/>
          <w:sz w:val="21"/>
          <w:rtl w:val="1"/>
        </w:rPr>
        <w:t xml:space="preserve"> </w:t>
      </w:r>
      <w:r>
        <w:rPr>
          <w:rFonts w:ascii="Arial" w:hAnsi="Arial" w:cs="Arial"/>
          <w:sz w:val="21"/>
          <w:rtl w:val="1"/>
        </w:rPr>
        <w:t>بين</w:t>
      </w:r>
      <w:r>
        <w:rPr>
          <w:rFonts w:ascii="Arial" w:hAnsi="Arial" w:cs="Arial"/>
          <w:sz w:val="21"/>
          <w:rtl w:val="1"/>
        </w:rPr>
        <w:t xml:space="preserve"> </w:t>
      </w:r>
      <w:r>
        <w:rPr>
          <w:rFonts w:ascii="Arial" w:hAnsi="Arial" w:cs="Arial"/>
          <w:sz w:val="21"/>
          <w:rtl w:val="1"/>
        </w:rPr>
        <w:t>الطرفين</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لأي</w:t>
      </w:r>
      <w:r>
        <w:rPr>
          <w:rFonts w:ascii="Arial" w:hAnsi="Arial" w:cs="Arial"/>
          <w:sz w:val="21"/>
          <w:rtl w:val="1"/>
        </w:rPr>
        <w:t xml:space="preserve"> </w:t>
      </w:r>
      <w:r>
        <w:rPr>
          <w:rFonts w:ascii="Arial" w:hAnsi="Arial" w:cs="Arial"/>
          <w:sz w:val="21"/>
          <w:rtl w:val="1"/>
        </w:rPr>
        <w:t>سبب</w:t>
      </w:r>
      <w:r>
        <w:rPr>
          <w:rFonts w:ascii="Arial" w:hAnsi="Arial" w:cs="Arial"/>
          <w:sz w:val="21"/>
          <w:rtl w:val="1"/>
        </w:rPr>
        <w:t xml:space="preserve"> </w:t>
      </w:r>
      <w:r>
        <w:rPr>
          <w:rFonts w:ascii="Arial" w:hAnsi="Arial" w:cs="Arial"/>
          <w:sz w:val="21"/>
          <w:rtl w:val="1"/>
        </w:rPr>
        <w:t>نظامي</w:t>
      </w:r>
      <w:r>
        <w:rPr>
          <w:rFonts w:ascii="Arial" w:hAnsi="Arial" w:cs="Arial"/>
          <w:sz w:val="21"/>
          <w:rtl w:val="1"/>
        </w:rPr>
        <w:t xml:space="preserve"> </w:t>
      </w:r>
      <w:r>
        <w:rPr>
          <w:rFonts w:ascii="Arial" w:hAnsi="Arial" w:cs="Arial"/>
          <w:sz w:val="21"/>
          <w:rtl w:val="1"/>
        </w:rPr>
        <w:t>آخر</w:t>
      </w:r>
      <w:r>
        <w:rPr>
          <w:rFonts w:ascii="Arial" w:hAnsi="Arial" w:cs="Arial"/>
          <w:sz w:val="21"/>
          <w:rtl w:val="1"/>
        </w:rPr>
        <w:t>.</w:t>
      </w:r>
    </w:p>
    <w:p w14:paraId="21E47C6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(86): </w:t>
      </w:r>
      <w:r>
        <w:rPr>
          <w:rFonts w:ascii="Arial" w:hAnsi="Arial" w:cs="Arial"/>
          <w:b/>
          <w:color w:val="0F4761"/>
          <w:sz w:val="22"/>
          <w:rtl w:val="1"/>
        </w:rPr>
        <w:t>الاستقالة</w:t>
      </w:r>
    </w:p>
    <w:p w14:paraId="55856A16" w14:textId="77777777" w:rsidR="009E64B1" w:rsidRDefault="009E64B1" w:rsidP="001F0C09">
      <w:pPr>
        <w:spacing w:before="0" w:after="80" w:line="269" w:lineRule="auto"/>
        <w:jc w:val="both"/>
        <w:bidi w:val="1"/>
      </w:pPr>
      <w:r>
        <w:rPr>
          <w:rFonts w:ascii="Arial" w:hAnsi="Arial" w:cs="Arial"/>
          <w:sz w:val="21"/>
          <w:rtl w:val="1"/>
        </w:rPr>
        <w:t>للموظف</w:t>
      </w:r>
      <w:r>
        <w:rPr>
          <w:rFonts w:ascii="Arial" w:hAnsi="Arial" w:cs="Arial"/>
          <w:sz w:val="21"/>
          <w:rtl w:val="1"/>
        </w:rPr>
        <w:t xml:space="preserve"> </w:t>
      </w:r>
      <w:r>
        <w:rPr>
          <w:rFonts w:ascii="Arial" w:hAnsi="Arial" w:cs="Arial"/>
          <w:sz w:val="21"/>
          <w:rtl w:val="1"/>
        </w:rPr>
        <w:t>التقدم</w:t>
      </w:r>
      <w:r>
        <w:rPr>
          <w:rFonts w:ascii="Arial" w:hAnsi="Arial" w:cs="Arial"/>
          <w:sz w:val="21"/>
          <w:rtl w:val="1"/>
        </w:rPr>
        <w:t xml:space="preserve"> </w:t>
      </w:r>
      <w:r>
        <w:rPr>
          <w:rFonts w:ascii="Arial" w:hAnsi="Arial" w:cs="Arial"/>
          <w:sz w:val="21"/>
          <w:rtl w:val="1"/>
        </w:rPr>
        <w:t>باستقالته</w:t>
      </w:r>
      <w:r>
        <w:rPr>
          <w:rFonts w:ascii="Arial" w:hAnsi="Arial" w:cs="Arial"/>
          <w:sz w:val="21"/>
          <w:rtl w:val="1"/>
        </w:rPr>
        <w:t xml:space="preserve"> </w:t>
      </w:r>
      <w:r>
        <w:rPr>
          <w:rFonts w:ascii="Arial" w:hAnsi="Arial" w:cs="Arial"/>
          <w:sz w:val="21"/>
          <w:rtl w:val="1"/>
        </w:rPr>
        <w:t>كتابةً،</w:t>
      </w:r>
      <w:r>
        <w:rPr>
          <w:rFonts w:ascii="Arial" w:hAnsi="Arial" w:cs="Arial"/>
          <w:sz w:val="21"/>
          <w:rtl w:val="1"/>
        </w:rPr>
        <w:t xml:space="preserve"> </w:t>
      </w:r>
      <w:r>
        <w:rPr>
          <w:rFonts w:ascii="Arial" w:hAnsi="Arial" w:cs="Arial"/>
          <w:sz w:val="21"/>
          <w:rtl w:val="1"/>
        </w:rPr>
        <w:t>ولا</w:t>
      </w:r>
      <w:r>
        <w:rPr>
          <w:rFonts w:ascii="Arial" w:hAnsi="Arial" w:cs="Arial"/>
          <w:sz w:val="21"/>
          <w:rtl w:val="1"/>
        </w:rPr>
        <w:t xml:space="preserve"> </w:t>
      </w:r>
      <w:r>
        <w:rPr>
          <w:rFonts w:ascii="Arial" w:hAnsi="Arial" w:cs="Arial"/>
          <w:sz w:val="21"/>
          <w:rtl w:val="1"/>
        </w:rPr>
        <w:t>تعد</w:t>
      </w:r>
      <w:r>
        <w:rPr>
          <w:rFonts w:ascii="Arial" w:hAnsi="Arial" w:cs="Arial"/>
          <w:sz w:val="21"/>
          <w:rtl w:val="1"/>
        </w:rPr>
        <w:t xml:space="preserve"> </w:t>
      </w:r>
      <w:r>
        <w:rPr>
          <w:rFonts w:ascii="Arial" w:hAnsi="Arial" w:cs="Arial"/>
          <w:sz w:val="21"/>
          <w:rtl w:val="1"/>
        </w:rPr>
        <w:t>نافذة</w:t>
      </w:r>
      <w:r>
        <w:rPr>
          <w:rFonts w:ascii="Arial" w:hAnsi="Arial" w:cs="Arial"/>
          <w:sz w:val="21"/>
          <w:rtl w:val="1"/>
        </w:rPr>
        <w:t xml:space="preserve"> </w:t>
      </w:r>
      <w:r>
        <w:rPr>
          <w:rFonts w:ascii="Arial" w:hAnsi="Arial" w:cs="Arial"/>
          <w:sz w:val="21"/>
          <w:rtl w:val="1"/>
        </w:rPr>
        <w:t>إلا</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قبولها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صاحب</w:t>
      </w:r>
      <w:r>
        <w:rPr>
          <w:rFonts w:ascii="Arial" w:hAnsi="Arial" w:cs="Arial"/>
          <w:sz w:val="21"/>
          <w:rtl w:val="1"/>
        </w:rPr>
        <w:t xml:space="preserve"> </w:t>
      </w:r>
      <w:r>
        <w:rPr>
          <w:rFonts w:ascii="Arial" w:hAnsi="Arial" w:cs="Arial"/>
          <w:sz w:val="21"/>
          <w:rtl w:val="1"/>
        </w:rPr>
        <w:t>الصلاحية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7A43B2B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(87): </w:t>
      </w:r>
      <w:r>
        <w:rPr>
          <w:rFonts w:ascii="Arial" w:hAnsi="Arial" w:cs="Arial"/>
          <w:b/>
          <w:color w:val="0F4761"/>
          <w:sz w:val="22"/>
          <w:rtl w:val="1"/>
        </w:rPr>
        <w:t>انتهاء</w:t>
      </w:r>
      <w:r>
        <w:rPr>
          <w:rFonts w:ascii="Arial" w:hAnsi="Arial" w:cs="Arial"/>
          <w:b/>
          <w:color w:val="0F4761"/>
          <w:sz w:val="22"/>
          <w:rtl w:val="1"/>
        </w:rPr>
        <w:t xml:space="preserve"> </w:t>
      </w:r>
      <w:r>
        <w:rPr>
          <w:rFonts w:ascii="Arial" w:hAnsi="Arial" w:cs="Arial"/>
          <w:b/>
          <w:color w:val="0F4761"/>
          <w:sz w:val="22"/>
          <w:rtl w:val="1"/>
        </w:rPr>
        <w:t>العقد</w:t>
      </w:r>
    </w:p>
    <w:p w14:paraId="122B354D" w14:textId="77777777" w:rsidR="009E64B1" w:rsidRDefault="009E64B1" w:rsidP="001F0C09">
      <w:pPr>
        <w:spacing w:before="0" w:after="80" w:line="269" w:lineRule="auto"/>
        <w:jc w:val="both"/>
        <w:bidi w:val="1"/>
      </w:pPr>
      <w:r>
        <w:rPr>
          <w:rFonts w:ascii="Arial" w:hAnsi="Arial" w:cs="Arial"/>
          <w:sz w:val="21"/>
          <w:rtl w:val="1"/>
        </w:rPr>
        <w:t>ينتهي</w:t>
      </w:r>
      <w:r>
        <w:rPr>
          <w:rFonts w:ascii="Arial" w:hAnsi="Arial" w:cs="Arial"/>
          <w:sz w:val="21"/>
          <w:rtl w:val="1"/>
        </w:rPr>
        <w:t xml:space="preserve"> </w:t>
      </w:r>
      <w:r>
        <w:rPr>
          <w:rFonts w:ascii="Arial" w:hAnsi="Arial" w:cs="Arial"/>
          <w:sz w:val="21"/>
          <w:rtl w:val="1"/>
        </w:rPr>
        <w:t>عقد</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بانتهاء</w:t>
      </w:r>
      <w:r>
        <w:rPr>
          <w:rFonts w:ascii="Arial" w:hAnsi="Arial" w:cs="Arial"/>
          <w:sz w:val="21"/>
          <w:rtl w:val="1"/>
        </w:rPr>
        <w:t xml:space="preserve"> </w:t>
      </w:r>
      <w:r>
        <w:rPr>
          <w:rFonts w:ascii="Arial" w:hAnsi="Arial" w:cs="Arial"/>
          <w:sz w:val="21"/>
          <w:rtl w:val="1"/>
        </w:rPr>
        <w:t>مدته</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لم</w:t>
      </w:r>
      <w:r>
        <w:rPr>
          <w:rFonts w:ascii="Arial" w:hAnsi="Arial" w:cs="Arial"/>
          <w:sz w:val="21"/>
          <w:rtl w:val="1"/>
        </w:rPr>
        <w:t xml:space="preserve"> </w:t>
      </w:r>
      <w:r>
        <w:rPr>
          <w:rFonts w:ascii="Arial" w:hAnsi="Arial" w:cs="Arial"/>
          <w:sz w:val="21"/>
          <w:rtl w:val="1"/>
        </w:rPr>
        <w:t>يتفق</w:t>
      </w:r>
      <w:r>
        <w:rPr>
          <w:rFonts w:ascii="Arial" w:hAnsi="Arial" w:cs="Arial"/>
          <w:sz w:val="21"/>
          <w:rtl w:val="1"/>
        </w:rPr>
        <w:t xml:space="preserve"> </w:t>
      </w:r>
      <w:r>
        <w:rPr>
          <w:rFonts w:ascii="Arial" w:hAnsi="Arial" w:cs="Arial"/>
          <w:sz w:val="21"/>
          <w:rtl w:val="1"/>
        </w:rPr>
        <w:t>الطرفان</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تجديده</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يستمر</w:t>
      </w:r>
      <w:r>
        <w:rPr>
          <w:rFonts w:ascii="Arial" w:hAnsi="Arial" w:cs="Arial"/>
          <w:sz w:val="21"/>
          <w:rtl w:val="1"/>
        </w:rPr>
        <w:t xml:space="preserve"> </w:t>
      </w:r>
      <w:r>
        <w:rPr>
          <w:rFonts w:ascii="Arial" w:hAnsi="Arial" w:cs="Arial"/>
          <w:sz w:val="21"/>
          <w:rtl w:val="1"/>
        </w:rPr>
        <w:t>تنفيذه</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النظام</w:t>
      </w:r>
      <w:r>
        <w:rPr>
          <w:rFonts w:ascii="Arial" w:hAnsi="Arial" w:cs="Arial"/>
          <w:sz w:val="21"/>
          <w:rtl w:val="1"/>
        </w:rPr>
        <w:t>.</w:t>
      </w:r>
    </w:p>
    <w:p w14:paraId="1EA88E56"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(88): </w:t>
      </w:r>
      <w:r>
        <w:rPr>
          <w:rFonts w:ascii="Arial" w:hAnsi="Arial" w:cs="Arial"/>
          <w:b/>
          <w:color w:val="0F4761"/>
          <w:sz w:val="22"/>
          <w:rtl w:val="1"/>
        </w:rPr>
        <w:t>إنهاء</w:t>
      </w:r>
      <w:r>
        <w:rPr>
          <w:rFonts w:ascii="Arial" w:hAnsi="Arial" w:cs="Arial"/>
          <w:b/>
          <w:color w:val="0F4761"/>
          <w:sz w:val="22"/>
          <w:rtl w:val="1"/>
        </w:rPr>
        <w:t xml:space="preserve"> </w:t>
      </w:r>
      <w:r>
        <w:rPr>
          <w:rFonts w:ascii="Arial" w:hAnsi="Arial" w:cs="Arial"/>
          <w:b/>
          <w:color w:val="0F4761"/>
          <w:sz w:val="22"/>
          <w:rtl w:val="1"/>
        </w:rPr>
        <w:t>الخدمة</w:t>
      </w:r>
      <w:r>
        <w:rPr>
          <w:rFonts w:ascii="Arial" w:hAnsi="Arial" w:cs="Arial"/>
          <w:b/>
          <w:color w:val="0F4761"/>
          <w:sz w:val="22"/>
          <w:rtl w:val="1"/>
        </w:rPr>
        <w:t xml:space="preserve"> </w:t>
      </w:r>
      <w:r>
        <w:rPr>
          <w:rFonts w:ascii="Arial" w:hAnsi="Arial" w:cs="Arial"/>
          <w:b/>
          <w:color w:val="0F4761"/>
          <w:sz w:val="22"/>
          <w:rtl w:val="1"/>
        </w:rPr>
        <w:t>من</w:t>
      </w:r>
      <w:r>
        <w:rPr>
          <w:rFonts w:ascii="Arial" w:hAnsi="Arial" w:cs="Arial"/>
          <w:b/>
          <w:color w:val="0F4761"/>
          <w:sz w:val="22"/>
          <w:rtl w:val="1"/>
        </w:rPr>
        <w:t xml:space="preserve"> </w:t>
      </w:r>
      <w:r>
        <w:rPr>
          <w:rFonts w:ascii="Arial" w:hAnsi="Arial" w:cs="Arial"/>
          <w:b/>
          <w:color w:val="0F4761"/>
          <w:sz w:val="22"/>
          <w:rtl w:val="1"/>
        </w:rPr>
        <w:t>قبل</w:t>
      </w:r>
      <w:r>
        <w:rPr>
          <w:rFonts w:ascii="Arial" w:hAnsi="Arial" w:cs="Arial"/>
          <w:b/>
          <w:color w:val="0F4761"/>
          <w:sz w:val="22"/>
          <w:rtl w:val="1"/>
        </w:rPr>
        <w:t xml:space="preserve"> </w:t>
      </w:r>
      <w:r>
        <w:rPr>
          <w:rFonts w:ascii="Arial" w:hAnsi="Arial" w:cs="Arial"/>
          <w:b/>
          <w:color w:val="0F4761"/>
          <w:sz w:val="22"/>
          <w:rtl w:val="1"/>
        </w:rPr>
        <w:t>الجمعية</w:t>
      </w:r>
    </w:p>
    <w:p w14:paraId="43693808"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للجمعية</w:t>
      </w:r>
      <w:r>
        <w:rPr>
          <w:rFonts w:ascii="Arial" w:hAnsi="Arial" w:cs="Arial"/>
          <w:sz w:val="21"/>
          <w:rtl w:val="1"/>
        </w:rPr>
        <w:t xml:space="preserve"> </w:t>
      </w:r>
      <w:r>
        <w:rPr>
          <w:rFonts w:ascii="Arial" w:hAnsi="Arial" w:cs="Arial"/>
          <w:sz w:val="21"/>
          <w:rtl w:val="1"/>
        </w:rPr>
        <w:t>إنهاء</w:t>
      </w:r>
      <w:r>
        <w:rPr>
          <w:rFonts w:ascii="Arial" w:hAnsi="Arial" w:cs="Arial"/>
          <w:sz w:val="21"/>
          <w:rtl w:val="1"/>
        </w:rPr>
        <w:t xml:space="preserve"> </w:t>
      </w:r>
      <w:r>
        <w:rPr>
          <w:rFonts w:ascii="Arial" w:hAnsi="Arial" w:cs="Arial"/>
          <w:sz w:val="21"/>
          <w:rtl w:val="1"/>
        </w:rPr>
        <w:t>خدمة</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الحالات</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يجيزها</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وبعد</w:t>
      </w:r>
      <w:r>
        <w:rPr>
          <w:rFonts w:ascii="Arial" w:hAnsi="Arial" w:cs="Arial"/>
          <w:sz w:val="21"/>
          <w:rtl w:val="1"/>
        </w:rPr>
        <w:t xml:space="preserve"> </w:t>
      </w:r>
      <w:r>
        <w:rPr>
          <w:rFonts w:ascii="Arial" w:hAnsi="Arial" w:cs="Arial"/>
          <w:sz w:val="21"/>
          <w:rtl w:val="1"/>
        </w:rPr>
        <w:t>استكمال</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النظامية</w:t>
      </w:r>
      <w:r>
        <w:rPr>
          <w:rFonts w:ascii="Arial" w:hAnsi="Arial" w:cs="Arial"/>
          <w:sz w:val="21"/>
          <w:rtl w:val="1"/>
        </w:rPr>
        <w:t>.</w:t>
      </w:r>
    </w:p>
    <w:p w14:paraId="36976CFD"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(89): </w:t>
      </w:r>
      <w:r>
        <w:rPr>
          <w:rFonts w:ascii="Arial" w:hAnsi="Arial" w:cs="Arial"/>
          <w:b/>
          <w:color w:val="0F4761"/>
          <w:sz w:val="22"/>
          <w:rtl w:val="1"/>
        </w:rPr>
        <w:t>إخلاء</w:t>
      </w:r>
      <w:r>
        <w:rPr>
          <w:rFonts w:ascii="Arial" w:hAnsi="Arial" w:cs="Arial"/>
          <w:b/>
          <w:color w:val="0F4761"/>
          <w:sz w:val="22"/>
          <w:rtl w:val="1"/>
        </w:rPr>
        <w:t xml:space="preserve"> </w:t>
      </w:r>
      <w:r>
        <w:rPr>
          <w:rFonts w:ascii="Arial" w:hAnsi="Arial" w:cs="Arial"/>
          <w:b/>
          <w:color w:val="0F4761"/>
          <w:sz w:val="22"/>
          <w:rtl w:val="1"/>
        </w:rPr>
        <w:t>الطرف</w:t>
      </w:r>
    </w:p>
    <w:p w14:paraId="6A3CF6D5" w14:textId="77777777" w:rsidR="009E64B1" w:rsidRDefault="009E64B1" w:rsidP="001F0C09">
      <w:pPr>
        <w:spacing w:before="0" w:after="80" w:line="269" w:lineRule="auto"/>
        <w:jc w:val="both"/>
        <w:bidi w:val="1"/>
      </w:pPr>
      <w:r>
        <w:rPr>
          <w:rFonts w:ascii="Arial" w:hAnsi="Arial" w:cs="Arial"/>
          <w:sz w:val="21"/>
          <w:rtl w:val="1"/>
        </w:rPr>
        <w:t>يلتزم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قبل</w:t>
      </w:r>
      <w:r>
        <w:rPr>
          <w:rFonts w:ascii="Arial" w:hAnsi="Arial" w:cs="Arial"/>
          <w:sz w:val="21"/>
          <w:rtl w:val="1"/>
        </w:rPr>
        <w:t xml:space="preserve"> </w:t>
      </w:r>
      <w:r>
        <w:rPr>
          <w:rFonts w:ascii="Arial" w:hAnsi="Arial" w:cs="Arial"/>
          <w:sz w:val="21"/>
          <w:rtl w:val="1"/>
        </w:rPr>
        <w:t>انتهاء</w:t>
      </w:r>
      <w:r>
        <w:rPr>
          <w:rFonts w:ascii="Arial" w:hAnsi="Arial" w:cs="Arial"/>
          <w:sz w:val="21"/>
          <w:rtl w:val="1"/>
        </w:rPr>
        <w:t xml:space="preserve"> </w:t>
      </w:r>
      <w:r>
        <w:rPr>
          <w:rFonts w:ascii="Arial" w:hAnsi="Arial" w:cs="Arial"/>
          <w:sz w:val="21"/>
          <w:rtl w:val="1"/>
        </w:rPr>
        <w:t>خدمته</w:t>
      </w:r>
      <w:r>
        <w:rPr>
          <w:rFonts w:ascii="Arial" w:hAnsi="Arial" w:cs="Arial"/>
          <w:sz w:val="21"/>
          <w:rtl w:val="1"/>
        </w:rPr>
        <w:t xml:space="preserve"> </w:t>
      </w:r>
      <w:r>
        <w:rPr>
          <w:rFonts w:ascii="Arial" w:hAnsi="Arial" w:cs="Arial"/>
          <w:sz w:val="21"/>
          <w:rtl w:val="1"/>
        </w:rPr>
        <w:t>بإعادة</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العهد</w:t>
      </w:r>
      <w:r>
        <w:rPr>
          <w:rFonts w:ascii="Arial" w:hAnsi="Arial" w:cs="Arial"/>
          <w:sz w:val="21"/>
          <w:rtl w:val="1"/>
        </w:rPr>
        <w:t xml:space="preserve"> </w:t>
      </w:r>
      <w:r>
        <w:rPr>
          <w:rFonts w:ascii="Arial" w:hAnsi="Arial" w:cs="Arial"/>
          <w:sz w:val="21"/>
          <w:rtl w:val="1"/>
        </w:rPr>
        <w:t>والمستندات</w:t>
      </w:r>
      <w:r>
        <w:rPr>
          <w:rFonts w:ascii="Arial" w:hAnsi="Arial" w:cs="Arial"/>
          <w:sz w:val="21"/>
          <w:rtl w:val="1"/>
        </w:rPr>
        <w:t xml:space="preserve"> </w:t>
      </w:r>
      <w:r>
        <w:rPr>
          <w:rFonts w:ascii="Arial" w:hAnsi="Arial" w:cs="Arial"/>
          <w:sz w:val="21"/>
          <w:rtl w:val="1"/>
        </w:rPr>
        <w:t>واستكمال</w:t>
      </w:r>
      <w:r>
        <w:rPr>
          <w:rFonts w:ascii="Arial" w:hAnsi="Arial" w:cs="Arial"/>
          <w:sz w:val="21"/>
          <w:rtl w:val="1"/>
        </w:rPr>
        <w:t xml:space="preserve"> </w:t>
      </w:r>
      <w:r>
        <w:rPr>
          <w:rFonts w:ascii="Arial" w:hAnsi="Arial" w:cs="Arial"/>
          <w:sz w:val="21"/>
          <w:rtl w:val="1"/>
        </w:rPr>
        <w:t>إجراءات</w:t>
      </w:r>
      <w:r>
        <w:rPr>
          <w:rFonts w:ascii="Arial" w:hAnsi="Arial" w:cs="Arial"/>
          <w:sz w:val="21"/>
          <w:rtl w:val="1"/>
        </w:rPr>
        <w:t xml:space="preserve"> </w:t>
      </w:r>
      <w:r>
        <w:rPr>
          <w:rFonts w:ascii="Arial" w:hAnsi="Arial" w:cs="Arial"/>
          <w:sz w:val="21"/>
          <w:rtl w:val="1"/>
        </w:rPr>
        <w:t>إخلاء</w:t>
      </w:r>
      <w:r>
        <w:rPr>
          <w:rFonts w:ascii="Arial" w:hAnsi="Arial" w:cs="Arial"/>
          <w:sz w:val="21"/>
          <w:rtl w:val="1"/>
        </w:rPr>
        <w:t xml:space="preserve"> </w:t>
      </w:r>
      <w:r>
        <w:rPr>
          <w:rFonts w:ascii="Arial" w:hAnsi="Arial" w:cs="Arial"/>
          <w:sz w:val="21"/>
          <w:rtl w:val="1"/>
        </w:rPr>
        <w:t>الطرف</w:t>
      </w:r>
      <w:r>
        <w:rPr>
          <w:rFonts w:ascii="Arial" w:hAnsi="Arial" w:cs="Arial"/>
          <w:sz w:val="21"/>
          <w:rtl w:val="1"/>
        </w:rPr>
        <w:t>.</w:t>
      </w:r>
    </w:p>
    <w:p w14:paraId="3FD629D0"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(90): </w:t>
      </w:r>
      <w:r>
        <w:rPr>
          <w:rFonts w:ascii="Arial" w:hAnsi="Arial" w:cs="Arial"/>
          <w:b/>
          <w:color w:val="0F4761"/>
          <w:sz w:val="22"/>
          <w:rtl w:val="1"/>
        </w:rPr>
        <w:t>تسليم</w:t>
      </w:r>
      <w:r>
        <w:rPr>
          <w:rFonts w:ascii="Arial" w:hAnsi="Arial" w:cs="Arial"/>
          <w:b/>
          <w:color w:val="0F4761"/>
          <w:sz w:val="22"/>
          <w:rtl w:val="1"/>
        </w:rPr>
        <w:t xml:space="preserve"> </w:t>
      </w:r>
      <w:r>
        <w:rPr>
          <w:rFonts w:ascii="Arial" w:hAnsi="Arial" w:cs="Arial"/>
          <w:b/>
          <w:color w:val="0F4761"/>
          <w:sz w:val="22"/>
          <w:rtl w:val="1"/>
        </w:rPr>
        <w:t>العهد</w:t>
      </w:r>
    </w:p>
    <w:p w14:paraId="160EE1A3" w14:textId="77777777" w:rsidR="009E64B1" w:rsidRDefault="009E64B1" w:rsidP="001F0C09">
      <w:pPr>
        <w:spacing w:before="0" w:after="80" w:line="269" w:lineRule="auto"/>
        <w:jc w:val="both"/>
        <w:bidi w:val="1"/>
      </w:pPr>
      <w:r>
        <w:rPr>
          <w:rFonts w:ascii="Arial" w:hAnsi="Arial" w:cs="Arial"/>
          <w:sz w:val="21"/>
          <w:rtl w:val="1"/>
        </w:rPr>
        <w:t>يتحمل</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مسؤولية</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عهد</w:t>
      </w:r>
      <w:r>
        <w:rPr>
          <w:rFonts w:ascii="Arial" w:hAnsi="Arial" w:cs="Arial"/>
          <w:sz w:val="21"/>
          <w:rtl w:val="1"/>
        </w:rPr>
        <w:t xml:space="preserve"> </w:t>
      </w:r>
      <w:r>
        <w:rPr>
          <w:rFonts w:ascii="Arial" w:hAnsi="Arial" w:cs="Arial"/>
          <w:sz w:val="21"/>
          <w:rtl w:val="1"/>
        </w:rPr>
        <w:t>لم</w:t>
      </w:r>
      <w:r>
        <w:rPr>
          <w:rFonts w:ascii="Arial" w:hAnsi="Arial" w:cs="Arial"/>
          <w:sz w:val="21"/>
          <w:rtl w:val="1"/>
        </w:rPr>
        <w:t xml:space="preserve"> </w:t>
      </w:r>
      <w:r>
        <w:rPr>
          <w:rFonts w:ascii="Arial" w:hAnsi="Arial" w:cs="Arial"/>
          <w:sz w:val="21"/>
          <w:rtl w:val="1"/>
        </w:rPr>
        <w:t>يتم</w:t>
      </w:r>
      <w:r>
        <w:rPr>
          <w:rFonts w:ascii="Arial" w:hAnsi="Arial" w:cs="Arial"/>
          <w:sz w:val="21"/>
          <w:rtl w:val="1"/>
        </w:rPr>
        <w:t xml:space="preserve"> </w:t>
      </w:r>
      <w:r>
        <w:rPr>
          <w:rFonts w:ascii="Arial" w:hAnsi="Arial" w:cs="Arial"/>
          <w:sz w:val="21"/>
          <w:rtl w:val="1"/>
        </w:rPr>
        <w:t>تسليمها</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تسويتها</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الإجراءات</w:t>
      </w:r>
      <w:r>
        <w:rPr>
          <w:rFonts w:ascii="Arial" w:hAnsi="Arial" w:cs="Arial"/>
          <w:sz w:val="21"/>
          <w:rtl w:val="1"/>
        </w:rPr>
        <w:t xml:space="preserve"> </w:t>
      </w:r>
      <w:r>
        <w:rPr>
          <w:rFonts w:ascii="Arial" w:hAnsi="Arial" w:cs="Arial"/>
          <w:sz w:val="21"/>
          <w:rtl w:val="1"/>
        </w:rPr>
        <w:t>المعتمدة</w:t>
      </w:r>
      <w:r>
        <w:rPr>
          <w:rFonts w:ascii="Arial" w:hAnsi="Arial" w:cs="Arial"/>
          <w:sz w:val="21"/>
          <w:rtl w:val="1"/>
        </w:rPr>
        <w:t>.</w:t>
      </w:r>
    </w:p>
    <w:p w14:paraId="53F2F23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(91): </w:t>
      </w:r>
      <w:r>
        <w:rPr>
          <w:rFonts w:ascii="Arial" w:hAnsi="Arial" w:cs="Arial"/>
          <w:b/>
          <w:color w:val="0F4761"/>
          <w:sz w:val="22"/>
          <w:rtl w:val="1"/>
        </w:rPr>
        <w:t>الوثائق</w:t>
      </w:r>
      <w:r>
        <w:rPr>
          <w:rFonts w:ascii="Arial" w:hAnsi="Arial" w:cs="Arial"/>
          <w:b/>
          <w:color w:val="0F4761"/>
          <w:sz w:val="22"/>
          <w:rtl w:val="1"/>
        </w:rPr>
        <w:t xml:space="preserve"> </w:t>
      </w:r>
      <w:r>
        <w:rPr>
          <w:rFonts w:ascii="Arial" w:hAnsi="Arial" w:cs="Arial"/>
          <w:b/>
          <w:color w:val="0F4761"/>
          <w:sz w:val="22"/>
          <w:rtl w:val="1"/>
        </w:rPr>
        <w:t>وشهادة</w:t>
      </w:r>
      <w:r>
        <w:rPr>
          <w:rFonts w:ascii="Arial" w:hAnsi="Arial" w:cs="Arial"/>
          <w:b/>
          <w:color w:val="0F4761"/>
          <w:sz w:val="22"/>
          <w:rtl w:val="1"/>
        </w:rPr>
        <w:t xml:space="preserve"> </w:t>
      </w:r>
      <w:r>
        <w:rPr>
          <w:rFonts w:ascii="Arial" w:hAnsi="Arial" w:cs="Arial"/>
          <w:b/>
          <w:color w:val="0F4761"/>
          <w:sz w:val="22"/>
          <w:rtl w:val="1"/>
        </w:rPr>
        <w:t>الخدمة</w:t>
      </w:r>
    </w:p>
    <w:p w14:paraId="2A433D8A" w14:textId="77777777" w:rsidR="009E64B1" w:rsidRDefault="009E64B1" w:rsidP="001F0C09">
      <w:pPr>
        <w:spacing w:before="0" w:after="80" w:line="269" w:lineRule="auto"/>
        <w:jc w:val="both"/>
        <w:bidi w:val="1"/>
      </w:pPr>
      <w:r>
        <w:rPr>
          <w:rFonts w:ascii="Arial" w:hAnsi="Arial" w:cs="Arial"/>
          <w:sz w:val="21"/>
          <w:rtl w:val="1"/>
        </w:rPr>
        <w:t>تلتزم</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بتسليم</w:t>
      </w:r>
      <w:r>
        <w:rPr>
          <w:rFonts w:ascii="Arial" w:hAnsi="Arial" w:cs="Arial"/>
          <w:sz w:val="21"/>
          <w:rtl w:val="1"/>
        </w:rPr>
        <w:t xml:space="preserve"> </w:t>
      </w:r>
      <w:r>
        <w:rPr>
          <w:rFonts w:ascii="Arial" w:hAnsi="Arial" w:cs="Arial"/>
          <w:sz w:val="21"/>
          <w:rtl w:val="1"/>
        </w:rPr>
        <w:t>الموظف</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يستحقه</w:t>
      </w:r>
      <w:r>
        <w:rPr>
          <w:rFonts w:ascii="Arial" w:hAnsi="Arial" w:cs="Arial"/>
          <w:sz w:val="21"/>
          <w:rtl w:val="1"/>
        </w:rPr>
        <w:t xml:space="preserve"> </w:t>
      </w:r>
      <w:r>
        <w:rPr>
          <w:rFonts w:ascii="Arial" w:hAnsi="Arial" w:cs="Arial"/>
          <w:sz w:val="21"/>
          <w:rtl w:val="1"/>
        </w:rPr>
        <w:t>نظامًا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وثائق</w:t>
      </w:r>
      <w:r>
        <w:rPr>
          <w:rFonts w:ascii="Arial" w:hAnsi="Arial" w:cs="Arial"/>
          <w:sz w:val="21"/>
          <w:rtl w:val="1"/>
        </w:rPr>
        <w:t xml:space="preserve"> </w:t>
      </w:r>
      <w:r>
        <w:rPr>
          <w:rFonts w:ascii="Arial" w:hAnsi="Arial" w:cs="Arial"/>
          <w:sz w:val="21"/>
          <w:rtl w:val="1"/>
        </w:rPr>
        <w:t>وشهادة</w:t>
      </w:r>
      <w:r>
        <w:rPr>
          <w:rFonts w:ascii="Arial" w:hAnsi="Arial" w:cs="Arial"/>
          <w:sz w:val="21"/>
          <w:rtl w:val="1"/>
        </w:rPr>
        <w:t xml:space="preserve"> </w:t>
      </w:r>
      <w:r>
        <w:rPr>
          <w:rFonts w:ascii="Arial" w:hAnsi="Arial" w:cs="Arial"/>
          <w:sz w:val="21"/>
          <w:rtl w:val="1"/>
        </w:rPr>
        <w:t>خدمة</w:t>
      </w:r>
      <w:r>
        <w:rPr>
          <w:rFonts w:ascii="Arial" w:hAnsi="Arial" w:cs="Arial"/>
          <w:sz w:val="21"/>
          <w:rtl w:val="1"/>
        </w:rPr>
        <w:t xml:space="preserve"> </w:t>
      </w:r>
      <w:r>
        <w:rPr>
          <w:rFonts w:ascii="Arial" w:hAnsi="Arial" w:cs="Arial"/>
          <w:sz w:val="21"/>
          <w:rtl w:val="1"/>
        </w:rPr>
        <w:t>بعد</w:t>
      </w:r>
      <w:r>
        <w:rPr>
          <w:rFonts w:ascii="Arial" w:hAnsi="Arial" w:cs="Arial"/>
          <w:sz w:val="21"/>
          <w:rtl w:val="1"/>
        </w:rPr>
        <w:t xml:space="preserve"> </w:t>
      </w:r>
      <w:r>
        <w:rPr>
          <w:rFonts w:ascii="Arial" w:hAnsi="Arial" w:cs="Arial"/>
          <w:sz w:val="21"/>
          <w:rtl w:val="1"/>
        </w:rPr>
        <w:t>استكمال</w:t>
      </w:r>
      <w:r>
        <w:rPr>
          <w:rFonts w:ascii="Arial" w:hAnsi="Arial" w:cs="Arial"/>
          <w:sz w:val="21"/>
          <w:rtl w:val="1"/>
        </w:rPr>
        <w:t xml:space="preserve"> </w:t>
      </w:r>
      <w:r>
        <w:rPr>
          <w:rFonts w:ascii="Arial" w:hAnsi="Arial" w:cs="Arial"/>
          <w:sz w:val="21"/>
          <w:rtl w:val="1"/>
        </w:rPr>
        <w:t>إجراءات</w:t>
      </w:r>
      <w:r>
        <w:rPr>
          <w:rFonts w:ascii="Arial" w:hAnsi="Arial" w:cs="Arial"/>
          <w:sz w:val="21"/>
          <w:rtl w:val="1"/>
        </w:rPr>
        <w:t xml:space="preserve"> </w:t>
      </w:r>
      <w:r>
        <w:rPr>
          <w:rFonts w:ascii="Arial" w:hAnsi="Arial" w:cs="Arial"/>
          <w:sz w:val="21"/>
          <w:rtl w:val="1"/>
        </w:rPr>
        <w:t>انتهاء</w:t>
      </w:r>
      <w:r>
        <w:rPr>
          <w:rFonts w:ascii="Arial" w:hAnsi="Arial" w:cs="Arial"/>
          <w:sz w:val="21"/>
          <w:rtl w:val="1"/>
        </w:rPr>
        <w:t xml:space="preserve"> </w:t>
      </w:r>
      <w:r>
        <w:rPr>
          <w:rFonts w:ascii="Arial" w:hAnsi="Arial" w:cs="Arial"/>
          <w:sz w:val="21"/>
          <w:rtl w:val="1"/>
        </w:rPr>
        <w:t>الخدمة</w:t>
      </w:r>
      <w:r>
        <w:rPr>
          <w:rFonts w:ascii="Arial" w:hAnsi="Arial" w:cs="Arial"/>
          <w:sz w:val="21"/>
          <w:rtl w:val="1"/>
        </w:rPr>
        <w:t>.</w:t>
      </w:r>
    </w:p>
    <w:p w14:paraId="709C9FE3"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(92): </w:t>
      </w:r>
      <w:r>
        <w:rPr>
          <w:rFonts w:ascii="Arial" w:hAnsi="Arial" w:cs="Arial"/>
          <w:b/>
          <w:color w:val="0F4761"/>
          <w:sz w:val="22"/>
          <w:rtl w:val="1"/>
        </w:rPr>
        <w:t>الحقوق</w:t>
      </w:r>
      <w:r>
        <w:rPr>
          <w:rFonts w:ascii="Arial" w:hAnsi="Arial" w:cs="Arial"/>
          <w:b/>
          <w:color w:val="0F4761"/>
          <w:sz w:val="22"/>
          <w:rtl w:val="1"/>
        </w:rPr>
        <w:t xml:space="preserve"> </w:t>
      </w:r>
      <w:r>
        <w:rPr>
          <w:rFonts w:ascii="Arial" w:hAnsi="Arial" w:cs="Arial"/>
          <w:b/>
          <w:color w:val="0F4761"/>
          <w:sz w:val="22"/>
          <w:rtl w:val="1"/>
        </w:rPr>
        <w:t>والالتزامات</w:t>
      </w:r>
    </w:p>
    <w:p w14:paraId="43AEAF9E" w14:textId="77777777" w:rsidR="009E64B1" w:rsidRDefault="009E64B1" w:rsidP="001F0C09">
      <w:pPr>
        <w:spacing w:before="0" w:after="80" w:line="269" w:lineRule="auto"/>
        <w:jc w:val="both"/>
        <w:bidi w:val="1"/>
      </w:pPr>
      <w:r>
        <w:rPr>
          <w:rFonts w:ascii="Arial" w:hAnsi="Arial" w:cs="Arial"/>
          <w:sz w:val="21"/>
          <w:rtl w:val="1"/>
        </w:rPr>
        <w:t>تسوى</w:t>
      </w:r>
      <w:r>
        <w:rPr>
          <w:rFonts w:ascii="Arial" w:hAnsi="Arial" w:cs="Arial"/>
          <w:sz w:val="21"/>
          <w:rtl w:val="1"/>
        </w:rPr>
        <w:t xml:space="preserve"> </w:t>
      </w:r>
      <w:r>
        <w:rPr>
          <w:rFonts w:ascii="Arial" w:hAnsi="Arial" w:cs="Arial"/>
          <w:sz w:val="21"/>
          <w:rtl w:val="1"/>
        </w:rPr>
        <w:t>الحقوق</w:t>
      </w:r>
      <w:r>
        <w:rPr>
          <w:rFonts w:ascii="Arial" w:hAnsi="Arial" w:cs="Arial"/>
          <w:sz w:val="21"/>
          <w:rtl w:val="1"/>
        </w:rPr>
        <w:t xml:space="preserve"> </w:t>
      </w:r>
      <w:r>
        <w:rPr>
          <w:rFonts w:ascii="Arial" w:hAnsi="Arial" w:cs="Arial"/>
          <w:sz w:val="21"/>
          <w:rtl w:val="1"/>
        </w:rPr>
        <w:t>والالتزامات</w:t>
      </w:r>
      <w:r>
        <w:rPr>
          <w:rFonts w:ascii="Arial" w:hAnsi="Arial" w:cs="Arial"/>
          <w:sz w:val="21"/>
          <w:rtl w:val="1"/>
        </w:rPr>
        <w:t xml:space="preserve"> </w:t>
      </w:r>
      <w:r>
        <w:rPr>
          <w:rFonts w:ascii="Arial" w:hAnsi="Arial" w:cs="Arial"/>
          <w:sz w:val="21"/>
          <w:rtl w:val="1"/>
        </w:rPr>
        <w:t>المترتبة</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انتهاء</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 xml:space="preserve"> </w:t>
      </w:r>
      <w:r>
        <w:rPr>
          <w:rFonts w:ascii="Arial" w:hAnsi="Arial" w:cs="Arial"/>
          <w:sz w:val="21"/>
          <w:rtl w:val="1"/>
        </w:rPr>
        <w:t>الوظيفية</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والأنظمة</w:t>
      </w:r>
      <w:r>
        <w:rPr>
          <w:rFonts w:ascii="Arial" w:hAnsi="Arial" w:cs="Arial"/>
          <w:sz w:val="21"/>
          <w:rtl w:val="1"/>
        </w:rPr>
        <w:t xml:space="preserve"> </w:t>
      </w:r>
      <w:r>
        <w:rPr>
          <w:rFonts w:ascii="Arial" w:hAnsi="Arial" w:cs="Arial"/>
          <w:sz w:val="21"/>
          <w:rtl w:val="1"/>
        </w:rPr>
        <w:t>ذات</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w:t>
      </w:r>
    </w:p>
    <w:p w14:paraId="1F94064F"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(93): </w:t>
      </w:r>
      <w:r>
        <w:rPr>
          <w:rFonts w:ascii="Arial" w:hAnsi="Arial" w:cs="Arial"/>
          <w:b/>
          <w:color w:val="0F4761"/>
          <w:sz w:val="22"/>
          <w:rtl w:val="1"/>
        </w:rPr>
        <w:t>المرجعية</w:t>
      </w:r>
      <w:r>
        <w:rPr>
          <w:rFonts w:ascii="Arial" w:hAnsi="Arial" w:cs="Arial"/>
          <w:b/>
          <w:color w:val="0F4761"/>
          <w:sz w:val="22"/>
          <w:rtl w:val="1"/>
        </w:rPr>
        <w:t xml:space="preserve"> </w:t>
      </w:r>
      <w:r>
        <w:rPr>
          <w:rFonts w:ascii="Arial" w:hAnsi="Arial" w:cs="Arial"/>
          <w:b/>
          <w:color w:val="0F4761"/>
          <w:sz w:val="22"/>
          <w:rtl w:val="1"/>
        </w:rPr>
        <w:t>النظامية</w:t>
      </w:r>
    </w:p>
    <w:p w14:paraId="0CC2CA3C" w14:textId="77777777" w:rsidR="009E64B1" w:rsidRDefault="009E64B1" w:rsidP="001F0C09">
      <w:pPr>
        <w:spacing w:before="0" w:after="80" w:line="269" w:lineRule="auto"/>
        <w:jc w:val="both"/>
        <w:bidi w:val="1"/>
      </w:pPr>
      <w:r>
        <w:rPr>
          <w:rFonts w:ascii="Arial" w:hAnsi="Arial" w:cs="Arial"/>
          <w:sz w:val="21"/>
          <w:rtl w:val="1"/>
        </w:rPr>
        <w:t>في</w:t>
      </w:r>
      <w:r>
        <w:rPr>
          <w:rFonts w:ascii="Arial" w:hAnsi="Arial" w:cs="Arial"/>
          <w:sz w:val="21"/>
          <w:rtl w:val="1"/>
        </w:rPr>
        <w:t xml:space="preserve"> </w:t>
      </w:r>
      <w:r>
        <w:rPr>
          <w:rFonts w:ascii="Arial" w:hAnsi="Arial" w:cs="Arial"/>
          <w:sz w:val="21"/>
          <w:rtl w:val="1"/>
        </w:rPr>
        <w:t>كل</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لم</w:t>
      </w:r>
      <w:r>
        <w:rPr>
          <w:rFonts w:ascii="Arial" w:hAnsi="Arial" w:cs="Arial"/>
          <w:sz w:val="21"/>
          <w:rtl w:val="1"/>
        </w:rPr>
        <w:t xml:space="preserve"> </w:t>
      </w:r>
      <w:r>
        <w:rPr>
          <w:rFonts w:ascii="Arial" w:hAnsi="Arial" w:cs="Arial"/>
          <w:sz w:val="21"/>
          <w:rtl w:val="1"/>
        </w:rPr>
        <w:t>يرد</w:t>
      </w:r>
      <w:r>
        <w:rPr>
          <w:rFonts w:ascii="Arial" w:hAnsi="Arial" w:cs="Arial"/>
          <w:sz w:val="21"/>
          <w:rtl w:val="1"/>
        </w:rPr>
        <w:t xml:space="preserve"> </w:t>
      </w:r>
      <w:r>
        <w:rPr>
          <w:rFonts w:ascii="Arial" w:hAnsi="Arial" w:cs="Arial"/>
          <w:sz w:val="21"/>
          <w:rtl w:val="1"/>
        </w:rPr>
        <w:t>به</w:t>
      </w:r>
      <w:r>
        <w:rPr>
          <w:rFonts w:ascii="Arial" w:hAnsi="Arial" w:cs="Arial"/>
          <w:sz w:val="21"/>
          <w:rtl w:val="1"/>
        </w:rPr>
        <w:t xml:space="preserve"> </w:t>
      </w:r>
      <w:r>
        <w:rPr>
          <w:rFonts w:ascii="Arial" w:hAnsi="Arial" w:cs="Arial"/>
          <w:sz w:val="21"/>
          <w:rtl w:val="1"/>
        </w:rPr>
        <w:t>نص</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هذا</w:t>
      </w:r>
      <w:r>
        <w:rPr>
          <w:rFonts w:ascii="Arial" w:hAnsi="Arial" w:cs="Arial"/>
          <w:sz w:val="21"/>
          <w:rtl w:val="1"/>
        </w:rPr>
        <w:t xml:space="preserve"> </w:t>
      </w:r>
      <w:r>
        <w:rPr>
          <w:rFonts w:ascii="Arial" w:hAnsi="Arial" w:cs="Arial"/>
          <w:sz w:val="21"/>
          <w:rtl w:val="1"/>
        </w:rPr>
        <w:t>الباب</w:t>
      </w:r>
      <w:r>
        <w:rPr>
          <w:rFonts w:ascii="Arial" w:hAnsi="Arial" w:cs="Arial"/>
          <w:sz w:val="21"/>
          <w:rtl w:val="1"/>
        </w:rPr>
        <w:t xml:space="preserve"> </w:t>
      </w:r>
      <w:r>
        <w:rPr>
          <w:rFonts w:ascii="Arial" w:hAnsi="Arial" w:cs="Arial"/>
          <w:sz w:val="21"/>
          <w:rtl w:val="1"/>
        </w:rPr>
        <w:t>يطبق</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والأنظمة</w:t>
      </w:r>
      <w:r>
        <w:rPr>
          <w:rFonts w:ascii="Arial" w:hAnsi="Arial" w:cs="Arial"/>
          <w:sz w:val="21"/>
          <w:rtl w:val="1"/>
        </w:rPr>
        <w:t xml:space="preserve"> </w:t>
      </w:r>
      <w:r>
        <w:rPr>
          <w:rFonts w:ascii="Arial" w:hAnsi="Arial" w:cs="Arial"/>
          <w:sz w:val="21"/>
          <w:rtl w:val="1"/>
        </w:rPr>
        <w:t>السارية</w:t>
      </w:r>
      <w:r>
        <w:rPr>
          <w:rFonts w:ascii="Arial" w:hAnsi="Arial" w:cs="Arial"/>
          <w:sz w:val="21"/>
          <w:rtl w:val="1"/>
        </w:rPr>
        <w:t>.</w:t>
      </w:r>
    </w:p>
    <w:p w14:paraId="27D528DB" w14:textId="77777777" w:rsidR="009E64B1" w:rsidRPr="001F0C09" w:rsidRDefault="009E64B1" w:rsidP="001F0C09">
      <w:pPr>
        <w:spacing w:before="160" w:after="120" w:line="269" w:lineRule="auto"/>
        <w:jc w:val="right"/>
        <w:rPr>
          <w:rFonts w:ascii="Arial" w:hAnsi="Arial" w:cs="Arial"/>
          <w:b/>
          <w:bCs/>
          <w:color w:val="002060"/>
          <w:sz w:val="36"/>
          <w:szCs w:val="28"/>
        </w:rPr>
        <w:bidi w:val="1"/>
        <w:pStyle w:val="Heading1"/>
        <w:keepNext w:val="1"/>
        <w:keepLines w:val="1"/>
        <w:pageBreakBefore w:val="1"/>
      </w:pPr>
      <w:r w:rsidRPr="001F0C09">
        <w:rPr>
          <w:rFonts w:ascii="Arial" w:hAnsi="Arial" w:cs="Arial"/>
          <w:b/>
          <w:bCs/>
          <w:color w:val="0F4761"/>
          <w:sz w:val="30"/>
          <w:szCs w:val="28"/>
          <w:rtl w:val="1"/>
        </w:rPr>
        <w:t>الباب</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العاشر</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الأحكام</w:t>
      </w:r>
      <w:r w:rsidRPr="001F0C09">
        <w:rPr>
          <w:rFonts w:ascii="Arial" w:hAnsi="Arial" w:cs="Arial"/>
          <w:b/>
          <w:bCs/>
          <w:color w:val="0F4761"/>
          <w:sz w:val="30"/>
          <w:szCs w:val="28"/>
          <w:rtl w:val="1"/>
        </w:rPr>
        <w:t xml:space="preserve"> </w:t>
      </w:r>
      <w:r w:rsidRPr="001F0C09">
        <w:rPr>
          <w:rFonts w:ascii="Arial" w:hAnsi="Arial" w:cs="Arial"/>
          <w:b/>
          <w:bCs/>
          <w:color w:val="0F4761"/>
          <w:sz w:val="30"/>
          <w:szCs w:val="28"/>
          <w:rtl w:val="1"/>
        </w:rPr>
        <w:t>الختامية</w:t>
      </w:r>
    </w:p>
    <w:p w14:paraId="378D10DB"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(94): </w:t>
      </w:r>
      <w:r>
        <w:rPr>
          <w:rFonts w:ascii="Arial" w:hAnsi="Arial" w:cs="Arial"/>
          <w:b/>
          <w:color w:val="0F4761"/>
          <w:sz w:val="22"/>
          <w:rtl w:val="1"/>
        </w:rPr>
        <w:t>تفسير</w:t>
      </w:r>
      <w:r>
        <w:rPr>
          <w:rFonts w:ascii="Arial" w:hAnsi="Arial" w:cs="Arial"/>
          <w:b/>
          <w:color w:val="0F4761"/>
          <w:sz w:val="22"/>
          <w:rtl w:val="1"/>
        </w:rPr>
        <w:t xml:space="preserve"> </w:t>
      </w:r>
      <w:r>
        <w:rPr>
          <w:rFonts w:ascii="Arial" w:hAnsi="Arial" w:cs="Arial"/>
          <w:b/>
          <w:color w:val="0F4761"/>
          <w:sz w:val="22"/>
          <w:rtl w:val="1"/>
        </w:rPr>
        <w:t>اللائحة</w:t>
      </w:r>
    </w:p>
    <w:p w14:paraId="39CC7D59" w14:textId="77777777" w:rsidR="009E64B1" w:rsidRDefault="009E64B1" w:rsidP="001F0C09">
      <w:pPr>
        <w:spacing w:before="0" w:after="80" w:line="269" w:lineRule="auto"/>
        <w:jc w:val="both"/>
        <w:bidi w:val="1"/>
      </w:pPr>
      <w:r>
        <w:rPr>
          <w:rFonts w:ascii="Arial" w:hAnsi="Arial" w:cs="Arial"/>
          <w:sz w:val="21"/>
          <w:rtl w:val="1"/>
        </w:rPr>
        <w:t>يفسر</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يرد</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يتوافق</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الأنظمة</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السارية</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المملكة</w:t>
      </w:r>
      <w:r>
        <w:rPr>
          <w:rFonts w:ascii="Arial" w:hAnsi="Arial" w:cs="Arial"/>
          <w:sz w:val="21"/>
          <w:rtl w:val="1"/>
        </w:rPr>
        <w:t xml:space="preserve"> </w:t>
      </w:r>
      <w:r>
        <w:rPr>
          <w:rFonts w:ascii="Arial" w:hAnsi="Arial" w:cs="Arial"/>
          <w:sz w:val="21"/>
          <w:rtl w:val="1"/>
        </w:rPr>
        <w:t>العربية</w:t>
      </w:r>
      <w:r>
        <w:rPr>
          <w:rFonts w:ascii="Arial" w:hAnsi="Arial" w:cs="Arial"/>
          <w:sz w:val="21"/>
          <w:rtl w:val="1"/>
        </w:rPr>
        <w:t xml:space="preserve"> </w:t>
      </w:r>
      <w:r>
        <w:rPr>
          <w:rFonts w:ascii="Arial" w:hAnsi="Arial" w:cs="Arial"/>
          <w:sz w:val="21"/>
          <w:rtl w:val="1"/>
        </w:rPr>
        <w:t>السعودية</w:t>
      </w:r>
      <w:r>
        <w:rPr>
          <w:rFonts w:ascii="Arial" w:hAnsi="Arial" w:cs="Arial"/>
          <w:sz w:val="21"/>
          <w:rtl w:val="1"/>
        </w:rPr>
        <w:t>.</w:t>
      </w:r>
    </w:p>
    <w:p w14:paraId="74F1865C"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(95): </w:t>
      </w:r>
      <w:r>
        <w:rPr>
          <w:rFonts w:ascii="Arial" w:hAnsi="Arial" w:cs="Arial"/>
          <w:b/>
          <w:color w:val="0F4761"/>
          <w:sz w:val="22"/>
          <w:rtl w:val="1"/>
        </w:rPr>
        <w:t>صلاحية</w:t>
      </w:r>
      <w:r>
        <w:rPr>
          <w:rFonts w:ascii="Arial" w:hAnsi="Arial" w:cs="Arial"/>
          <w:b/>
          <w:color w:val="0F4761"/>
          <w:sz w:val="22"/>
          <w:rtl w:val="1"/>
        </w:rPr>
        <w:t xml:space="preserve"> </w:t>
      </w:r>
      <w:r>
        <w:rPr>
          <w:rFonts w:ascii="Arial" w:hAnsi="Arial" w:cs="Arial"/>
          <w:b/>
          <w:color w:val="0F4761"/>
          <w:sz w:val="22"/>
          <w:rtl w:val="1"/>
        </w:rPr>
        <w:t>التعديل</w:t>
      </w:r>
    </w:p>
    <w:p w14:paraId="70BC7F1D" w14:textId="77777777" w:rsidR="009E64B1" w:rsidRDefault="009E64B1" w:rsidP="001F0C09">
      <w:pPr>
        <w:spacing w:before="0" w:after="80" w:line="269" w:lineRule="auto"/>
        <w:jc w:val="both"/>
        <w:bidi w:val="1"/>
      </w:pPr>
      <w:r>
        <w:rPr>
          <w:rFonts w:ascii="Arial" w:hAnsi="Arial" w:cs="Arial"/>
          <w:sz w:val="21"/>
          <w:rtl w:val="1"/>
        </w:rPr>
        <w:t>يختص</w:t>
      </w:r>
      <w:r>
        <w:rPr>
          <w:rFonts w:ascii="Arial" w:hAnsi="Arial" w:cs="Arial"/>
          <w:sz w:val="21"/>
          <w:rtl w:val="1"/>
        </w:rPr>
        <w:t xml:space="preserve"> </w:t>
      </w:r>
      <w:r>
        <w:rPr>
          <w:rFonts w:ascii="Arial" w:hAnsi="Arial" w:cs="Arial"/>
          <w:sz w:val="21"/>
          <w:rtl w:val="1"/>
        </w:rPr>
        <w:t>مجلس</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 xml:space="preserve"> </w:t>
      </w:r>
      <w:r>
        <w:rPr>
          <w:rFonts w:ascii="Arial" w:hAnsi="Arial" w:cs="Arial"/>
          <w:sz w:val="21"/>
          <w:rtl w:val="1"/>
        </w:rPr>
        <w:t>باعتماد</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وإجراء</w:t>
      </w:r>
      <w:r>
        <w:rPr>
          <w:rFonts w:ascii="Arial" w:hAnsi="Arial" w:cs="Arial"/>
          <w:sz w:val="21"/>
          <w:rtl w:val="1"/>
        </w:rPr>
        <w:t xml:space="preserve"> </w:t>
      </w:r>
      <w:r>
        <w:rPr>
          <w:rFonts w:ascii="Arial" w:hAnsi="Arial" w:cs="Arial"/>
          <w:sz w:val="21"/>
          <w:rtl w:val="1"/>
        </w:rPr>
        <w:t>أي</w:t>
      </w:r>
      <w:r>
        <w:rPr>
          <w:rFonts w:ascii="Arial" w:hAnsi="Arial" w:cs="Arial"/>
          <w:sz w:val="21"/>
          <w:rtl w:val="1"/>
        </w:rPr>
        <w:t xml:space="preserve"> </w:t>
      </w:r>
      <w:r>
        <w:rPr>
          <w:rFonts w:ascii="Arial" w:hAnsi="Arial" w:cs="Arial"/>
          <w:sz w:val="21"/>
          <w:rtl w:val="1"/>
        </w:rPr>
        <w:t>تعديل</w:t>
      </w:r>
      <w:r>
        <w:rPr>
          <w:rFonts w:ascii="Arial" w:hAnsi="Arial" w:cs="Arial"/>
          <w:sz w:val="21"/>
          <w:rtl w:val="1"/>
        </w:rPr>
        <w:t xml:space="preserve"> </w:t>
      </w:r>
      <w:r>
        <w:rPr>
          <w:rFonts w:ascii="Arial" w:hAnsi="Arial" w:cs="Arial"/>
          <w:sz w:val="21"/>
          <w:rtl w:val="1"/>
        </w:rPr>
        <w:t>عليها،</w:t>
      </w:r>
      <w:r>
        <w:rPr>
          <w:rFonts w:ascii="Arial" w:hAnsi="Arial" w:cs="Arial"/>
          <w:sz w:val="21"/>
          <w:rtl w:val="1"/>
        </w:rPr>
        <w:t xml:space="preserve"> </w:t>
      </w:r>
      <w:r>
        <w:rPr>
          <w:rFonts w:ascii="Arial" w:hAnsi="Arial" w:cs="Arial"/>
          <w:sz w:val="21"/>
          <w:rtl w:val="1"/>
        </w:rPr>
        <w:t>ويعمل</w:t>
      </w:r>
      <w:r>
        <w:rPr>
          <w:rFonts w:ascii="Arial" w:hAnsi="Arial" w:cs="Arial"/>
          <w:sz w:val="21"/>
          <w:rtl w:val="1"/>
        </w:rPr>
        <w:t xml:space="preserve"> </w:t>
      </w:r>
      <w:r>
        <w:rPr>
          <w:rFonts w:ascii="Arial" w:hAnsi="Arial" w:cs="Arial"/>
          <w:sz w:val="21"/>
          <w:rtl w:val="1"/>
        </w:rPr>
        <w:t>بالتعديل</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تاريخ</w:t>
      </w:r>
      <w:r>
        <w:rPr>
          <w:rFonts w:ascii="Arial" w:hAnsi="Arial" w:cs="Arial"/>
          <w:sz w:val="21"/>
          <w:rtl w:val="1"/>
        </w:rPr>
        <w:t xml:space="preserve"> </w:t>
      </w:r>
      <w:r>
        <w:rPr>
          <w:rFonts w:ascii="Arial" w:hAnsi="Arial" w:cs="Arial"/>
          <w:sz w:val="21"/>
          <w:rtl w:val="1"/>
        </w:rPr>
        <w:t>اعتماده</w:t>
      </w:r>
      <w:r>
        <w:rPr>
          <w:rFonts w:ascii="Arial" w:hAnsi="Arial" w:cs="Arial"/>
          <w:sz w:val="21"/>
          <w:rtl w:val="1"/>
        </w:rPr>
        <w:t xml:space="preserve"> </w:t>
      </w:r>
      <w:r>
        <w:rPr>
          <w:rFonts w:ascii="Arial" w:hAnsi="Arial" w:cs="Arial"/>
          <w:sz w:val="21"/>
          <w:rtl w:val="1"/>
        </w:rPr>
        <w:t>ما</w:t>
      </w:r>
      <w:r>
        <w:rPr>
          <w:rFonts w:ascii="Arial" w:hAnsi="Arial" w:cs="Arial"/>
          <w:sz w:val="21"/>
          <w:rtl w:val="1"/>
        </w:rPr>
        <w:t xml:space="preserve"> </w:t>
      </w:r>
      <w:r>
        <w:rPr>
          <w:rFonts w:ascii="Arial" w:hAnsi="Arial" w:cs="Arial"/>
          <w:sz w:val="21"/>
          <w:rtl w:val="1"/>
        </w:rPr>
        <w:t>لم</w:t>
      </w:r>
      <w:r>
        <w:rPr>
          <w:rFonts w:ascii="Arial" w:hAnsi="Arial" w:cs="Arial"/>
          <w:sz w:val="21"/>
          <w:rtl w:val="1"/>
        </w:rPr>
        <w:t xml:space="preserve"> </w:t>
      </w:r>
      <w:r>
        <w:rPr>
          <w:rFonts w:ascii="Arial" w:hAnsi="Arial" w:cs="Arial"/>
          <w:sz w:val="21"/>
          <w:rtl w:val="1"/>
        </w:rPr>
        <w:t>ينص</w:t>
      </w:r>
      <w:r>
        <w:rPr>
          <w:rFonts w:ascii="Arial" w:hAnsi="Arial" w:cs="Arial"/>
          <w:sz w:val="21"/>
          <w:rtl w:val="1"/>
        </w:rPr>
        <w:t xml:space="preserve"> </w:t>
      </w:r>
      <w:r>
        <w:rPr>
          <w:rFonts w:ascii="Arial" w:hAnsi="Arial" w:cs="Arial"/>
          <w:sz w:val="21"/>
          <w:rtl w:val="1"/>
        </w:rPr>
        <w:t>على</w:t>
      </w:r>
      <w:r>
        <w:rPr>
          <w:rFonts w:ascii="Arial" w:hAnsi="Arial" w:cs="Arial"/>
          <w:sz w:val="21"/>
          <w:rtl w:val="1"/>
        </w:rPr>
        <w:t xml:space="preserve"> </w:t>
      </w:r>
      <w:r>
        <w:rPr>
          <w:rFonts w:ascii="Arial" w:hAnsi="Arial" w:cs="Arial"/>
          <w:sz w:val="21"/>
          <w:rtl w:val="1"/>
        </w:rPr>
        <w:t>خلاف</w:t>
      </w:r>
      <w:r>
        <w:rPr>
          <w:rFonts w:ascii="Arial" w:hAnsi="Arial" w:cs="Arial"/>
          <w:sz w:val="21"/>
          <w:rtl w:val="1"/>
        </w:rPr>
        <w:t xml:space="preserve"> </w:t>
      </w:r>
      <w:r>
        <w:rPr>
          <w:rFonts w:ascii="Arial" w:hAnsi="Arial" w:cs="Arial"/>
          <w:sz w:val="21"/>
          <w:rtl w:val="1"/>
        </w:rPr>
        <w:t>ذلك</w:t>
      </w:r>
      <w:r>
        <w:rPr>
          <w:rFonts w:ascii="Arial" w:hAnsi="Arial" w:cs="Arial"/>
          <w:sz w:val="21"/>
          <w:rtl w:val="1"/>
        </w:rPr>
        <w:t>.</w:t>
      </w:r>
    </w:p>
    <w:p w14:paraId="0A6579F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(96): </w:t>
      </w:r>
      <w:r>
        <w:rPr>
          <w:rFonts w:ascii="Arial" w:hAnsi="Arial" w:cs="Arial"/>
          <w:b/>
          <w:color w:val="0F4761"/>
          <w:sz w:val="22"/>
          <w:rtl w:val="1"/>
        </w:rPr>
        <w:t>التعليمات</w:t>
      </w:r>
      <w:r>
        <w:rPr>
          <w:rFonts w:ascii="Arial" w:hAnsi="Arial" w:cs="Arial"/>
          <w:b/>
          <w:color w:val="0F4761"/>
          <w:sz w:val="22"/>
          <w:rtl w:val="1"/>
        </w:rPr>
        <w:t xml:space="preserve"> </w:t>
      </w:r>
      <w:r>
        <w:rPr>
          <w:rFonts w:ascii="Arial" w:hAnsi="Arial" w:cs="Arial"/>
          <w:b/>
          <w:color w:val="0F4761"/>
          <w:sz w:val="22"/>
          <w:rtl w:val="1"/>
        </w:rPr>
        <w:t>التنفيذية</w:t>
      </w:r>
    </w:p>
    <w:p w14:paraId="7203D682" w14:textId="77777777" w:rsidR="009E64B1" w:rsidRDefault="009E64B1" w:rsidP="001F0C09">
      <w:pPr>
        <w:spacing w:before="0" w:after="80" w:line="269" w:lineRule="auto"/>
        <w:jc w:val="both"/>
        <w:bidi w:val="1"/>
      </w:pPr>
      <w:r>
        <w:rPr>
          <w:rFonts w:ascii="Arial" w:hAnsi="Arial" w:cs="Arial"/>
          <w:sz w:val="21"/>
          <w:rtl w:val="1"/>
        </w:rPr>
        <w:t>يجوز</w:t>
      </w:r>
      <w:r>
        <w:rPr>
          <w:rFonts w:ascii="Arial" w:hAnsi="Arial" w:cs="Arial"/>
          <w:sz w:val="21"/>
          <w:rtl w:val="1"/>
        </w:rPr>
        <w:t xml:space="preserve"> </w:t>
      </w:r>
      <w:r>
        <w:rPr>
          <w:rFonts w:ascii="Arial" w:hAnsi="Arial" w:cs="Arial"/>
          <w:sz w:val="21"/>
          <w:rtl w:val="1"/>
        </w:rPr>
        <w:t>إصدار</w:t>
      </w:r>
      <w:r>
        <w:rPr>
          <w:rFonts w:ascii="Arial" w:hAnsi="Arial" w:cs="Arial"/>
          <w:sz w:val="21"/>
          <w:rtl w:val="1"/>
        </w:rPr>
        <w:t xml:space="preserve"> </w:t>
      </w:r>
      <w:r>
        <w:rPr>
          <w:rFonts w:ascii="Arial" w:hAnsi="Arial" w:cs="Arial"/>
          <w:sz w:val="21"/>
          <w:rtl w:val="1"/>
        </w:rPr>
        <w:t>تعليمات</w:t>
      </w:r>
      <w:r>
        <w:rPr>
          <w:rFonts w:ascii="Arial" w:hAnsi="Arial" w:cs="Arial"/>
          <w:sz w:val="21"/>
          <w:rtl w:val="1"/>
        </w:rPr>
        <w:t xml:space="preserve"> </w:t>
      </w:r>
      <w:r>
        <w:rPr>
          <w:rFonts w:ascii="Arial" w:hAnsi="Arial" w:cs="Arial"/>
          <w:sz w:val="21"/>
          <w:rtl w:val="1"/>
        </w:rPr>
        <w:t>وإجراءات</w:t>
      </w:r>
      <w:r>
        <w:rPr>
          <w:rFonts w:ascii="Arial" w:hAnsi="Arial" w:cs="Arial"/>
          <w:sz w:val="21"/>
          <w:rtl w:val="1"/>
        </w:rPr>
        <w:t xml:space="preserve"> </w:t>
      </w:r>
      <w:r>
        <w:rPr>
          <w:rFonts w:ascii="Arial" w:hAnsi="Arial" w:cs="Arial"/>
          <w:sz w:val="21"/>
          <w:rtl w:val="1"/>
        </w:rPr>
        <w:t>تنفيذية</w:t>
      </w:r>
      <w:r>
        <w:rPr>
          <w:rFonts w:ascii="Arial" w:hAnsi="Arial" w:cs="Arial"/>
          <w:sz w:val="21"/>
          <w:rtl w:val="1"/>
        </w:rPr>
        <w:t xml:space="preserve"> </w:t>
      </w:r>
      <w:r>
        <w:rPr>
          <w:rFonts w:ascii="Arial" w:hAnsi="Arial" w:cs="Arial"/>
          <w:sz w:val="21"/>
          <w:rtl w:val="1"/>
        </w:rPr>
        <w:t>لتطبيق</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بما</w:t>
      </w:r>
      <w:r>
        <w:rPr>
          <w:rFonts w:ascii="Arial" w:hAnsi="Arial" w:cs="Arial"/>
          <w:sz w:val="21"/>
          <w:rtl w:val="1"/>
        </w:rPr>
        <w:t xml:space="preserve"> </w:t>
      </w:r>
      <w:r>
        <w:rPr>
          <w:rFonts w:ascii="Arial" w:hAnsi="Arial" w:cs="Arial"/>
          <w:sz w:val="21"/>
          <w:rtl w:val="1"/>
        </w:rPr>
        <w:t>لا</w:t>
      </w:r>
      <w:r>
        <w:rPr>
          <w:rFonts w:ascii="Arial" w:hAnsi="Arial" w:cs="Arial"/>
          <w:sz w:val="21"/>
          <w:rtl w:val="1"/>
        </w:rPr>
        <w:t xml:space="preserve"> </w:t>
      </w:r>
      <w:r>
        <w:rPr>
          <w:rFonts w:ascii="Arial" w:hAnsi="Arial" w:cs="Arial"/>
          <w:sz w:val="21"/>
          <w:rtl w:val="1"/>
        </w:rPr>
        <w:t>يتعارض</w:t>
      </w:r>
      <w:r>
        <w:rPr>
          <w:rFonts w:ascii="Arial" w:hAnsi="Arial" w:cs="Arial"/>
          <w:sz w:val="21"/>
          <w:rtl w:val="1"/>
        </w:rPr>
        <w:t xml:space="preserve"> </w:t>
      </w:r>
      <w:r>
        <w:rPr>
          <w:rFonts w:ascii="Arial" w:hAnsi="Arial" w:cs="Arial"/>
          <w:sz w:val="21"/>
          <w:rtl w:val="1"/>
        </w:rPr>
        <w:t>معها</w:t>
      </w:r>
      <w:r>
        <w:rPr>
          <w:rFonts w:ascii="Arial" w:hAnsi="Arial" w:cs="Arial"/>
          <w:sz w:val="21"/>
          <w:rtl w:val="1"/>
        </w:rPr>
        <w:t>.</w:t>
      </w:r>
    </w:p>
    <w:p w14:paraId="18492FC4"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(97): </w:t>
      </w:r>
      <w:r>
        <w:rPr>
          <w:rFonts w:ascii="Arial" w:hAnsi="Arial" w:cs="Arial"/>
          <w:b/>
          <w:color w:val="0F4761"/>
          <w:sz w:val="22"/>
          <w:rtl w:val="1"/>
        </w:rPr>
        <w:t>حالات</w:t>
      </w:r>
      <w:r>
        <w:rPr>
          <w:rFonts w:ascii="Arial" w:hAnsi="Arial" w:cs="Arial"/>
          <w:b/>
          <w:color w:val="0F4761"/>
          <w:sz w:val="22"/>
          <w:rtl w:val="1"/>
        </w:rPr>
        <w:t xml:space="preserve"> </w:t>
      </w:r>
      <w:r>
        <w:rPr>
          <w:rFonts w:ascii="Arial" w:hAnsi="Arial" w:cs="Arial"/>
          <w:b/>
          <w:color w:val="0F4761"/>
          <w:sz w:val="22"/>
          <w:rtl w:val="1"/>
        </w:rPr>
        <w:t>عدم</w:t>
      </w:r>
      <w:r>
        <w:rPr>
          <w:rFonts w:ascii="Arial" w:hAnsi="Arial" w:cs="Arial"/>
          <w:b/>
          <w:color w:val="0F4761"/>
          <w:sz w:val="22"/>
          <w:rtl w:val="1"/>
        </w:rPr>
        <w:t xml:space="preserve"> </w:t>
      </w:r>
      <w:r>
        <w:rPr>
          <w:rFonts w:ascii="Arial" w:hAnsi="Arial" w:cs="Arial"/>
          <w:b/>
          <w:color w:val="0F4761"/>
          <w:sz w:val="22"/>
          <w:rtl w:val="1"/>
        </w:rPr>
        <w:t>النص</w:t>
      </w:r>
    </w:p>
    <w:p w14:paraId="4ABA3351" w14:textId="77777777" w:rsidR="009E64B1" w:rsidRDefault="009E64B1" w:rsidP="001F0C09">
      <w:pPr>
        <w:spacing w:before="0" w:after="80" w:line="269" w:lineRule="auto"/>
        <w:jc w:val="both"/>
        <w:bidi w:val="1"/>
      </w:pPr>
      <w:r>
        <w:rPr>
          <w:rFonts w:ascii="Arial" w:hAnsi="Arial" w:cs="Arial"/>
          <w:sz w:val="21"/>
          <w:rtl w:val="1"/>
        </w:rPr>
        <w:t>فيما</w:t>
      </w:r>
      <w:r>
        <w:rPr>
          <w:rFonts w:ascii="Arial" w:hAnsi="Arial" w:cs="Arial"/>
          <w:sz w:val="21"/>
          <w:rtl w:val="1"/>
        </w:rPr>
        <w:t xml:space="preserve"> </w:t>
      </w:r>
      <w:r>
        <w:rPr>
          <w:rFonts w:ascii="Arial" w:hAnsi="Arial" w:cs="Arial"/>
          <w:sz w:val="21"/>
          <w:rtl w:val="1"/>
        </w:rPr>
        <w:t>لم</w:t>
      </w:r>
      <w:r>
        <w:rPr>
          <w:rFonts w:ascii="Arial" w:hAnsi="Arial" w:cs="Arial"/>
          <w:sz w:val="21"/>
          <w:rtl w:val="1"/>
        </w:rPr>
        <w:t xml:space="preserve"> </w:t>
      </w:r>
      <w:r>
        <w:rPr>
          <w:rFonts w:ascii="Arial" w:hAnsi="Arial" w:cs="Arial"/>
          <w:sz w:val="21"/>
          <w:rtl w:val="1"/>
        </w:rPr>
        <w:t>يرد</w:t>
      </w:r>
      <w:r>
        <w:rPr>
          <w:rFonts w:ascii="Arial" w:hAnsi="Arial" w:cs="Arial"/>
          <w:sz w:val="21"/>
          <w:rtl w:val="1"/>
        </w:rPr>
        <w:t xml:space="preserve"> </w:t>
      </w:r>
      <w:r>
        <w:rPr>
          <w:rFonts w:ascii="Arial" w:hAnsi="Arial" w:cs="Arial"/>
          <w:sz w:val="21"/>
          <w:rtl w:val="1"/>
        </w:rPr>
        <w:t>به</w:t>
      </w:r>
      <w:r>
        <w:rPr>
          <w:rFonts w:ascii="Arial" w:hAnsi="Arial" w:cs="Arial"/>
          <w:sz w:val="21"/>
          <w:rtl w:val="1"/>
        </w:rPr>
        <w:t xml:space="preserve"> </w:t>
      </w:r>
      <w:r>
        <w:rPr>
          <w:rFonts w:ascii="Arial" w:hAnsi="Arial" w:cs="Arial"/>
          <w:sz w:val="21"/>
          <w:rtl w:val="1"/>
        </w:rPr>
        <w:t>نص</w:t>
      </w:r>
      <w:r>
        <w:rPr>
          <w:rFonts w:ascii="Arial" w:hAnsi="Arial" w:cs="Arial"/>
          <w:sz w:val="21"/>
          <w:rtl w:val="1"/>
        </w:rPr>
        <w:t xml:space="preserve"> </w:t>
      </w:r>
      <w:r>
        <w:rPr>
          <w:rFonts w:ascii="Arial" w:hAnsi="Arial" w:cs="Arial"/>
          <w:sz w:val="21"/>
          <w:rtl w:val="1"/>
        </w:rPr>
        <w:t>في</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يطبق</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والأنظمة</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ذات</w:t>
      </w:r>
      <w:r>
        <w:rPr>
          <w:rFonts w:ascii="Arial" w:hAnsi="Arial" w:cs="Arial"/>
          <w:sz w:val="21"/>
          <w:rtl w:val="1"/>
        </w:rPr>
        <w:t xml:space="preserve"> </w:t>
      </w:r>
      <w:r>
        <w:rPr>
          <w:rFonts w:ascii="Arial" w:hAnsi="Arial" w:cs="Arial"/>
          <w:sz w:val="21"/>
          <w:rtl w:val="1"/>
        </w:rPr>
        <w:t>العلاقة</w:t>
      </w:r>
      <w:r>
        <w:rPr>
          <w:rFonts w:ascii="Arial" w:hAnsi="Arial" w:cs="Arial"/>
          <w:sz w:val="21"/>
          <w:rtl w:val="1"/>
        </w:rPr>
        <w:t>.</w:t>
      </w:r>
    </w:p>
    <w:p w14:paraId="644F7E58"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(98): </w:t>
      </w:r>
      <w:r>
        <w:rPr>
          <w:rFonts w:ascii="Arial" w:hAnsi="Arial" w:cs="Arial"/>
          <w:b/>
          <w:color w:val="0F4761"/>
          <w:sz w:val="22"/>
          <w:rtl w:val="1"/>
        </w:rPr>
        <w:t>إلغاء</w:t>
      </w:r>
      <w:r>
        <w:rPr>
          <w:rFonts w:ascii="Arial" w:hAnsi="Arial" w:cs="Arial"/>
          <w:b/>
          <w:color w:val="0F4761"/>
          <w:sz w:val="22"/>
          <w:rtl w:val="1"/>
        </w:rPr>
        <w:t xml:space="preserve"> </w:t>
      </w:r>
      <w:r>
        <w:rPr>
          <w:rFonts w:ascii="Arial" w:hAnsi="Arial" w:cs="Arial"/>
          <w:b/>
          <w:color w:val="0F4761"/>
          <w:sz w:val="22"/>
          <w:rtl w:val="1"/>
        </w:rPr>
        <w:t>الأحكام</w:t>
      </w:r>
      <w:r>
        <w:rPr>
          <w:rFonts w:ascii="Arial" w:hAnsi="Arial" w:cs="Arial"/>
          <w:b/>
          <w:color w:val="0F4761"/>
          <w:sz w:val="22"/>
          <w:rtl w:val="1"/>
        </w:rPr>
        <w:t xml:space="preserve"> </w:t>
      </w:r>
      <w:r>
        <w:rPr>
          <w:rFonts w:ascii="Arial" w:hAnsi="Arial" w:cs="Arial"/>
          <w:b/>
          <w:color w:val="0F4761"/>
          <w:sz w:val="22"/>
          <w:rtl w:val="1"/>
        </w:rPr>
        <w:t>السابقة</w:t>
      </w:r>
    </w:p>
    <w:p w14:paraId="58AEE097" w14:textId="77777777" w:rsidR="009E64B1" w:rsidRDefault="009E64B1" w:rsidP="001F0C09">
      <w:pPr>
        <w:spacing w:before="0" w:after="80" w:line="269" w:lineRule="auto"/>
        <w:jc w:val="both"/>
        <w:bidi w:val="1"/>
      </w:pPr>
      <w:r>
        <w:rPr>
          <w:rFonts w:ascii="Arial" w:hAnsi="Arial" w:cs="Arial"/>
          <w:sz w:val="21"/>
          <w:rtl w:val="1"/>
        </w:rPr>
        <w:t>تلغى</w:t>
      </w:r>
      <w:r>
        <w:rPr>
          <w:rFonts w:ascii="Arial" w:hAnsi="Arial" w:cs="Arial"/>
          <w:sz w:val="21"/>
          <w:rtl w:val="1"/>
        </w:rPr>
        <w:t xml:space="preserve"> </w:t>
      </w:r>
      <w:r>
        <w:rPr>
          <w:rFonts w:ascii="Arial" w:hAnsi="Arial" w:cs="Arial"/>
          <w:sz w:val="21"/>
          <w:rtl w:val="1"/>
        </w:rPr>
        <w:t>جميع</w:t>
      </w:r>
      <w:r>
        <w:rPr>
          <w:rFonts w:ascii="Arial" w:hAnsi="Arial" w:cs="Arial"/>
          <w:sz w:val="21"/>
          <w:rtl w:val="1"/>
        </w:rPr>
        <w:t xml:space="preserve"> </w:t>
      </w:r>
      <w:r>
        <w:rPr>
          <w:rFonts w:ascii="Arial" w:hAnsi="Arial" w:cs="Arial"/>
          <w:sz w:val="21"/>
          <w:rtl w:val="1"/>
        </w:rPr>
        <w:t>التعليمات</w:t>
      </w:r>
      <w:r>
        <w:rPr>
          <w:rFonts w:ascii="Arial" w:hAnsi="Arial" w:cs="Arial"/>
          <w:sz w:val="21"/>
          <w:rtl w:val="1"/>
        </w:rPr>
        <w:t xml:space="preserve"> </w:t>
      </w:r>
      <w:r>
        <w:rPr>
          <w:rFonts w:ascii="Arial" w:hAnsi="Arial" w:cs="Arial"/>
          <w:sz w:val="21"/>
          <w:rtl w:val="1"/>
        </w:rPr>
        <w:t>أو</w:t>
      </w:r>
      <w:r>
        <w:rPr>
          <w:rFonts w:ascii="Arial" w:hAnsi="Arial" w:cs="Arial"/>
          <w:sz w:val="21"/>
          <w:rtl w:val="1"/>
        </w:rPr>
        <w:t xml:space="preserve"> </w:t>
      </w:r>
      <w:r>
        <w:rPr>
          <w:rFonts w:ascii="Arial" w:hAnsi="Arial" w:cs="Arial"/>
          <w:sz w:val="21"/>
          <w:rtl w:val="1"/>
        </w:rPr>
        <w:t>القرارات</w:t>
      </w:r>
      <w:r>
        <w:rPr>
          <w:rFonts w:ascii="Arial" w:hAnsi="Arial" w:cs="Arial"/>
          <w:sz w:val="21"/>
          <w:rtl w:val="1"/>
        </w:rPr>
        <w:t xml:space="preserve"> </w:t>
      </w:r>
      <w:r>
        <w:rPr>
          <w:rFonts w:ascii="Arial" w:hAnsi="Arial" w:cs="Arial"/>
          <w:sz w:val="21"/>
          <w:rtl w:val="1"/>
        </w:rPr>
        <w:t>السابقة</w:t>
      </w:r>
      <w:r>
        <w:rPr>
          <w:rFonts w:ascii="Arial" w:hAnsi="Arial" w:cs="Arial"/>
          <w:sz w:val="21"/>
          <w:rtl w:val="1"/>
        </w:rPr>
        <w:t xml:space="preserve"> </w:t>
      </w:r>
      <w:r>
        <w:rPr>
          <w:rFonts w:ascii="Arial" w:hAnsi="Arial" w:cs="Arial"/>
          <w:sz w:val="21"/>
          <w:rtl w:val="1"/>
        </w:rPr>
        <w:t>التي</w:t>
      </w:r>
      <w:r>
        <w:rPr>
          <w:rFonts w:ascii="Arial" w:hAnsi="Arial" w:cs="Arial"/>
          <w:sz w:val="21"/>
          <w:rtl w:val="1"/>
        </w:rPr>
        <w:t xml:space="preserve"> </w:t>
      </w:r>
      <w:r>
        <w:rPr>
          <w:rFonts w:ascii="Arial" w:hAnsi="Arial" w:cs="Arial"/>
          <w:sz w:val="21"/>
          <w:rtl w:val="1"/>
        </w:rPr>
        <w:t>تتعارض</w:t>
      </w:r>
      <w:r>
        <w:rPr>
          <w:rFonts w:ascii="Arial" w:hAnsi="Arial" w:cs="Arial"/>
          <w:sz w:val="21"/>
          <w:rtl w:val="1"/>
        </w:rPr>
        <w:t xml:space="preserve"> </w:t>
      </w:r>
      <w:r>
        <w:rPr>
          <w:rFonts w:ascii="Arial" w:hAnsi="Arial" w:cs="Arial"/>
          <w:sz w:val="21"/>
          <w:rtl w:val="1"/>
        </w:rPr>
        <w:t>مع</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w:t>
      </w:r>
    </w:p>
    <w:p w14:paraId="47EAECE7"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(99): </w:t>
      </w:r>
      <w:r>
        <w:rPr>
          <w:rFonts w:ascii="Arial" w:hAnsi="Arial" w:cs="Arial"/>
          <w:b/>
          <w:color w:val="0F4761"/>
          <w:sz w:val="22"/>
          <w:rtl w:val="1"/>
        </w:rPr>
        <w:t>نفاذ</w:t>
      </w:r>
      <w:r>
        <w:rPr>
          <w:rFonts w:ascii="Arial" w:hAnsi="Arial" w:cs="Arial"/>
          <w:b/>
          <w:color w:val="0F4761"/>
          <w:sz w:val="22"/>
          <w:rtl w:val="1"/>
        </w:rPr>
        <w:t xml:space="preserve"> </w:t>
      </w:r>
      <w:r>
        <w:rPr>
          <w:rFonts w:ascii="Arial" w:hAnsi="Arial" w:cs="Arial"/>
          <w:b/>
          <w:color w:val="0F4761"/>
          <w:sz w:val="22"/>
          <w:rtl w:val="1"/>
        </w:rPr>
        <w:t>اللائحة</w:t>
      </w:r>
    </w:p>
    <w:p w14:paraId="1A8F30EA" w14:textId="77777777" w:rsidR="009E64B1" w:rsidRDefault="009E64B1" w:rsidP="001F0C09">
      <w:pPr>
        <w:spacing w:before="0" w:after="80" w:line="269" w:lineRule="auto"/>
        <w:jc w:val="both"/>
        <w:bidi w:val="1"/>
      </w:pPr>
      <w:r>
        <w:rPr>
          <w:rFonts w:ascii="Arial" w:hAnsi="Arial" w:cs="Arial"/>
          <w:sz w:val="21"/>
          <w:rtl w:val="1"/>
        </w:rPr>
        <w:t>يعمل</w:t>
      </w:r>
      <w:r>
        <w:rPr>
          <w:rFonts w:ascii="Arial" w:hAnsi="Arial" w:cs="Arial"/>
          <w:sz w:val="21"/>
          <w:rtl w:val="1"/>
        </w:rPr>
        <w:t xml:space="preserve"> </w:t>
      </w:r>
      <w:r>
        <w:rPr>
          <w:rFonts w:ascii="Arial" w:hAnsi="Arial" w:cs="Arial"/>
          <w:sz w:val="21"/>
          <w:rtl w:val="1"/>
        </w:rPr>
        <w:t>بهذه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اعتبارًا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تاريخ</w:t>
      </w:r>
      <w:r>
        <w:rPr>
          <w:rFonts w:ascii="Arial" w:hAnsi="Arial" w:cs="Arial"/>
          <w:sz w:val="21"/>
          <w:rtl w:val="1"/>
        </w:rPr>
        <w:t xml:space="preserve"> </w:t>
      </w:r>
      <w:r>
        <w:rPr>
          <w:rFonts w:ascii="Arial" w:hAnsi="Arial" w:cs="Arial"/>
          <w:sz w:val="21"/>
          <w:rtl w:val="1"/>
        </w:rPr>
        <w:t>اعتمادها</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مجلس</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w:t>
      </w:r>
    </w:p>
    <w:p w14:paraId="02543011"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(100): </w:t>
      </w:r>
      <w:r>
        <w:rPr>
          <w:rFonts w:ascii="Arial" w:hAnsi="Arial" w:cs="Arial"/>
          <w:b/>
          <w:color w:val="0F4761"/>
          <w:sz w:val="22"/>
          <w:rtl w:val="1"/>
        </w:rPr>
        <w:t>النشر</w:t>
      </w:r>
      <w:r>
        <w:rPr>
          <w:rFonts w:ascii="Arial" w:hAnsi="Arial" w:cs="Arial"/>
          <w:b/>
          <w:color w:val="0F4761"/>
          <w:sz w:val="22"/>
          <w:rtl w:val="1"/>
        </w:rPr>
        <w:br/>
      </w:r>
      <w:r>
        <w:rPr>
          <w:rFonts w:ascii="Arial" w:hAnsi="Arial" w:cs="Arial"/>
          <w:b/>
          <w:color w:val="0F4761"/>
          <w:sz w:val="22"/>
          <w:rtl w:val="1"/>
        </w:rPr>
        <w:t>تعتمد</w:t>
      </w:r>
      <w:r>
        <w:rPr>
          <w:rFonts w:ascii="Arial" w:hAnsi="Arial" w:cs="Arial"/>
          <w:b/>
          <w:color w:val="0F4761"/>
          <w:sz w:val="22"/>
          <w:rtl w:val="1"/>
        </w:rPr>
        <w:t xml:space="preserve"> </w:t>
      </w:r>
      <w:r>
        <w:rPr>
          <w:rFonts w:ascii="Arial" w:hAnsi="Arial" w:cs="Arial"/>
          <w:b/>
          <w:color w:val="0F4761"/>
          <w:sz w:val="22"/>
          <w:rtl w:val="1"/>
        </w:rPr>
        <w:t>هذه</w:t>
      </w:r>
      <w:r>
        <w:rPr>
          <w:rFonts w:ascii="Arial" w:hAnsi="Arial" w:cs="Arial"/>
          <w:b/>
          <w:color w:val="0F4761"/>
          <w:sz w:val="22"/>
          <w:rtl w:val="1"/>
        </w:rPr>
        <w:t xml:space="preserve"> </w:t>
      </w:r>
      <w:r>
        <w:rPr>
          <w:rFonts w:ascii="Arial" w:hAnsi="Arial" w:cs="Arial"/>
          <w:b/>
          <w:color w:val="0F4761"/>
          <w:sz w:val="22"/>
          <w:rtl w:val="1"/>
        </w:rPr>
        <w:t>اللائحة</w:t>
      </w:r>
      <w:r>
        <w:rPr>
          <w:rFonts w:ascii="Arial" w:hAnsi="Arial" w:cs="Arial"/>
          <w:b/>
          <w:color w:val="0F4761"/>
          <w:sz w:val="22"/>
          <w:rtl w:val="1"/>
        </w:rPr>
        <w:t xml:space="preserve"> </w:t>
      </w:r>
      <w:r>
        <w:rPr>
          <w:rFonts w:ascii="Arial" w:hAnsi="Arial" w:cs="Arial"/>
          <w:b/>
          <w:color w:val="0F4761"/>
          <w:sz w:val="22"/>
          <w:rtl w:val="1"/>
        </w:rPr>
        <w:t>بقرار</w:t>
      </w:r>
      <w:r>
        <w:rPr>
          <w:rFonts w:ascii="Arial" w:hAnsi="Arial" w:cs="Arial"/>
          <w:b/>
          <w:color w:val="0F4761"/>
          <w:sz w:val="22"/>
          <w:rtl w:val="1"/>
        </w:rPr>
        <w:t xml:space="preserve"> </w:t>
      </w:r>
      <w:r>
        <w:rPr>
          <w:rFonts w:ascii="Arial" w:hAnsi="Arial" w:cs="Arial"/>
          <w:b/>
          <w:color w:val="0F4761"/>
          <w:sz w:val="22"/>
          <w:rtl w:val="1"/>
        </w:rPr>
        <w:t>من</w:t>
      </w:r>
      <w:r>
        <w:rPr>
          <w:rFonts w:ascii="Arial" w:hAnsi="Arial" w:cs="Arial"/>
          <w:b/>
          <w:color w:val="0F4761"/>
          <w:sz w:val="22"/>
          <w:rtl w:val="1"/>
        </w:rPr>
        <w:t xml:space="preserve"> </w:t>
      </w:r>
      <w:r>
        <w:rPr>
          <w:rFonts w:ascii="Arial" w:hAnsi="Arial" w:cs="Arial"/>
          <w:b/>
          <w:color w:val="0F4761"/>
          <w:sz w:val="22"/>
          <w:rtl w:val="1"/>
        </w:rPr>
        <w:t>مجلس</w:t>
      </w:r>
      <w:r>
        <w:rPr>
          <w:rFonts w:ascii="Arial" w:hAnsi="Arial" w:cs="Arial"/>
          <w:b/>
          <w:color w:val="0F4761"/>
          <w:sz w:val="22"/>
          <w:rtl w:val="1"/>
        </w:rPr>
        <w:t xml:space="preserve"> </w:t>
      </w:r>
      <w:r>
        <w:rPr>
          <w:rFonts w:ascii="Arial" w:hAnsi="Arial" w:cs="Arial"/>
          <w:b/>
          <w:color w:val="0F4761"/>
          <w:sz w:val="22"/>
          <w:rtl w:val="1"/>
        </w:rPr>
        <w:t>إدارة</w:t>
      </w:r>
      <w:r>
        <w:rPr>
          <w:rFonts w:ascii="Arial" w:hAnsi="Arial" w:cs="Arial"/>
          <w:b/>
          <w:color w:val="0F4761"/>
          <w:sz w:val="22"/>
          <w:rtl w:val="1"/>
        </w:rPr>
        <w:t xml:space="preserve"> </w:t>
      </w:r>
      <w:r>
        <w:rPr>
          <w:rFonts w:ascii="Arial" w:hAnsi="Arial" w:cs="Arial"/>
          <w:b/>
          <w:color w:val="0F4761"/>
          <w:sz w:val="22"/>
          <w:rtl w:val="1"/>
        </w:rPr>
        <w:t>الجمعية،</w:t>
      </w:r>
      <w:r>
        <w:rPr>
          <w:rFonts w:ascii="Arial" w:hAnsi="Arial" w:cs="Arial"/>
          <w:b/>
          <w:color w:val="0F4761"/>
          <w:sz w:val="22"/>
          <w:rtl w:val="1"/>
        </w:rPr>
        <w:t xml:space="preserve"> </w:t>
      </w:r>
      <w:r>
        <w:rPr>
          <w:rFonts w:ascii="Arial" w:hAnsi="Arial" w:cs="Arial"/>
          <w:b/>
          <w:color w:val="0F4761"/>
          <w:sz w:val="22"/>
          <w:rtl w:val="1"/>
        </w:rPr>
        <w:t>وتُنشر</w:t>
      </w:r>
      <w:r>
        <w:rPr>
          <w:rFonts w:ascii="Arial" w:hAnsi="Arial" w:cs="Arial"/>
          <w:b/>
          <w:color w:val="0F4761"/>
          <w:sz w:val="22"/>
          <w:rtl w:val="1"/>
        </w:rPr>
        <w:t xml:space="preserve"> </w:t>
      </w:r>
      <w:r>
        <w:rPr>
          <w:rFonts w:ascii="Arial" w:hAnsi="Arial" w:cs="Arial"/>
          <w:b/>
          <w:color w:val="0F4761"/>
          <w:sz w:val="22"/>
          <w:rtl w:val="1"/>
        </w:rPr>
        <w:t>بالوسائل</w:t>
      </w:r>
      <w:r>
        <w:rPr>
          <w:rFonts w:ascii="Arial" w:hAnsi="Arial" w:cs="Arial"/>
          <w:b/>
          <w:color w:val="0F4761"/>
          <w:sz w:val="22"/>
          <w:rtl w:val="1"/>
        </w:rPr>
        <w:t xml:space="preserve"> </w:t>
      </w:r>
      <w:r>
        <w:rPr>
          <w:rFonts w:ascii="Arial" w:hAnsi="Arial" w:cs="Arial"/>
          <w:b/>
          <w:color w:val="0F4761"/>
          <w:sz w:val="22"/>
          <w:rtl w:val="1"/>
        </w:rPr>
        <w:t>التي</w:t>
      </w:r>
      <w:r>
        <w:rPr>
          <w:rFonts w:ascii="Arial" w:hAnsi="Arial" w:cs="Arial"/>
          <w:b/>
          <w:color w:val="0F4761"/>
          <w:sz w:val="22"/>
          <w:rtl w:val="1"/>
        </w:rPr>
        <w:t xml:space="preserve"> </w:t>
      </w:r>
      <w:r>
        <w:rPr>
          <w:rFonts w:ascii="Arial" w:hAnsi="Arial" w:cs="Arial"/>
          <w:b/>
          <w:color w:val="0F4761"/>
          <w:sz w:val="22"/>
          <w:rtl w:val="1"/>
        </w:rPr>
        <w:t>تعتمدها</w:t>
      </w:r>
      <w:r>
        <w:rPr>
          <w:rFonts w:ascii="Arial" w:hAnsi="Arial" w:cs="Arial"/>
          <w:b/>
          <w:color w:val="0F4761"/>
          <w:sz w:val="22"/>
          <w:rtl w:val="1"/>
        </w:rPr>
        <w:t xml:space="preserve"> </w:t>
      </w:r>
      <w:r>
        <w:rPr>
          <w:rFonts w:ascii="Arial" w:hAnsi="Arial" w:cs="Arial"/>
          <w:b/>
          <w:color w:val="0F4761"/>
          <w:sz w:val="22"/>
          <w:rtl w:val="1"/>
        </w:rPr>
        <w:t>الجمعية،</w:t>
      </w:r>
      <w:r>
        <w:rPr>
          <w:rFonts w:ascii="Arial" w:hAnsi="Arial" w:cs="Arial"/>
          <w:b/>
          <w:color w:val="0F4761"/>
          <w:sz w:val="22"/>
          <w:rtl w:val="1"/>
        </w:rPr>
        <w:t xml:space="preserve"> </w:t>
      </w:r>
      <w:r>
        <w:rPr>
          <w:rFonts w:ascii="Arial" w:hAnsi="Arial" w:cs="Arial"/>
          <w:b/>
          <w:color w:val="0F4761"/>
          <w:sz w:val="22"/>
          <w:rtl w:val="1"/>
        </w:rPr>
        <w:t>ويُعمل</w:t>
      </w:r>
      <w:r>
        <w:rPr>
          <w:rFonts w:ascii="Arial" w:hAnsi="Arial" w:cs="Arial"/>
          <w:b/>
          <w:color w:val="0F4761"/>
          <w:sz w:val="22"/>
          <w:rtl w:val="1"/>
        </w:rPr>
        <w:t xml:space="preserve"> </w:t>
      </w:r>
      <w:r>
        <w:rPr>
          <w:rFonts w:ascii="Arial" w:hAnsi="Arial" w:cs="Arial"/>
          <w:b/>
          <w:color w:val="0F4761"/>
          <w:sz w:val="22"/>
          <w:rtl w:val="1"/>
        </w:rPr>
        <w:t>بها</w:t>
      </w:r>
      <w:r>
        <w:rPr>
          <w:rFonts w:ascii="Arial" w:hAnsi="Arial" w:cs="Arial"/>
          <w:b/>
          <w:color w:val="0F4761"/>
          <w:sz w:val="22"/>
          <w:rtl w:val="1"/>
        </w:rPr>
        <w:t xml:space="preserve"> </w:t>
      </w:r>
      <w:r>
        <w:rPr>
          <w:rFonts w:ascii="Arial" w:hAnsi="Arial" w:cs="Arial"/>
          <w:b/>
          <w:color w:val="0F4761"/>
          <w:sz w:val="22"/>
          <w:rtl w:val="1"/>
        </w:rPr>
        <w:t>اعتبارًا</w:t>
      </w:r>
      <w:r>
        <w:rPr>
          <w:rFonts w:ascii="Arial" w:hAnsi="Arial" w:cs="Arial"/>
          <w:b/>
          <w:color w:val="0F4761"/>
          <w:sz w:val="22"/>
          <w:rtl w:val="1"/>
        </w:rPr>
        <w:t xml:space="preserve"> </w:t>
      </w:r>
      <w:r>
        <w:rPr>
          <w:rFonts w:ascii="Arial" w:hAnsi="Arial" w:cs="Arial"/>
          <w:b/>
          <w:color w:val="0F4761"/>
          <w:sz w:val="22"/>
          <w:rtl w:val="1"/>
        </w:rPr>
        <w:t>من</w:t>
      </w:r>
      <w:r>
        <w:rPr>
          <w:rFonts w:ascii="Arial" w:hAnsi="Arial" w:cs="Arial"/>
          <w:b/>
          <w:color w:val="0F4761"/>
          <w:sz w:val="22"/>
          <w:rtl w:val="1"/>
        </w:rPr>
        <w:t xml:space="preserve"> </w:t>
      </w:r>
      <w:r>
        <w:rPr>
          <w:rFonts w:ascii="Arial" w:hAnsi="Arial" w:cs="Arial"/>
          <w:b/>
          <w:color w:val="0F4761"/>
          <w:sz w:val="22"/>
          <w:rtl w:val="1"/>
        </w:rPr>
        <w:t>تاريخ</w:t>
      </w:r>
      <w:r>
        <w:rPr>
          <w:rFonts w:ascii="Arial" w:hAnsi="Arial" w:cs="Arial"/>
          <w:b/>
          <w:color w:val="0F4761"/>
          <w:sz w:val="22"/>
          <w:rtl w:val="1"/>
        </w:rPr>
        <w:t xml:space="preserve"> </w:t>
      </w:r>
      <w:r>
        <w:rPr>
          <w:rFonts w:ascii="Arial" w:hAnsi="Arial" w:cs="Arial"/>
          <w:b/>
          <w:color w:val="0F4761"/>
          <w:sz w:val="22"/>
          <w:rtl w:val="1"/>
        </w:rPr>
        <w:t>اعتمادها،</w:t>
      </w:r>
      <w:r>
        <w:rPr>
          <w:rFonts w:ascii="Arial" w:hAnsi="Arial" w:cs="Arial"/>
          <w:b/>
          <w:color w:val="0F4761"/>
          <w:sz w:val="22"/>
          <w:rtl w:val="1"/>
        </w:rPr>
        <w:t xml:space="preserve"> </w:t>
      </w:r>
      <w:r>
        <w:rPr>
          <w:rFonts w:ascii="Arial" w:hAnsi="Arial" w:cs="Arial"/>
          <w:b/>
          <w:color w:val="0F4761"/>
          <w:sz w:val="22"/>
          <w:rtl w:val="1"/>
        </w:rPr>
        <w:t>وتُعد</w:t>
      </w:r>
      <w:r>
        <w:rPr>
          <w:rFonts w:ascii="Arial" w:hAnsi="Arial" w:cs="Arial"/>
          <w:b/>
          <w:color w:val="0F4761"/>
          <w:sz w:val="22"/>
          <w:rtl w:val="1"/>
        </w:rPr>
        <w:t xml:space="preserve"> </w:t>
      </w:r>
      <w:r>
        <w:rPr>
          <w:rFonts w:ascii="Arial" w:hAnsi="Arial" w:cs="Arial"/>
          <w:b/>
          <w:color w:val="0F4761"/>
          <w:sz w:val="22"/>
          <w:rtl w:val="1"/>
        </w:rPr>
        <w:t>ملزمة</w:t>
      </w:r>
      <w:r>
        <w:rPr>
          <w:rFonts w:ascii="Arial" w:hAnsi="Arial" w:cs="Arial"/>
          <w:b/>
          <w:color w:val="0F4761"/>
          <w:sz w:val="22"/>
          <w:rtl w:val="1"/>
        </w:rPr>
        <w:t xml:space="preserve"> </w:t>
      </w:r>
      <w:r>
        <w:rPr>
          <w:rFonts w:ascii="Arial" w:hAnsi="Arial" w:cs="Arial"/>
          <w:b/>
          <w:color w:val="0F4761"/>
          <w:sz w:val="22"/>
          <w:rtl w:val="1"/>
        </w:rPr>
        <w:t>لجميع</w:t>
      </w:r>
      <w:r>
        <w:rPr>
          <w:rFonts w:ascii="Arial" w:hAnsi="Arial" w:cs="Arial"/>
          <w:b/>
          <w:color w:val="0F4761"/>
          <w:sz w:val="22"/>
          <w:rtl w:val="1"/>
        </w:rPr>
        <w:t xml:space="preserve"> </w:t>
      </w:r>
      <w:r>
        <w:rPr>
          <w:rFonts w:ascii="Arial" w:hAnsi="Arial" w:cs="Arial"/>
          <w:b/>
          <w:color w:val="0F4761"/>
          <w:sz w:val="22"/>
          <w:rtl w:val="1"/>
        </w:rPr>
        <w:t>من</w:t>
      </w:r>
      <w:r>
        <w:rPr>
          <w:rFonts w:ascii="Arial" w:hAnsi="Arial" w:cs="Arial"/>
          <w:b/>
          <w:color w:val="0F4761"/>
          <w:sz w:val="22"/>
          <w:rtl w:val="1"/>
        </w:rPr>
        <w:t xml:space="preserve"> </w:t>
      </w:r>
      <w:r>
        <w:rPr>
          <w:rFonts w:ascii="Arial" w:hAnsi="Arial" w:cs="Arial"/>
          <w:b/>
          <w:color w:val="0F4761"/>
          <w:sz w:val="22"/>
          <w:rtl w:val="1"/>
        </w:rPr>
        <w:t>تسري</w:t>
      </w:r>
      <w:r>
        <w:rPr>
          <w:rFonts w:ascii="Arial" w:hAnsi="Arial" w:cs="Arial"/>
          <w:b/>
          <w:color w:val="0F4761"/>
          <w:sz w:val="22"/>
          <w:rtl w:val="1"/>
        </w:rPr>
        <w:t xml:space="preserve"> </w:t>
      </w:r>
      <w:r>
        <w:rPr>
          <w:rFonts w:ascii="Arial" w:hAnsi="Arial" w:cs="Arial"/>
          <w:b/>
          <w:color w:val="0F4761"/>
          <w:sz w:val="22"/>
          <w:rtl w:val="1"/>
        </w:rPr>
        <w:t>عليهم</w:t>
      </w:r>
      <w:r>
        <w:rPr>
          <w:rFonts w:ascii="Arial" w:hAnsi="Arial" w:cs="Arial"/>
          <w:b/>
          <w:color w:val="0F4761"/>
          <w:sz w:val="22"/>
          <w:rtl w:val="1"/>
        </w:rPr>
        <w:t xml:space="preserve"> </w:t>
      </w:r>
      <w:r>
        <w:rPr>
          <w:rFonts w:ascii="Arial" w:hAnsi="Arial" w:cs="Arial"/>
          <w:b/>
          <w:color w:val="0F4761"/>
          <w:sz w:val="22"/>
          <w:rtl w:val="1"/>
        </w:rPr>
        <w:t>أحكامها</w:t>
      </w:r>
      <w:r>
        <w:rPr>
          <w:rFonts w:ascii="Arial" w:hAnsi="Arial" w:cs="Arial"/>
          <w:b/>
          <w:color w:val="0F4761"/>
          <w:sz w:val="22"/>
          <w:rtl w:val="1"/>
        </w:rPr>
        <w:t>.</w:t>
      </w:r>
    </w:p>
    <w:p w14:paraId="72C4B259" w14:textId="77777777" w:rsidR="009E64B1" w:rsidRDefault="009E64B1" w:rsidP="001F0C09">
      <w:pPr>
        <w:spacing w:before="100" w:after="40" w:line="269" w:lineRule="auto"/>
        <w:jc w:val="right"/>
        <w:bidi w:val="1"/>
        <w:pStyle w:val="Heading2"/>
        <w:keepNext w:val="1"/>
        <w:keepLines w:val="1"/>
      </w:pPr>
      <w:r>
        <w:rPr>
          <w:rFonts w:ascii="Arial" w:hAnsi="Arial" w:cs="Arial"/>
          <w:b/>
          <w:color w:val="0F4761"/>
          <w:sz w:val="22"/>
          <w:rtl w:val="1"/>
        </w:rPr>
        <w:t>المادة</w:t>
      </w:r>
      <w:r>
        <w:rPr>
          <w:rFonts w:ascii="Arial" w:hAnsi="Arial" w:cs="Arial"/>
          <w:b/>
          <w:color w:val="0F4761"/>
          <w:sz w:val="22"/>
          <w:rtl w:val="1"/>
        </w:rPr>
        <w:t xml:space="preserve"> (101): </w:t>
      </w:r>
      <w:r>
        <w:rPr>
          <w:rFonts w:ascii="Arial" w:hAnsi="Arial" w:cs="Arial"/>
          <w:b/>
          <w:color w:val="0F4761"/>
          <w:sz w:val="22"/>
          <w:rtl w:val="1"/>
        </w:rPr>
        <w:t>المرجعية</w:t>
      </w:r>
      <w:r>
        <w:rPr>
          <w:rFonts w:ascii="Arial" w:hAnsi="Arial" w:cs="Arial"/>
          <w:b/>
          <w:color w:val="0F4761"/>
          <w:sz w:val="22"/>
          <w:rtl w:val="1"/>
        </w:rPr>
        <w:t xml:space="preserve"> </w:t>
      </w:r>
      <w:r>
        <w:rPr>
          <w:rFonts w:ascii="Arial" w:hAnsi="Arial" w:cs="Arial"/>
          <w:b/>
          <w:color w:val="0F4761"/>
          <w:sz w:val="22"/>
          <w:rtl w:val="1"/>
        </w:rPr>
        <w:t>النظامية</w:t>
      </w:r>
      <w:r>
        <w:rPr>
          <w:rFonts w:ascii="Arial" w:hAnsi="Arial" w:cs="Arial"/>
          <w:b/>
          <w:color w:val="0F4761"/>
          <w:sz w:val="22"/>
          <w:rtl w:val="1"/>
        </w:rPr>
        <w:br/>
      </w:r>
      <w:r>
        <w:rPr>
          <w:rFonts w:ascii="Arial" w:hAnsi="Arial" w:cs="Arial"/>
          <w:b/>
          <w:color w:val="0F4761"/>
          <w:sz w:val="22"/>
          <w:rtl w:val="1"/>
        </w:rPr>
        <w:br/>
      </w:r>
      <w:r>
        <w:rPr>
          <w:rFonts w:ascii="Arial" w:hAnsi="Arial" w:cs="Arial"/>
          <w:b/>
          <w:color w:val="0F4761"/>
          <w:sz w:val="22"/>
          <w:rtl w:val="1"/>
        </w:rPr>
        <w:t>فيما</w:t>
      </w:r>
      <w:r>
        <w:rPr>
          <w:rFonts w:ascii="Arial" w:hAnsi="Arial" w:cs="Arial"/>
          <w:b/>
          <w:color w:val="0F4761"/>
          <w:sz w:val="22"/>
          <w:rtl w:val="1"/>
        </w:rPr>
        <w:t xml:space="preserve"> </w:t>
      </w:r>
      <w:r>
        <w:rPr>
          <w:rFonts w:ascii="Arial" w:hAnsi="Arial" w:cs="Arial"/>
          <w:b/>
          <w:color w:val="0F4761"/>
          <w:sz w:val="22"/>
          <w:rtl w:val="1"/>
        </w:rPr>
        <w:t>لم</w:t>
      </w:r>
      <w:r>
        <w:rPr>
          <w:rFonts w:ascii="Arial" w:hAnsi="Arial" w:cs="Arial"/>
          <w:b/>
          <w:color w:val="0F4761"/>
          <w:sz w:val="22"/>
          <w:rtl w:val="1"/>
        </w:rPr>
        <w:t xml:space="preserve"> </w:t>
      </w:r>
      <w:r>
        <w:rPr>
          <w:rFonts w:ascii="Arial" w:hAnsi="Arial" w:cs="Arial"/>
          <w:b/>
          <w:color w:val="0F4761"/>
          <w:sz w:val="22"/>
          <w:rtl w:val="1"/>
        </w:rPr>
        <w:t>يرد</w:t>
      </w:r>
      <w:r>
        <w:rPr>
          <w:rFonts w:ascii="Arial" w:hAnsi="Arial" w:cs="Arial"/>
          <w:b/>
          <w:color w:val="0F4761"/>
          <w:sz w:val="22"/>
          <w:rtl w:val="1"/>
        </w:rPr>
        <w:t xml:space="preserve"> </w:t>
      </w:r>
      <w:r>
        <w:rPr>
          <w:rFonts w:ascii="Arial" w:hAnsi="Arial" w:cs="Arial"/>
          <w:b/>
          <w:color w:val="0F4761"/>
          <w:sz w:val="22"/>
          <w:rtl w:val="1"/>
        </w:rPr>
        <w:t>به</w:t>
      </w:r>
      <w:r>
        <w:rPr>
          <w:rFonts w:ascii="Arial" w:hAnsi="Arial" w:cs="Arial"/>
          <w:b/>
          <w:color w:val="0F4761"/>
          <w:sz w:val="22"/>
          <w:rtl w:val="1"/>
        </w:rPr>
        <w:t xml:space="preserve"> </w:t>
      </w:r>
      <w:r>
        <w:rPr>
          <w:rFonts w:ascii="Arial" w:hAnsi="Arial" w:cs="Arial"/>
          <w:b/>
          <w:color w:val="0F4761"/>
          <w:sz w:val="22"/>
          <w:rtl w:val="1"/>
        </w:rPr>
        <w:t>نص</w:t>
      </w:r>
      <w:r>
        <w:rPr>
          <w:rFonts w:ascii="Arial" w:hAnsi="Arial" w:cs="Arial"/>
          <w:b/>
          <w:color w:val="0F4761"/>
          <w:sz w:val="22"/>
          <w:rtl w:val="1"/>
        </w:rPr>
        <w:t xml:space="preserve"> </w:t>
      </w:r>
      <w:r>
        <w:rPr>
          <w:rFonts w:ascii="Arial" w:hAnsi="Arial" w:cs="Arial"/>
          <w:b/>
          <w:color w:val="0F4761"/>
          <w:sz w:val="22"/>
          <w:rtl w:val="1"/>
        </w:rPr>
        <w:t>في</w:t>
      </w:r>
      <w:r>
        <w:rPr>
          <w:rFonts w:ascii="Arial" w:hAnsi="Arial" w:cs="Arial"/>
          <w:b/>
          <w:color w:val="0F4761"/>
          <w:sz w:val="22"/>
          <w:rtl w:val="1"/>
        </w:rPr>
        <w:t xml:space="preserve"> </w:t>
      </w:r>
      <w:r>
        <w:rPr>
          <w:rFonts w:ascii="Arial" w:hAnsi="Arial" w:cs="Arial"/>
          <w:b/>
          <w:color w:val="0F4761"/>
          <w:sz w:val="22"/>
          <w:rtl w:val="1"/>
        </w:rPr>
        <w:t>هذه</w:t>
      </w:r>
      <w:r>
        <w:rPr>
          <w:rFonts w:ascii="Arial" w:hAnsi="Arial" w:cs="Arial"/>
          <w:b/>
          <w:color w:val="0F4761"/>
          <w:sz w:val="22"/>
          <w:rtl w:val="1"/>
        </w:rPr>
        <w:t xml:space="preserve"> </w:t>
      </w:r>
      <w:r>
        <w:rPr>
          <w:rFonts w:ascii="Arial" w:hAnsi="Arial" w:cs="Arial"/>
          <w:b/>
          <w:color w:val="0F4761"/>
          <w:sz w:val="22"/>
          <w:rtl w:val="1"/>
        </w:rPr>
        <w:t>اللائحة،</w:t>
      </w:r>
      <w:r>
        <w:rPr>
          <w:rFonts w:ascii="Arial" w:hAnsi="Arial" w:cs="Arial"/>
          <w:b/>
          <w:color w:val="0F4761"/>
          <w:sz w:val="22"/>
          <w:rtl w:val="1"/>
        </w:rPr>
        <w:t xml:space="preserve"> </w:t>
      </w:r>
      <w:r>
        <w:rPr>
          <w:rFonts w:ascii="Arial" w:hAnsi="Arial" w:cs="Arial"/>
          <w:b/>
          <w:color w:val="0F4761"/>
          <w:sz w:val="22"/>
          <w:rtl w:val="1"/>
        </w:rPr>
        <w:t>أو</w:t>
      </w:r>
      <w:r>
        <w:rPr>
          <w:rFonts w:ascii="Arial" w:hAnsi="Arial" w:cs="Arial"/>
          <w:b/>
          <w:color w:val="0F4761"/>
          <w:sz w:val="22"/>
          <w:rtl w:val="1"/>
        </w:rPr>
        <w:t xml:space="preserve"> </w:t>
      </w:r>
      <w:r>
        <w:rPr>
          <w:rFonts w:ascii="Arial" w:hAnsi="Arial" w:cs="Arial"/>
          <w:b/>
          <w:color w:val="0F4761"/>
          <w:sz w:val="22"/>
          <w:rtl w:val="1"/>
        </w:rPr>
        <w:t>في</w:t>
      </w:r>
      <w:r>
        <w:rPr>
          <w:rFonts w:ascii="Arial" w:hAnsi="Arial" w:cs="Arial"/>
          <w:b/>
          <w:color w:val="0F4761"/>
          <w:sz w:val="22"/>
          <w:rtl w:val="1"/>
        </w:rPr>
        <w:t xml:space="preserve"> </w:t>
      </w:r>
      <w:r>
        <w:rPr>
          <w:rFonts w:ascii="Arial" w:hAnsi="Arial" w:cs="Arial"/>
          <w:b/>
          <w:color w:val="0F4761"/>
          <w:sz w:val="22"/>
          <w:rtl w:val="1"/>
        </w:rPr>
        <w:t>حال</w:t>
      </w:r>
      <w:r>
        <w:rPr>
          <w:rFonts w:ascii="Arial" w:hAnsi="Arial" w:cs="Arial"/>
          <w:b/>
          <w:color w:val="0F4761"/>
          <w:sz w:val="22"/>
          <w:rtl w:val="1"/>
        </w:rPr>
        <w:t xml:space="preserve"> </w:t>
      </w:r>
      <w:r>
        <w:rPr>
          <w:rFonts w:ascii="Arial" w:hAnsi="Arial" w:cs="Arial"/>
          <w:b/>
          <w:color w:val="0F4761"/>
          <w:sz w:val="22"/>
          <w:rtl w:val="1"/>
        </w:rPr>
        <w:t>وجود</w:t>
      </w:r>
      <w:r>
        <w:rPr>
          <w:rFonts w:ascii="Arial" w:hAnsi="Arial" w:cs="Arial"/>
          <w:b/>
          <w:color w:val="0F4761"/>
          <w:sz w:val="22"/>
          <w:rtl w:val="1"/>
        </w:rPr>
        <w:t xml:space="preserve"> </w:t>
      </w:r>
      <w:r>
        <w:rPr>
          <w:rFonts w:ascii="Arial" w:hAnsi="Arial" w:cs="Arial"/>
          <w:b/>
          <w:color w:val="0F4761"/>
          <w:sz w:val="22"/>
          <w:rtl w:val="1"/>
        </w:rPr>
        <w:t>تعارض</w:t>
      </w:r>
      <w:r>
        <w:rPr>
          <w:rFonts w:ascii="Arial" w:hAnsi="Arial" w:cs="Arial"/>
          <w:b/>
          <w:color w:val="0F4761"/>
          <w:sz w:val="22"/>
          <w:rtl w:val="1"/>
        </w:rPr>
        <w:t xml:space="preserve"> </w:t>
      </w:r>
      <w:r>
        <w:rPr>
          <w:rFonts w:ascii="Arial" w:hAnsi="Arial" w:cs="Arial"/>
          <w:b/>
          <w:color w:val="0F4761"/>
          <w:sz w:val="22"/>
          <w:rtl w:val="1"/>
        </w:rPr>
        <w:t>بين</w:t>
      </w:r>
      <w:r>
        <w:rPr>
          <w:rFonts w:ascii="Arial" w:hAnsi="Arial" w:cs="Arial"/>
          <w:b/>
          <w:color w:val="0F4761"/>
          <w:sz w:val="22"/>
          <w:rtl w:val="1"/>
        </w:rPr>
        <w:t xml:space="preserve"> </w:t>
      </w:r>
      <w:r>
        <w:rPr>
          <w:rFonts w:ascii="Arial" w:hAnsi="Arial" w:cs="Arial"/>
          <w:b/>
          <w:color w:val="0F4761"/>
          <w:sz w:val="22"/>
          <w:rtl w:val="1"/>
        </w:rPr>
        <w:t>أي</w:t>
      </w:r>
      <w:r>
        <w:rPr>
          <w:rFonts w:ascii="Arial" w:hAnsi="Arial" w:cs="Arial"/>
          <w:b/>
          <w:color w:val="0F4761"/>
          <w:sz w:val="22"/>
          <w:rtl w:val="1"/>
        </w:rPr>
        <w:t xml:space="preserve"> </w:t>
      </w:r>
      <w:r>
        <w:rPr>
          <w:rFonts w:ascii="Arial" w:hAnsi="Arial" w:cs="Arial"/>
          <w:b/>
          <w:color w:val="0F4761"/>
          <w:sz w:val="22"/>
          <w:rtl w:val="1"/>
        </w:rPr>
        <w:t>من</w:t>
      </w:r>
      <w:r>
        <w:rPr>
          <w:rFonts w:ascii="Arial" w:hAnsi="Arial" w:cs="Arial"/>
          <w:b/>
          <w:color w:val="0F4761"/>
          <w:sz w:val="22"/>
          <w:rtl w:val="1"/>
        </w:rPr>
        <w:t xml:space="preserve"> </w:t>
      </w:r>
      <w:r>
        <w:rPr>
          <w:rFonts w:ascii="Arial" w:hAnsi="Arial" w:cs="Arial"/>
          <w:b/>
          <w:color w:val="0F4761"/>
          <w:sz w:val="22"/>
          <w:rtl w:val="1"/>
        </w:rPr>
        <w:t>أحكامها</w:t>
      </w:r>
      <w:r>
        <w:rPr>
          <w:rFonts w:ascii="Arial" w:hAnsi="Arial" w:cs="Arial"/>
          <w:b/>
          <w:color w:val="0F4761"/>
          <w:sz w:val="22"/>
          <w:rtl w:val="1"/>
        </w:rPr>
        <w:t xml:space="preserve"> </w:t>
      </w:r>
      <w:r>
        <w:rPr>
          <w:rFonts w:ascii="Arial" w:hAnsi="Arial" w:cs="Arial"/>
          <w:b/>
          <w:color w:val="0F4761"/>
          <w:sz w:val="22"/>
          <w:rtl w:val="1"/>
        </w:rPr>
        <w:t>وأحكام</w:t>
      </w:r>
      <w:r>
        <w:rPr>
          <w:rFonts w:ascii="Arial" w:hAnsi="Arial" w:cs="Arial"/>
          <w:b/>
          <w:color w:val="0F4761"/>
          <w:sz w:val="22"/>
          <w:rtl w:val="1"/>
        </w:rPr>
        <w:t xml:space="preserve"> </w:t>
      </w:r>
      <w:r>
        <w:rPr>
          <w:rFonts w:ascii="Arial" w:hAnsi="Arial" w:cs="Arial"/>
          <w:b/>
          <w:color w:val="0F4761"/>
          <w:sz w:val="22"/>
          <w:rtl w:val="1"/>
        </w:rPr>
        <w:t>نظام</w:t>
      </w:r>
      <w:r>
        <w:rPr>
          <w:rFonts w:ascii="Arial" w:hAnsi="Arial" w:cs="Arial"/>
          <w:b/>
          <w:color w:val="0F4761"/>
          <w:sz w:val="22"/>
          <w:rtl w:val="1"/>
        </w:rPr>
        <w:t xml:space="preserve"> </w:t>
      </w:r>
      <w:r>
        <w:rPr>
          <w:rFonts w:ascii="Arial" w:hAnsi="Arial" w:cs="Arial"/>
          <w:b/>
          <w:color w:val="0F4761"/>
          <w:sz w:val="22"/>
          <w:rtl w:val="1"/>
        </w:rPr>
        <w:t>العمل</w:t>
      </w:r>
      <w:r>
        <w:rPr>
          <w:rFonts w:ascii="Arial" w:hAnsi="Arial" w:cs="Arial"/>
          <w:b/>
          <w:color w:val="0F4761"/>
          <w:sz w:val="22"/>
          <w:rtl w:val="1"/>
        </w:rPr>
        <w:t xml:space="preserve"> </w:t>
      </w:r>
      <w:r>
        <w:rPr>
          <w:rFonts w:ascii="Arial" w:hAnsi="Arial" w:cs="Arial"/>
          <w:b/>
          <w:color w:val="0F4761"/>
          <w:sz w:val="22"/>
          <w:rtl w:val="1"/>
        </w:rPr>
        <w:t>في</w:t>
      </w:r>
      <w:r>
        <w:rPr>
          <w:rFonts w:ascii="Arial" w:hAnsi="Arial" w:cs="Arial"/>
          <w:b/>
          <w:color w:val="0F4761"/>
          <w:sz w:val="22"/>
          <w:rtl w:val="1"/>
        </w:rPr>
        <w:t xml:space="preserve"> </w:t>
      </w:r>
      <w:r>
        <w:rPr>
          <w:rFonts w:ascii="Arial" w:hAnsi="Arial" w:cs="Arial"/>
          <w:b/>
          <w:color w:val="0F4761"/>
          <w:sz w:val="22"/>
          <w:rtl w:val="1"/>
        </w:rPr>
        <w:t>المملكة</w:t>
      </w:r>
      <w:r>
        <w:rPr>
          <w:rFonts w:ascii="Arial" w:hAnsi="Arial" w:cs="Arial"/>
          <w:b/>
          <w:color w:val="0F4761"/>
          <w:sz w:val="22"/>
          <w:rtl w:val="1"/>
        </w:rPr>
        <w:t xml:space="preserve"> </w:t>
      </w:r>
      <w:r>
        <w:rPr>
          <w:rFonts w:ascii="Arial" w:hAnsi="Arial" w:cs="Arial"/>
          <w:b/>
          <w:color w:val="0F4761"/>
          <w:sz w:val="22"/>
          <w:rtl w:val="1"/>
        </w:rPr>
        <w:t>العربية</w:t>
      </w:r>
      <w:r>
        <w:rPr>
          <w:rFonts w:ascii="Arial" w:hAnsi="Arial" w:cs="Arial"/>
          <w:b/>
          <w:color w:val="0F4761"/>
          <w:sz w:val="22"/>
          <w:rtl w:val="1"/>
        </w:rPr>
        <w:t xml:space="preserve"> </w:t>
      </w:r>
      <w:r>
        <w:rPr>
          <w:rFonts w:ascii="Arial" w:hAnsi="Arial" w:cs="Arial"/>
          <w:b/>
          <w:color w:val="0F4761"/>
          <w:sz w:val="22"/>
          <w:rtl w:val="1"/>
        </w:rPr>
        <w:t>السعودية</w:t>
      </w:r>
      <w:r>
        <w:rPr>
          <w:rFonts w:ascii="Arial" w:hAnsi="Arial" w:cs="Arial"/>
          <w:b/>
          <w:color w:val="0F4761"/>
          <w:sz w:val="22"/>
          <w:rtl w:val="1"/>
        </w:rPr>
        <w:t xml:space="preserve"> </w:t>
      </w:r>
      <w:r>
        <w:rPr>
          <w:rFonts w:ascii="Arial" w:hAnsi="Arial" w:cs="Arial"/>
          <w:b/>
          <w:color w:val="0F4761"/>
          <w:sz w:val="22"/>
          <w:rtl w:val="1"/>
        </w:rPr>
        <w:t>أو</w:t>
      </w:r>
      <w:r>
        <w:rPr>
          <w:rFonts w:ascii="Arial" w:hAnsi="Arial" w:cs="Arial"/>
          <w:b/>
          <w:color w:val="0F4761"/>
          <w:sz w:val="22"/>
          <w:rtl w:val="1"/>
        </w:rPr>
        <w:t xml:space="preserve"> </w:t>
      </w:r>
      <w:r>
        <w:rPr>
          <w:rFonts w:ascii="Arial" w:hAnsi="Arial" w:cs="Arial"/>
          <w:b/>
          <w:color w:val="0F4761"/>
          <w:sz w:val="22"/>
          <w:rtl w:val="1"/>
        </w:rPr>
        <w:t>لائحته</w:t>
      </w:r>
      <w:r>
        <w:rPr>
          <w:rFonts w:ascii="Arial" w:hAnsi="Arial" w:cs="Arial"/>
          <w:b/>
          <w:color w:val="0F4761"/>
          <w:sz w:val="22"/>
          <w:rtl w:val="1"/>
        </w:rPr>
        <w:t xml:space="preserve"> </w:t>
      </w:r>
      <w:r>
        <w:rPr>
          <w:rFonts w:ascii="Arial" w:hAnsi="Arial" w:cs="Arial"/>
          <w:b/>
          <w:color w:val="0F4761"/>
          <w:sz w:val="22"/>
          <w:rtl w:val="1"/>
        </w:rPr>
        <w:t>التنفيذية</w:t>
      </w:r>
      <w:r>
        <w:rPr>
          <w:rFonts w:ascii="Arial" w:hAnsi="Arial" w:cs="Arial"/>
          <w:b/>
          <w:color w:val="0F4761"/>
          <w:sz w:val="22"/>
          <w:rtl w:val="1"/>
        </w:rPr>
        <w:t xml:space="preserve"> </w:t>
      </w:r>
      <w:r>
        <w:rPr>
          <w:rFonts w:ascii="Arial" w:hAnsi="Arial" w:cs="Arial"/>
          <w:b/>
          <w:color w:val="0F4761"/>
          <w:sz w:val="22"/>
          <w:rtl w:val="1"/>
        </w:rPr>
        <w:t>أو</w:t>
      </w:r>
      <w:r>
        <w:rPr>
          <w:rFonts w:ascii="Arial" w:hAnsi="Arial" w:cs="Arial"/>
          <w:b/>
          <w:color w:val="0F4761"/>
          <w:sz w:val="22"/>
          <w:rtl w:val="1"/>
        </w:rPr>
        <w:t xml:space="preserve"> </w:t>
      </w:r>
      <w:r>
        <w:rPr>
          <w:rFonts w:ascii="Arial" w:hAnsi="Arial" w:cs="Arial"/>
          <w:b/>
          <w:color w:val="0F4761"/>
          <w:sz w:val="22"/>
          <w:rtl w:val="1"/>
        </w:rPr>
        <w:t>أي</w:t>
      </w:r>
      <w:r>
        <w:rPr>
          <w:rFonts w:ascii="Arial" w:hAnsi="Arial" w:cs="Arial"/>
          <w:b/>
          <w:color w:val="0F4761"/>
          <w:sz w:val="22"/>
          <w:rtl w:val="1"/>
        </w:rPr>
        <w:t xml:space="preserve"> </w:t>
      </w:r>
      <w:r>
        <w:rPr>
          <w:rFonts w:ascii="Arial" w:hAnsi="Arial" w:cs="Arial"/>
          <w:b/>
          <w:color w:val="0F4761"/>
          <w:sz w:val="22"/>
          <w:rtl w:val="1"/>
        </w:rPr>
        <w:t>تعديلات</w:t>
      </w:r>
      <w:r>
        <w:rPr>
          <w:rFonts w:ascii="Arial" w:hAnsi="Arial" w:cs="Arial"/>
          <w:b/>
          <w:color w:val="0F4761"/>
          <w:sz w:val="22"/>
          <w:rtl w:val="1"/>
        </w:rPr>
        <w:t xml:space="preserve"> </w:t>
      </w:r>
      <w:r>
        <w:rPr>
          <w:rFonts w:ascii="Arial" w:hAnsi="Arial" w:cs="Arial"/>
          <w:b/>
          <w:color w:val="0F4761"/>
          <w:sz w:val="22"/>
          <w:rtl w:val="1"/>
        </w:rPr>
        <w:t>تطرأ</w:t>
      </w:r>
      <w:r>
        <w:rPr>
          <w:rFonts w:ascii="Arial" w:hAnsi="Arial" w:cs="Arial"/>
          <w:b/>
          <w:color w:val="0F4761"/>
          <w:sz w:val="22"/>
          <w:rtl w:val="1"/>
        </w:rPr>
        <w:t xml:space="preserve"> </w:t>
      </w:r>
      <w:r>
        <w:rPr>
          <w:rFonts w:ascii="Arial" w:hAnsi="Arial" w:cs="Arial"/>
          <w:b/>
          <w:color w:val="0F4761"/>
          <w:sz w:val="22"/>
          <w:rtl w:val="1"/>
        </w:rPr>
        <w:t>عليها</w:t>
      </w:r>
      <w:r>
        <w:rPr>
          <w:rFonts w:ascii="Arial" w:hAnsi="Arial" w:cs="Arial"/>
          <w:b/>
          <w:color w:val="0F4761"/>
          <w:sz w:val="22"/>
          <w:rtl w:val="1"/>
        </w:rPr>
        <w:t xml:space="preserve"> </w:t>
      </w:r>
      <w:r>
        <w:rPr>
          <w:rFonts w:ascii="Arial" w:hAnsi="Arial" w:cs="Arial"/>
          <w:b/>
          <w:color w:val="0F4761"/>
          <w:sz w:val="22"/>
          <w:rtl w:val="1"/>
        </w:rPr>
        <w:t>أو</w:t>
      </w:r>
      <w:r>
        <w:rPr>
          <w:rFonts w:ascii="Arial" w:hAnsi="Arial" w:cs="Arial"/>
          <w:b/>
          <w:color w:val="0F4761"/>
          <w:sz w:val="22"/>
          <w:rtl w:val="1"/>
        </w:rPr>
        <w:t xml:space="preserve"> </w:t>
      </w:r>
      <w:r>
        <w:rPr>
          <w:rFonts w:ascii="Arial" w:hAnsi="Arial" w:cs="Arial"/>
          <w:b/>
          <w:color w:val="0F4761"/>
          <w:sz w:val="22"/>
          <w:rtl w:val="1"/>
        </w:rPr>
        <w:t>أي</w:t>
      </w:r>
      <w:r>
        <w:rPr>
          <w:rFonts w:ascii="Arial" w:hAnsi="Arial" w:cs="Arial"/>
          <w:b/>
          <w:color w:val="0F4761"/>
          <w:sz w:val="22"/>
          <w:rtl w:val="1"/>
        </w:rPr>
        <w:t xml:space="preserve"> </w:t>
      </w:r>
      <w:r>
        <w:rPr>
          <w:rFonts w:ascii="Arial" w:hAnsi="Arial" w:cs="Arial"/>
          <w:b/>
          <w:color w:val="0F4761"/>
          <w:sz w:val="22"/>
          <w:rtl w:val="1"/>
        </w:rPr>
        <w:t>أنظمة</w:t>
      </w:r>
      <w:r>
        <w:rPr>
          <w:rFonts w:ascii="Arial" w:hAnsi="Arial" w:cs="Arial"/>
          <w:b/>
          <w:color w:val="0F4761"/>
          <w:sz w:val="22"/>
          <w:rtl w:val="1"/>
        </w:rPr>
        <w:t xml:space="preserve"> </w:t>
      </w:r>
      <w:r>
        <w:rPr>
          <w:rFonts w:ascii="Arial" w:hAnsi="Arial" w:cs="Arial"/>
          <w:b/>
          <w:color w:val="0F4761"/>
          <w:sz w:val="22"/>
          <w:rtl w:val="1"/>
        </w:rPr>
        <w:t>ولوائح</w:t>
      </w:r>
      <w:r>
        <w:rPr>
          <w:rFonts w:ascii="Arial" w:hAnsi="Arial" w:cs="Arial"/>
          <w:b/>
          <w:color w:val="0F4761"/>
          <w:sz w:val="22"/>
          <w:rtl w:val="1"/>
        </w:rPr>
        <w:t xml:space="preserve"> </w:t>
      </w:r>
      <w:r>
        <w:rPr>
          <w:rFonts w:ascii="Arial" w:hAnsi="Arial" w:cs="Arial"/>
          <w:b/>
          <w:color w:val="0F4761"/>
          <w:sz w:val="22"/>
          <w:rtl w:val="1"/>
        </w:rPr>
        <w:t>ذات</w:t>
      </w:r>
      <w:r>
        <w:rPr>
          <w:rFonts w:ascii="Arial" w:hAnsi="Arial" w:cs="Arial"/>
          <w:b/>
          <w:color w:val="0F4761"/>
          <w:sz w:val="22"/>
          <w:rtl w:val="1"/>
        </w:rPr>
        <w:t xml:space="preserve"> </w:t>
      </w:r>
      <w:r>
        <w:rPr>
          <w:rFonts w:ascii="Arial" w:hAnsi="Arial" w:cs="Arial"/>
          <w:b/>
          <w:color w:val="0F4761"/>
          <w:sz w:val="22"/>
          <w:rtl w:val="1"/>
        </w:rPr>
        <w:t>علاقة،</w:t>
      </w:r>
      <w:r>
        <w:rPr>
          <w:rFonts w:ascii="Arial" w:hAnsi="Arial" w:cs="Arial"/>
          <w:b/>
          <w:color w:val="0F4761"/>
          <w:sz w:val="22"/>
          <w:rtl w:val="1"/>
        </w:rPr>
        <w:t xml:space="preserve"> </w:t>
      </w:r>
      <w:r>
        <w:rPr>
          <w:rFonts w:ascii="Arial" w:hAnsi="Arial" w:cs="Arial"/>
          <w:b/>
          <w:color w:val="0F4761"/>
          <w:sz w:val="22"/>
          <w:rtl w:val="1"/>
        </w:rPr>
        <w:t>فتكون</w:t>
      </w:r>
      <w:r>
        <w:rPr>
          <w:rFonts w:ascii="Arial" w:hAnsi="Arial" w:cs="Arial"/>
          <w:b/>
          <w:color w:val="0F4761"/>
          <w:sz w:val="22"/>
          <w:rtl w:val="1"/>
        </w:rPr>
        <w:t xml:space="preserve"> </w:t>
      </w:r>
      <w:r>
        <w:rPr>
          <w:rFonts w:ascii="Arial" w:hAnsi="Arial" w:cs="Arial"/>
          <w:b/>
          <w:color w:val="0F4761"/>
          <w:sz w:val="22"/>
          <w:rtl w:val="1"/>
        </w:rPr>
        <w:t>الأولوية</w:t>
      </w:r>
      <w:r>
        <w:rPr>
          <w:rFonts w:ascii="Arial" w:hAnsi="Arial" w:cs="Arial"/>
          <w:b/>
          <w:color w:val="0F4761"/>
          <w:sz w:val="22"/>
          <w:rtl w:val="1"/>
        </w:rPr>
        <w:t xml:space="preserve"> </w:t>
      </w:r>
      <w:r>
        <w:rPr>
          <w:rFonts w:ascii="Arial" w:hAnsi="Arial" w:cs="Arial"/>
          <w:b/>
          <w:color w:val="0F4761"/>
          <w:sz w:val="22"/>
          <w:rtl w:val="1"/>
        </w:rPr>
        <w:t>في</w:t>
      </w:r>
      <w:r>
        <w:rPr>
          <w:rFonts w:ascii="Arial" w:hAnsi="Arial" w:cs="Arial"/>
          <w:b/>
          <w:color w:val="0F4761"/>
          <w:sz w:val="22"/>
          <w:rtl w:val="1"/>
        </w:rPr>
        <w:t xml:space="preserve"> </w:t>
      </w:r>
      <w:r>
        <w:rPr>
          <w:rFonts w:ascii="Arial" w:hAnsi="Arial" w:cs="Arial"/>
          <w:b/>
          <w:color w:val="0F4761"/>
          <w:sz w:val="22"/>
          <w:rtl w:val="1"/>
        </w:rPr>
        <w:t>التطبيق</w:t>
      </w:r>
      <w:r>
        <w:rPr>
          <w:rFonts w:ascii="Arial" w:hAnsi="Arial" w:cs="Arial"/>
          <w:b/>
          <w:color w:val="0F4761"/>
          <w:sz w:val="22"/>
          <w:rtl w:val="1"/>
        </w:rPr>
        <w:t xml:space="preserve"> </w:t>
      </w:r>
      <w:r>
        <w:rPr>
          <w:rFonts w:ascii="Arial" w:hAnsi="Arial" w:cs="Arial"/>
          <w:b/>
          <w:color w:val="0F4761"/>
          <w:sz w:val="22"/>
          <w:rtl w:val="1"/>
        </w:rPr>
        <w:t>لأحكام</w:t>
      </w:r>
      <w:r>
        <w:rPr>
          <w:rFonts w:ascii="Arial" w:hAnsi="Arial" w:cs="Arial"/>
          <w:b/>
          <w:color w:val="0F4761"/>
          <w:sz w:val="22"/>
          <w:rtl w:val="1"/>
        </w:rPr>
        <w:t xml:space="preserve"> </w:t>
      </w:r>
      <w:r>
        <w:rPr>
          <w:rFonts w:ascii="Arial" w:hAnsi="Arial" w:cs="Arial"/>
          <w:b/>
          <w:color w:val="0F4761"/>
          <w:sz w:val="22"/>
          <w:rtl w:val="1"/>
        </w:rPr>
        <w:t>نظام</w:t>
      </w:r>
      <w:r>
        <w:rPr>
          <w:rFonts w:ascii="Arial" w:hAnsi="Arial" w:cs="Arial"/>
          <w:b/>
          <w:color w:val="0F4761"/>
          <w:sz w:val="22"/>
          <w:rtl w:val="1"/>
        </w:rPr>
        <w:t xml:space="preserve"> </w:t>
      </w:r>
      <w:r>
        <w:rPr>
          <w:rFonts w:ascii="Arial" w:hAnsi="Arial" w:cs="Arial"/>
          <w:b/>
          <w:color w:val="0F4761"/>
          <w:sz w:val="22"/>
          <w:rtl w:val="1"/>
        </w:rPr>
        <w:t>العمل</w:t>
      </w:r>
      <w:r>
        <w:rPr>
          <w:rFonts w:ascii="Arial" w:hAnsi="Arial" w:cs="Arial"/>
          <w:b/>
          <w:color w:val="0F4761"/>
          <w:sz w:val="22"/>
          <w:rtl w:val="1"/>
        </w:rPr>
        <w:t xml:space="preserve"> </w:t>
      </w:r>
      <w:r>
        <w:rPr>
          <w:rFonts w:ascii="Arial" w:hAnsi="Arial" w:cs="Arial"/>
          <w:b/>
          <w:color w:val="0F4761"/>
          <w:sz w:val="22"/>
          <w:rtl w:val="1"/>
        </w:rPr>
        <w:t>والأنظمة</w:t>
      </w:r>
      <w:r>
        <w:rPr>
          <w:rFonts w:ascii="Arial" w:hAnsi="Arial" w:cs="Arial"/>
          <w:b/>
          <w:color w:val="0F4761"/>
          <w:sz w:val="22"/>
          <w:rtl w:val="1"/>
        </w:rPr>
        <w:t xml:space="preserve"> </w:t>
      </w:r>
      <w:r>
        <w:rPr>
          <w:rFonts w:ascii="Arial" w:hAnsi="Arial" w:cs="Arial"/>
          <w:b/>
          <w:color w:val="0F4761"/>
          <w:sz w:val="22"/>
          <w:rtl w:val="1"/>
        </w:rPr>
        <w:t>واللوائح</w:t>
      </w:r>
      <w:r>
        <w:rPr>
          <w:rFonts w:ascii="Arial" w:hAnsi="Arial" w:cs="Arial"/>
          <w:b/>
          <w:color w:val="0F4761"/>
          <w:sz w:val="22"/>
          <w:rtl w:val="1"/>
        </w:rPr>
        <w:t xml:space="preserve"> </w:t>
      </w:r>
      <w:r>
        <w:rPr>
          <w:rFonts w:ascii="Arial" w:hAnsi="Arial" w:cs="Arial"/>
          <w:b/>
          <w:color w:val="0F4761"/>
          <w:sz w:val="22"/>
          <w:rtl w:val="1"/>
        </w:rPr>
        <w:t>النافذة،</w:t>
      </w:r>
      <w:r>
        <w:rPr>
          <w:rFonts w:ascii="Arial" w:hAnsi="Arial" w:cs="Arial"/>
          <w:b/>
          <w:color w:val="0F4761"/>
          <w:sz w:val="22"/>
          <w:rtl w:val="1"/>
        </w:rPr>
        <w:t xml:space="preserve"> </w:t>
      </w:r>
      <w:r>
        <w:rPr>
          <w:rFonts w:ascii="Arial" w:hAnsi="Arial" w:cs="Arial"/>
          <w:b/>
          <w:color w:val="0F4761"/>
          <w:sz w:val="22"/>
          <w:rtl w:val="1"/>
        </w:rPr>
        <w:t>وتفسر</w:t>
      </w:r>
      <w:r>
        <w:rPr>
          <w:rFonts w:ascii="Arial" w:hAnsi="Arial" w:cs="Arial"/>
          <w:b/>
          <w:color w:val="0F4761"/>
          <w:sz w:val="22"/>
          <w:rtl w:val="1"/>
        </w:rPr>
        <w:t xml:space="preserve"> </w:t>
      </w:r>
      <w:r>
        <w:rPr>
          <w:rFonts w:ascii="Arial" w:hAnsi="Arial" w:cs="Arial"/>
          <w:b/>
          <w:color w:val="0F4761"/>
          <w:sz w:val="22"/>
          <w:rtl w:val="1"/>
        </w:rPr>
        <w:t>أحكام</w:t>
      </w:r>
      <w:r>
        <w:rPr>
          <w:rFonts w:ascii="Arial" w:hAnsi="Arial" w:cs="Arial"/>
          <w:b/>
          <w:color w:val="0F4761"/>
          <w:sz w:val="22"/>
          <w:rtl w:val="1"/>
        </w:rPr>
        <w:t xml:space="preserve"> </w:t>
      </w:r>
      <w:r>
        <w:rPr>
          <w:rFonts w:ascii="Arial" w:hAnsi="Arial" w:cs="Arial"/>
          <w:b/>
          <w:color w:val="0F4761"/>
          <w:sz w:val="22"/>
          <w:rtl w:val="1"/>
        </w:rPr>
        <w:t>هذه</w:t>
      </w:r>
      <w:r>
        <w:rPr>
          <w:rFonts w:ascii="Arial" w:hAnsi="Arial" w:cs="Arial"/>
          <w:b/>
          <w:color w:val="0F4761"/>
          <w:sz w:val="22"/>
          <w:rtl w:val="1"/>
        </w:rPr>
        <w:t xml:space="preserve"> </w:t>
      </w:r>
      <w:r>
        <w:rPr>
          <w:rFonts w:ascii="Arial" w:hAnsi="Arial" w:cs="Arial"/>
          <w:b/>
          <w:color w:val="0F4761"/>
          <w:sz w:val="22"/>
          <w:rtl w:val="1"/>
        </w:rPr>
        <w:t>اللائحة</w:t>
      </w:r>
      <w:r>
        <w:rPr>
          <w:rFonts w:ascii="Arial" w:hAnsi="Arial" w:cs="Arial"/>
          <w:b/>
          <w:color w:val="0F4761"/>
          <w:sz w:val="22"/>
          <w:rtl w:val="1"/>
        </w:rPr>
        <w:t xml:space="preserve"> </w:t>
      </w:r>
      <w:r>
        <w:rPr>
          <w:rFonts w:ascii="Arial" w:hAnsi="Arial" w:cs="Arial"/>
          <w:b/>
          <w:color w:val="0F4761"/>
          <w:sz w:val="22"/>
          <w:rtl w:val="1"/>
        </w:rPr>
        <w:t>بما</w:t>
      </w:r>
      <w:r>
        <w:rPr>
          <w:rFonts w:ascii="Arial" w:hAnsi="Arial" w:cs="Arial"/>
          <w:b/>
          <w:color w:val="0F4761"/>
          <w:sz w:val="22"/>
          <w:rtl w:val="1"/>
        </w:rPr>
        <w:t xml:space="preserve"> </w:t>
      </w:r>
      <w:r>
        <w:rPr>
          <w:rFonts w:ascii="Arial" w:hAnsi="Arial" w:cs="Arial"/>
          <w:b/>
          <w:color w:val="0F4761"/>
          <w:sz w:val="22"/>
          <w:rtl w:val="1"/>
        </w:rPr>
        <w:t>لا</w:t>
      </w:r>
      <w:r>
        <w:rPr>
          <w:rFonts w:ascii="Arial" w:hAnsi="Arial" w:cs="Arial"/>
          <w:b/>
          <w:color w:val="0F4761"/>
          <w:sz w:val="22"/>
          <w:rtl w:val="1"/>
        </w:rPr>
        <w:t xml:space="preserve"> </w:t>
      </w:r>
      <w:r>
        <w:rPr>
          <w:rFonts w:ascii="Arial" w:hAnsi="Arial" w:cs="Arial"/>
          <w:b/>
          <w:color w:val="0F4761"/>
          <w:sz w:val="22"/>
          <w:rtl w:val="1"/>
        </w:rPr>
        <w:t>يتعارض</w:t>
      </w:r>
      <w:r>
        <w:rPr>
          <w:rFonts w:ascii="Arial" w:hAnsi="Arial" w:cs="Arial"/>
          <w:b/>
          <w:color w:val="0F4761"/>
          <w:sz w:val="22"/>
          <w:rtl w:val="1"/>
        </w:rPr>
        <w:t xml:space="preserve"> </w:t>
      </w:r>
      <w:r>
        <w:rPr>
          <w:rFonts w:ascii="Arial" w:hAnsi="Arial" w:cs="Arial"/>
          <w:b/>
          <w:color w:val="0F4761"/>
          <w:sz w:val="22"/>
          <w:rtl w:val="1"/>
        </w:rPr>
        <w:t>معها،</w:t>
      </w:r>
      <w:r>
        <w:rPr>
          <w:rFonts w:ascii="Arial" w:hAnsi="Arial" w:cs="Arial"/>
          <w:b/>
          <w:color w:val="0F4761"/>
          <w:sz w:val="22"/>
          <w:rtl w:val="1"/>
        </w:rPr>
        <w:t xml:space="preserve"> </w:t>
      </w:r>
      <w:r>
        <w:rPr>
          <w:rFonts w:ascii="Arial" w:hAnsi="Arial" w:cs="Arial"/>
          <w:b/>
          <w:color w:val="0F4761"/>
          <w:sz w:val="22"/>
          <w:rtl w:val="1"/>
        </w:rPr>
        <w:t>ويعد</w:t>
      </w:r>
      <w:r>
        <w:rPr>
          <w:rFonts w:ascii="Arial" w:hAnsi="Arial" w:cs="Arial"/>
          <w:b/>
          <w:color w:val="0F4761"/>
          <w:sz w:val="22"/>
          <w:rtl w:val="1"/>
        </w:rPr>
        <w:t xml:space="preserve"> </w:t>
      </w:r>
      <w:r>
        <w:rPr>
          <w:rFonts w:ascii="Arial" w:hAnsi="Arial" w:cs="Arial"/>
          <w:b/>
          <w:color w:val="0F4761"/>
          <w:sz w:val="22"/>
          <w:rtl w:val="1"/>
        </w:rPr>
        <w:t>كل</w:t>
      </w:r>
      <w:r>
        <w:rPr>
          <w:rFonts w:ascii="Arial" w:hAnsi="Arial" w:cs="Arial"/>
          <w:b/>
          <w:color w:val="0F4761"/>
          <w:sz w:val="22"/>
          <w:rtl w:val="1"/>
        </w:rPr>
        <w:t xml:space="preserve"> </w:t>
      </w:r>
      <w:r>
        <w:rPr>
          <w:rFonts w:ascii="Arial" w:hAnsi="Arial" w:cs="Arial"/>
          <w:b/>
          <w:color w:val="0F4761"/>
          <w:sz w:val="22"/>
          <w:rtl w:val="1"/>
        </w:rPr>
        <w:t>نص</w:t>
      </w:r>
      <w:r>
        <w:rPr>
          <w:rFonts w:ascii="Arial" w:hAnsi="Arial" w:cs="Arial"/>
          <w:b/>
          <w:color w:val="0F4761"/>
          <w:sz w:val="22"/>
          <w:rtl w:val="1"/>
        </w:rPr>
        <w:t xml:space="preserve"> </w:t>
      </w:r>
      <w:r>
        <w:rPr>
          <w:rFonts w:ascii="Arial" w:hAnsi="Arial" w:cs="Arial"/>
          <w:b/>
          <w:color w:val="0F4761"/>
          <w:sz w:val="22"/>
          <w:rtl w:val="1"/>
        </w:rPr>
        <w:t>يخالفها</w:t>
      </w:r>
      <w:r>
        <w:rPr>
          <w:rFonts w:ascii="Arial" w:hAnsi="Arial" w:cs="Arial"/>
          <w:b/>
          <w:color w:val="0F4761"/>
          <w:sz w:val="22"/>
          <w:rtl w:val="1"/>
        </w:rPr>
        <w:t xml:space="preserve"> </w:t>
      </w:r>
      <w:r>
        <w:rPr>
          <w:rFonts w:ascii="Arial" w:hAnsi="Arial" w:cs="Arial"/>
          <w:b/>
          <w:color w:val="0F4761"/>
          <w:sz w:val="22"/>
          <w:rtl w:val="1"/>
        </w:rPr>
        <w:t>معدلاً</w:t>
      </w:r>
      <w:r>
        <w:rPr>
          <w:rFonts w:ascii="Arial" w:hAnsi="Arial" w:cs="Arial"/>
          <w:b/>
          <w:color w:val="0F4761"/>
          <w:sz w:val="22"/>
          <w:rtl w:val="1"/>
        </w:rPr>
        <w:t xml:space="preserve"> </w:t>
      </w:r>
      <w:r>
        <w:rPr>
          <w:rFonts w:ascii="Arial" w:hAnsi="Arial" w:cs="Arial"/>
          <w:b/>
          <w:color w:val="0F4761"/>
          <w:sz w:val="22"/>
          <w:rtl w:val="1"/>
        </w:rPr>
        <w:t>أو</w:t>
      </w:r>
      <w:r>
        <w:rPr>
          <w:rFonts w:ascii="Arial" w:hAnsi="Arial" w:cs="Arial"/>
          <w:b/>
          <w:color w:val="0F4761"/>
          <w:sz w:val="22"/>
          <w:rtl w:val="1"/>
        </w:rPr>
        <w:t xml:space="preserve"> </w:t>
      </w:r>
      <w:r>
        <w:rPr>
          <w:rFonts w:ascii="Arial" w:hAnsi="Arial" w:cs="Arial"/>
          <w:b/>
          <w:color w:val="0F4761"/>
          <w:sz w:val="22"/>
          <w:rtl w:val="1"/>
        </w:rPr>
        <w:t>غير</w:t>
      </w:r>
      <w:r>
        <w:rPr>
          <w:rFonts w:ascii="Arial" w:hAnsi="Arial" w:cs="Arial"/>
          <w:b/>
          <w:color w:val="0F4761"/>
          <w:sz w:val="22"/>
          <w:rtl w:val="1"/>
        </w:rPr>
        <w:t xml:space="preserve"> </w:t>
      </w:r>
      <w:r>
        <w:rPr>
          <w:rFonts w:ascii="Arial" w:hAnsi="Arial" w:cs="Arial"/>
          <w:b/>
          <w:color w:val="0F4761"/>
          <w:sz w:val="22"/>
          <w:rtl w:val="1"/>
        </w:rPr>
        <w:t>معمول</w:t>
      </w:r>
      <w:r>
        <w:rPr>
          <w:rFonts w:ascii="Arial" w:hAnsi="Arial" w:cs="Arial"/>
          <w:b/>
          <w:color w:val="0F4761"/>
          <w:sz w:val="22"/>
          <w:rtl w:val="1"/>
        </w:rPr>
        <w:t xml:space="preserve"> </w:t>
      </w:r>
      <w:r>
        <w:rPr>
          <w:rFonts w:ascii="Arial" w:hAnsi="Arial" w:cs="Arial"/>
          <w:b/>
          <w:color w:val="0F4761"/>
          <w:sz w:val="22"/>
          <w:rtl w:val="1"/>
        </w:rPr>
        <w:t>به</w:t>
      </w:r>
      <w:r>
        <w:rPr>
          <w:rFonts w:ascii="Arial" w:hAnsi="Arial" w:cs="Arial"/>
          <w:b/>
          <w:color w:val="0F4761"/>
          <w:sz w:val="22"/>
          <w:rtl w:val="1"/>
        </w:rPr>
        <w:t xml:space="preserve"> </w:t>
      </w:r>
      <w:r>
        <w:rPr>
          <w:rFonts w:ascii="Arial" w:hAnsi="Arial" w:cs="Arial"/>
          <w:b/>
          <w:color w:val="0F4761"/>
          <w:sz w:val="22"/>
          <w:rtl w:val="1"/>
        </w:rPr>
        <w:t>بالقدر</w:t>
      </w:r>
      <w:r>
        <w:rPr>
          <w:rFonts w:ascii="Arial" w:hAnsi="Arial" w:cs="Arial"/>
          <w:b/>
          <w:color w:val="0F4761"/>
          <w:sz w:val="22"/>
          <w:rtl w:val="1"/>
        </w:rPr>
        <w:t xml:space="preserve"> </w:t>
      </w:r>
      <w:r>
        <w:rPr>
          <w:rFonts w:ascii="Arial" w:hAnsi="Arial" w:cs="Arial"/>
          <w:b/>
          <w:color w:val="0F4761"/>
          <w:sz w:val="22"/>
          <w:rtl w:val="1"/>
        </w:rPr>
        <w:t>الذي</w:t>
      </w:r>
      <w:r>
        <w:rPr>
          <w:rFonts w:ascii="Arial" w:hAnsi="Arial" w:cs="Arial"/>
          <w:b/>
          <w:color w:val="0F4761"/>
          <w:sz w:val="22"/>
          <w:rtl w:val="1"/>
        </w:rPr>
        <w:t xml:space="preserve"> </w:t>
      </w:r>
      <w:r>
        <w:rPr>
          <w:rFonts w:ascii="Arial" w:hAnsi="Arial" w:cs="Arial"/>
          <w:b/>
          <w:color w:val="0F4761"/>
          <w:sz w:val="22"/>
          <w:rtl w:val="1"/>
        </w:rPr>
        <w:t>يزيل</w:t>
      </w:r>
      <w:r>
        <w:rPr>
          <w:rFonts w:ascii="Arial" w:hAnsi="Arial" w:cs="Arial"/>
          <w:b/>
          <w:color w:val="0F4761"/>
          <w:sz w:val="22"/>
          <w:rtl w:val="1"/>
        </w:rPr>
        <w:t xml:space="preserve"> </w:t>
      </w:r>
      <w:r>
        <w:rPr>
          <w:rFonts w:ascii="Arial" w:hAnsi="Arial" w:cs="Arial"/>
          <w:b/>
          <w:color w:val="0F4761"/>
          <w:sz w:val="22"/>
          <w:rtl w:val="1"/>
        </w:rPr>
        <w:t>ذلك</w:t>
      </w:r>
      <w:r>
        <w:rPr>
          <w:rFonts w:ascii="Arial" w:hAnsi="Arial" w:cs="Arial"/>
          <w:b/>
          <w:color w:val="0F4761"/>
          <w:sz w:val="22"/>
          <w:rtl w:val="1"/>
        </w:rPr>
        <w:t xml:space="preserve"> </w:t>
      </w:r>
      <w:r>
        <w:rPr>
          <w:rFonts w:ascii="Arial" w:hAnsi="Arial" w:cs="Arial"/>
          <w:b/>
          <w:color w:val="0F4761"/>
          <w:sz w:val="22"/>
          <w:rtl w:val="1"/>
        </w:rPr>
        <w:t>التعارض</w:t>
      </w:r>
      <w:r>
        <w:rPr>
          <w:rFonts w:ascii="Arial" w:hAnsi="Arial" w:cs="Arial"/>
          <w:b/>
          <w:color w:val="0F4761"/>
          <w:sz w:val="22"/>
          <w:rtl w:val="1"/>
        </w:rPr>
        <w:t>.</w:t>
      </w:r>
    </w:p>
    <w:p w14:paraId="7EFAE6AF" w14:textId="77777777" w:rsidR="009E64B1" w:rsidRDefault="009E64B1" w:rsidP="001F0C09">
      <w:pPr>
        <w:spacing w:before="0" w:after="80" w:line="269" w:lineRule="auto"/>
        <w:jc w:val="both"/>
        <w:bidi w:val="1"/>
      </w:pPr>
      <w:r>
        <w:rPr>
          <w:rFonts w:ascii="Arial" w:hAnsi="Arial" w:cs="Arial"/>
          <w:sz w:val="21"/>
          <w:rtl w:val="1"/>
        </w:rPr>
        <w:t>تبلغ</w:t>
      </w:r>
      <w:r>
        <w:rPr>
          <w:rFonts w:ascii="Arial" w:hAnsi="Arial" w:cs="Arial"/>
          <w:sz w:val="21"/>
          <w:rtl w:val="1"/>
        </w:rPr>
        <w:t xml:space="preserve"> </w:t>
      </w:r>
      <w:r>
        <w:rPr>
          <w:rFonts w:ascii="Arial" w:hAnsi="Arial" w:cs="Arial"/>
          <w:sz w:val="21"/>
          <w:rtl w:val="1"/>
        </w:rPr>
        <w:t>هذه</w:t>
      </w:r>
      <w:r>
        <w:rPr>
          <w:rFonts w:ascii="Arial" w:hAnsi="Arial" w:cs="Arial"/>
          <w:sz w:val="21"/>
          <w:rtl w:val="1"/>
        </w:rPr>
        <w:t xml:space="preserve"> </w:t>
      </w:r>
      <w:r>
        <w:rPr>
          <w:rFonts w:ascii="Arial" w:hAnsi="Arial" w:cs="Arial"/>
          <w:sz w:val="21"/>
          <w:rtl w:val="1"/>
        </w:rPr>
        <w:t>اللائحة</w:t>
      </w:r>
      <w:r>
        <w:rPr>
          <w:rFonts w:ascii="Arial" w:hAnsi="Arial" w:cs="Arial"/>
          <w:sz w:val="21"/>
          <w:rtl w:val="1"/>
        </w:rPr>
        <w:t xml:space="preserve"> </w:t>
      </w:r>
      <w:r>
        <w:rPr>
          <w:rFonts w:ascii="Arial" w:hAnsi="Arial" w:cs="Arial"/>
          <w:sz w:val="21"/>
          <w:rtl w:val="1"/>
        </w:rPr>
        <w:t>لجميع</w:t>
      </w:r>
      <w:r>
        <w:rPr>
          <w:rFonts w:ascii="Arial" w:hAnsi="Arial" w:cs="Arial"/>
          <w:sz w:val="21"/>
          <w:rtl w:val="1"/>
        </w:rPr>
        <w:t xml:space="preserve"> </w:t>
      </w:r>
      <w:r>
        <w:rPr>
          <w:rFonts w:ascii="Arial" w:hAnsi="Arial" w:cs="Arial"/>
          <w:sz w:val="21"/>
          <w:rtl w:val="1"/>
        </w:rPr>
        <w:t>الموظفين،</w:t>
      </w:r>
      <w:r>
        <w:rPr>
          <w:rFonts w:ascii="Arial" w:hAnsi="Arial" w:cs="Arial"/>
          <w:sz w:val="21"/>
          <w:rtl w:val="1"/>
        </w:rPr>
        <w:t xml:space="preserve"> </w:t>
      </w:r>
      <w:r>
        <w:rPr>
          <w:rFonts w:ascii="Arial" w:hAnsi="Arial" w:cs="Arial"/>
          <w:sz w:val="21"/>
          <w:rtl w:val="1"/>
        </w:rPr>
        <w:t>وتعد</w:t>
      </w:r>
      <w:r>
        <w:rPr>
          <w:rFonts w:ascii="Arial" w:hAnsi="Arial" w:cs="Arial"/>
          <w:sz w:val="21"/>
          <w:rtl w:val="1"/>
        </w:rPr>
        <w:t xml:space="preserve"> </w:t>
      </w:r>
      <w:r>
        <w:rPr>
          <w:rFonts w:ascii="Arial" w:hAnsi="Arial" w:cs="Arial"/>
          <w:sz w:val="21"/>
          <w:rtl w:val="1"/>
        </w:rPr>
        <w:t>ملزمة</w:t>
      </w:r>
      <w:r>
        <w:rPr>
          <w:rFonts w:ascii="Arial" w:hAnsi="Arial" w:cs="Arial"/>
          <w:sz w:val="21"/>
          <w:rtl w:val="1"/>
        </w:rPr>
        <w:t xml:space="preserve"> </w:t>
      </w:r>
      <w:r>
        <w:rPr>
          <w:rFonts w:ascii="Arial" w:hAnsi="Arial" w:cs="Arial"/>
          <w:sz w:val="21"/>
          <w:rtl w:val="1"/>
        </w:rPr>
        <w:t>لهم</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تاريخ</w:t>
      </w:r>
      <w:r>
        <w:rPr>
          <w:rFonts w:ascii="Arial" w:hAnsi="Arial" w:cs="Arial"/>
          <w:sz w:val="21"/>
          <w:rtl w:val="1"/>
        </w:rPr>
        <w:t xml:space="preserve"> </w:t>
      </w:r>
      <w:r>
        <w:rPr>
          <w:rFonts w:ascii="Arial" w:hAnsi="Arial" w:cs="Arial"/>
          <w:sz w:val="21"/>
          <w:rtl w:val="1"/>
        </w:rPr>
        <w:t>نفاذها</w:t>
      </w:r>
      <w:r>
        <w:rPr>
          <w:rFonts w:ascii="Arial" w:hAnsi="Arial" w:cs="Arial"/>
          <w:sz w:val="21"/>
          <w:rtl w:val="1"/>
        </w:rPr>
        <w:t>.</w:t>
      </w:r>
    </w:p>
    <w:p w14:paraId="7A70BCFC" w14:textId="77777777" w:rsidR="009E64B1" w:rsidRDefault="009E64B1" w:rsidP="001F0C09">
      <w:pPr>
        <w:spacing w:after="0"/>
      </w:pPr>
      <w:r>
        <w:br w:type="page"/>
      </w:r>
    </w:p>
    <w:p w14:paraId="520F01A9" w14:textId="77777777" w:rsidR="009E64B1" w:rsidRDefault="009E64B1" w:rsidP="001F0C09">
      <w:pPr>
        <w:spacing w:before="160" w:after="120" w:line="269" w:lineRule="auto"/>
        <w:jc w:val="right"/>
        <w:bidi w:val="1"/>
        <w:pStyle w:val="Heading1"/>
        <w:keepNext w:val="1"/>
        <w:keepLines w:val="1"/>
      </w:pPr>
      <w:r>
        <w:rPr>
          <w:rFonts w:ascii="Arial" w:hAnsi="Arial" w:cs="Arial"/>
          <w:b/>
          <w:color w:val="0F4761"/>
          <w:sz w:val="30"/>
          <w:rtl w:val="1"/>
        </w:rPr>
        <w:t>الملحق</w:t>
      </w:r>
      <w:r>
        <w:rPr>
          <w:rFonts w:ascii="Arial" w:hAnsi="Arial" w:cs="Arial"/>
          <w:b/>
          <w:color w:val="0F4761"/>
          <w:sz w:val="30"/>
          <w:rtl w:val="1"/>
        </w:rPr>
        <w:t xml:space="preserve"> </w:t>
      </w:r>
      <w:r>
        <w:rPr>
          <w:rFonts w:ascii="Arial" w:hAnsi="Arial" w:cs="Arial"/>
          <w:b/>
          <w:color w:val="0F4761"/>
          <w:sz w:val="30"/>
          <w:rtl w:val="1"/>
        </w:rPr>
        <w:t>الأول</w:t>
      </w:r>
      <w:r>
        <w:rPr>
          <w:rFonts w:ascii="Arial" w:hAnsi="Arial" w:cs="Arial"/>
          <w:b/>
          <w:color w:val="0F4761"/>
          <w:sz w:val="30"/>
          <w:rtl w:val="1"/>
        </w:rPr>
        <w:t xml:space="preserve">: </w:t>
      </w:r>
      <w:r>
        <w:rPr>
          <w:rFonts w:ascii="Arial" w:hAnsi="Arial" w:cs="Arial"/>
          <w:b/>
          <w:color w:val="0F4761"/>
          <w:sz w:val="30"/>
          <w:rtl w:val="1"/>
        </w:rPr>
        <w:t>جدول</w:t>
      </w:r>
      <w:r>
        <w:rPr>
          <w:rFonts w:ascii="Arial" w:hAnsi="Arial" w:cs="Arial"/>
          <w:b/>
          <w:color w:val="0F4761"/>
          <w:sz w:val="30"/>
          <w:rtl w:val="1"/>
        </w:rPr>
        <w:t xml:space="preserve"> </w:t>
      </w:r>
      <w:r>
        <w:rPr>
          <w:rFonts w:ascii="Arial" w:hAnsi="Arial" w:cs="Arial"/>
          <w:b/>
          <w:color w:val="0F4761"/>
          <w:sz w:val="30"/>
          <w:rtl w:val="1"/>
        </w:rPr>
        <w:t>المخالفات</w:t>
      </w:r>
      <w:r>
        <w:rPr>
          <w:rFonts w:ascii="Arial" w:hAnsi="Arial" w:cs="Arial"/>
          <w:b/>
          <w:color w:val="0F4761"/>
          <w:sz w:val="30"/>
          <w:rtl w:val="1"/>
        </w:rPr>
        <w:t xml:space="preserve"> </w:t>
      </w:r>
      <w:r>
        <w:rPr>
          <w:rFonts w:ascii="Arial" w:hAnsi="Arial" w:cs="Arial"/>
          <w:b/>
          <w:color w:val="0F4761"/>
          <w:sz w:val="30"/>
          <w:rtl w:val="1"/>
        </w:rPr>
        <w:t>والجزاءات</w:t>
      </w:r>
    </w:p>
    <w:p w14:paraId="24BFA2D0" w14:textId="77777777" w:rsidR="009E64B1" w:rsidRDefault="009E64B1" w:rsidP="001F0C09">
      <w:pPr>
        <w:spacing w:before="0" w:after="80" w:line="269" w:lineRule="auto"/>
        <w:jc w:val="both"/>
        <w:bidi w:val="1"/>
      </w:pPr>
      <w:r>
        <w:rPr>
          <w:rFonts w:ascii="Arial" w:hAnsi="Arial" w:cs="Arial"/>
          <w:sz w:val="21"/>
          <w:rtl w:val="1"/>
        </w:rPr>
        <w:t>يطبق</w:t>
      </w:r>
      <w:r>
        <w:rPr>
          <w:rFonts w:ascii="Arial" w:hAnsi="Arial" w:cs="Arial"/>
          <w:sz w:val="21"/>
          <w:rtl w:val="1"/>
        </w:rPr>
        <w:t xml:space="preserve"> </w:t>
      </w:r>
      <w:r>
        <w:rPr>
          <w:rFonts w:ascii="Arial" w:hAnsi="Arial" w:cs="Arial"/>
          <w:sz w:val="21"/>
          <w:rtl w:val="1"/>
        </w:rPr>
        <w:t>جدول</w:t>
      </w:r>
      <w:r>
        <w:rPr>
          <w:rFonts w:ascii="Arial" w:hAnsi="Arial" w:cs="Arial"/>
          <w:sz w:val="21"/>
          <w:rtl w:val="1"/>
        </w:rPr>
        <w:t xml:space="preserve"> </w:t>
      </w:r>
      <w:r>
        <w:rPr>
          <w:rFonts w:ascii="Arial" w:hAnsi="Arial" w:cs="Arial"/>
          <w:sz w:val="21"/>
          <w:rtl w:val="1"/>
        </w:rPr>
        <w:t>المخالفات</w:t>
      </w:r>
      <w:r>
        <w:rPr>
          <w:rFonts w:ascii="Arial" w:hAnsi="Arial" w:cs="Arial"/>
          <w:sz w:val="21"/>
          <w:rtl w:val="1"/>
        </w:rPr>
        <w:t xml:space="preserve"> </w:t>
      </w:r>
      <w:r>
        <w:rPr>
          <w:rFonts w:ascii="Arial" w:hAnsi="Arial" w:cs="Arial"/>
          <w:sz w:val="21"/>
          <w:rtl w:val="1"/>
        </w:rPr>
        <w:t>والجزاءات</w:t>
      </w:r>
      <w:r>
        <w:rPr>
          <w:rFonts w:ascii="Arial" w:hAnsi="Arial" w:cs="Arial"/>
          <w:sz w:val="21"/>
          <w:rtl w:val="1"/>
        </w:rPr>
        <w:t xml:space="preserve"> </w:t>
      </w:r>
      <w:r>
        <w:rPr>
          <w:rFonts w:ascii="Arial" w:hAnsi="Arial" w:cs="Arial"/>
          <w:sz w:val="21"/>
          <w:rtl w:val="1"/>
        </w:rPr>
        <w:t>وفق</w:t>
      </w:r>
      <w:r>
        <w:rPr>
          <w:rFonts w:ascii="Arial" w:hAnsi="Arial" w:cs="Arial"/>
          <w:sz w:val="21"/>
          <w:rtl w:val="1"/>
        </w:rPr>
        <w:t xml:space="preserve"> </w:t>
      </w:r>
      <w:r>
        <w:rPr>
          <w:rFonts w:ascii="Arial" w:hAnsi="Arial" w:cs="Arial"/>
          <w:sz w:val="21"/>
          <w:rtl w:val="1"/>
        </w:rPr>
        <w:t>أحكام</w:t>
      </w:r>
      <w:r>
        <w:rPr>
          <w:rFonts w:ascii="Arial" w:hAnsi="Arial" w:cs="Arial"/>
          <w:sz w:val="21"/>
          <w:rtl w:val="1"/>
        </w:rPr>
        <w:t xml:space="preserve"> </w:t>
      </w:r>
      <w:r>
        <w:rPr>
          <w:rFonts w:ascii="Arial" w:hAnsi="Arial" w:cs="Arial"/>
          <w:sz w:val="21"/>
          <w:rtl w:val="1"/>
        </w:rPr>
        <w:t>نظام</w:t>
      </w:r>
      <w:r>
        <w:rPr>
          <w:rFonts w:ascii="Arial" w:hAnsi="Arial" w:cs="Arial"/>
          <w:sz w:val="21"/>
          <w:rtl w:val="1"/>
        </w:rPr>
        <w:t xml:space="preserve"> </w:t>
      </w:r>
      <w:r>
        <w:rPr>
          <w:rFonts w:ascii="Arial" w:hAnsi="Arial" w:cs="Arial"/>
          <w:sz w:val="21"/>
          <w:rtl w:val="1"/>
        </w:rPr>
        <w:t>العمل</w:t>
      </w:r>
      <w:r>
        <w:rPr>
          <w:rFonts w:ascii="Arial" w:hAnsi="Arial" w:cs="Arial"/>
          <w:sz w:val="21"/>
          <w:rtl w:val="1"/>
        </w:rPr>
        <w:t xml:space="preserve"> </w:t>
      </w:r>
      <w:r>
        <w:rPr>
          <w:rFonts w:ascii="Arial" w:hAnsi="Arial" w:cs="Arial"/>
          <w:sz w:val="21"/>
          <w:rtl w:val="1"/>
        </w:rPr>
        <w:t>السعودي</w:t>
      </w:r>
      <w:r>
        <w:rPr>
          <w:rFonts w:ascii="Arial" w:hAnsi="Arial" w:cs="Arial"/>
          <w:sz w:val="21"/>
          <w:rtl w:val="1"/>
        </w:rPr>
        <w:t xml:space="preserve"> </w:t>
      </w:r>
      <w:r>
        <w:rPr>
          <w:rFonts w:ascii="Arial" w:hAnsi="Arial" w:cs="Arial"/>
          <w:sz w:val="21"/>
          <w:rtl w:val="1"/>
        </w:rPr>
        <w:t>واللوائح</w:t>
      </w:r>
      <w:r>
        <w:rPr>
          <w:rFonts w:ascii="Arial" w:hAnsi="Arial" w:cs="Arial"/>
          <w:sz w:val="21"/>
          <w:rtl w:val="1"/>
        </w:rPr>
        <w:t xml:space="preserve"> </w:t>
      </w:r>
      <w:r>
        <w:rPr>
          <w:rFonts w:ascii="Arial" w:hAnsi="Arial" w:cs="Arial"/>
          <w:sz w:val="21"/>
          <w:rtl w:val="1"/>
        </w:rPr>
        <w:t>التنفيذية</w:t>
      </w:r>
      <w:r>
        <w:rPr>
          <w:rFonts w:ascii="Arial" w:hAnsi="Arial" w:cs="Arial"/>
          <w:sz w:val="21"/>
          <w:rtl w:val="1"/>
        </w:rPr>
        <w:t xml:space="preserve"> </w:t>
      </w:r>
      <w:r>
        <w:rPr>
          <w:rFonts w:ascii="Arial" w:hAnsi="Arial" w:cs="Arial"/>
          <w:sz w:val="21"/>
          <w:rtl w:val="1"/>
        </w:rPr>
        <w:t>والقرارات</w:t>
      </w:r>
      <w:r>
        <w:rPr>
          <w:rFonts w:ascii="Arial" w:hAnsi="Arial" w:cs="Arial"/>
          <w:sz w:val="21"/>
          <w:rtl w:val="1"/>
        </w:rPr>
        <w:t xml:space="preserve"> </w:t>
      </w:r>
      <w:r>
        <w:rPr>
          <w:rFonts w:ascii="Arial" w:hAnsi="Arial" w:cs="Arial"/>
          <w:sz w:val="21"/>
          <w:rtl w:val="1"/>
        </w:rPr>
        <w:t>النظامية</w:t>
      </w:r>
      <w:r>
        <w:rPr>
          <w:rFonts w:ascii="Arial" w:hAnsi="Arial" w:cs="Arial"/>
          <w:sz w:val="21"/>
          <w:rtl w:val="1"/>
        </w:rPr>
        <w:t xml:space="preserve"> </w:t>
      </w:r>
      <w:r>
        <w:rPr>
          <w:rFonts w:ascii="Arial" w:hAnsi="Arial" w:cs="Arial"/>
          <w:sz w:val="21"/>
          <w:rtl w:val="1"/>
        </w:rPr>
        <w:t>النافذة،</w:t>
      </w:r>
      <w:r>
        <w:rPr>
          <w:rFonts w:ascii="Arial" w:hAnsi="Arial" w:cs="Arial"/>
          <w:sz w:val="21"/>
          <w:rtl w:val="1"/>
        </w:rPr>
        <w:t xml:space="preserve"> </w:t>
      </w:r>
      <w:r>
        <w:rPr>
          <w:rFonts w:ascii="Arial" w:hAnsi="Arial" w:cs="Arial"/>
          <w:sz w:val="21"/>
          <w:rtl w:val="1"/>
        </w:rPr>
        <w:t>ويعتمد</w:t>
      </w:r>
      <w:r>
        <w:rPr>
          <w:rFonts w:ascii="Arial" w:hAnsi="Arial" w:cs="Arial"/>
          <w:sz w:val="21"/>
          <w:rtl w:val="1"/>
        </w:rPr>
        <w:t xml:space="preserve"> </w:t>
      </w:r>
      <w:r>
        <w:rPr>
          <w:rFonts w:ascii="Arial" w:hAnsi="Arial" w:cs="Arial"/>
          <w:sz w:val="21"/>
          <w:rtl w:val="1"/>
        </w:rPr>
        <w:t>الجدول</w:t>
      </w:r>
      <w:r>
        <w:rPr>
          <w:rFonts w:ascii="Arial" w:hAnsi="Arial" w:cs="Arial"/>
          <w:sz w:val="21"/>
          <w:rtl w:val="1"/>
        </w:rPr>
        <w:t xml:space="preserve"> </w:t>
      </w:r>
      <w:r>
        <w:rPr>
          <w:rFonts w:ascii="Arial" w:hAnsi="Arial" w:cs="Arial"/>
          <w:sz w:val="21"/>
          <w:rtl w:val="1"/>
        </w:rPr>
        <w:t>المعمول</w:t>
      </w:r>
      <w:r>
        <w:rPr>
          <w:rFonts w:ascii="Arial" w:hAnsi="Arial" w:cs="Arial"/>
          <w:sz w:val="21"/>
          <w:rtl w:val="1"/>
        </w:rPr>
        <w:t xml:space="preserve"> </w:t>
      </w:r>
      <w:r>
        <w:rPr>
          <w:rFonts w:ascii="Arial" w:hAnsi="Arial" w:cs="Arial"/>
          <w:sz w:val="21"/>
          <w:rtl w:val="1"/>
        </w:rPr>
        <w:t>به</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الجمعية</w:t>
      </w:r>
      <w:r>
        <w:rPr>
          <w:rFonts w:ascii="Arial" w:hAnsi="Arial" w:cs="Arial"/>
          <w:sz w:val="21"/>
          <w:rtl w:val="1"/>
        </w:rPr>
        <w:t xml:space="preserve"> </w:t>
      </w:r>
      <w:r>
        <w:rPr>
          <w:rFonts w:ascii="Arial" w:hAnsi="Arial" w:cs="Arial"/>
          <w:sz w:val="21"/>
          <w:rtl w:val="1"/>
        </w:rPr>
        <w:t>بقرار</w:t>
      </w:r>
      <w:r>
        <w:rPr>
          <w:rFonts w:ascii="Arial" w:hAnsi="Arial" w:cs="Arial"/>
          <w:sz w:val="21"/>
          <w:rtl w:val="1"/>
        </w:rPr>
        <w:t xml:space="preserve"> </w:t>
      </w:r>
      <w:r>
        <w:rPr>
          <w:rFonts w:ascii="Arial" w:hAnsi="Arial" w:cs="Arial"/>
          <w:sz w:val="21"/>
          <w:rtl w:val="1"/>
        </w:rPr>
        <w:t>من</w:t>
      </w:r>
      <w:r>
        <w:rPr>
          <w:rFonts w:ascii="Arial" w:hAnsi="Arial" w:cs="Arial"/>
          <w:sz w:val="21"/>
          <w:rtl w:val="1"/>
        </w:rPr>
        <w:t xml:space="preserve"> </w:t>
      </w:r>
      <w:r>
        <w:rPr>
          <w:rFonts w:ascii="Arial" w:hAnsi="Arial" w:cs="Arial"/>
          <w:sz w:val="21"/>
          <w:rtl w:val="1"/>
        </w:rPr>
        <w:t>مجلس</w:t>
      </w:r>
      <w:r>
        <w:rPr>
          <w:rFonts w:ascii="Arial" w:hAnsi="Arial" w:cs="Arial"/>
          <w:sz w:val="21"/>
          <w:rtl w:val="1"/>
        </w:rPr>
        <w:t xml:space="preserve"> </w:t>
      </w:r>
      <w:r>
        <w:rPr>
          <w:rFonts w:ascii="Arial" w:hAnsi="Arial" w:cs="Arial"/>
          <w:sz w:val="21"/>
          <w:rtl w:val="1"/>
        </w:rPr>
        <w:t>الإدارة</w:t>
      </w:r>
      <w:r>
        <w:rPr>
          <w:rFonts w:ascii="Arial" w:hAnsi="Arial" w:cs="Arial"/>
          <w:sz w:val="21"/>
          <w:rtl w:val="1"/>
        </w:rPr>
        <w:t>.</w:t>
      </w:r>
    </w:p>
    <w:p>
      <w:r>
        <w:br w:type="page"/>
      </w:r>
    </w:p>
    <w:p>
      <w:pPr>
        <w:pStyle w:val="Heading1"/>
        <w:pageBreakBefore/>
        <w:jc w:val="right"/>
        <w:bidi/>
      </w:pPr>
      <w:r>
        <w:rPr>
          <w:rFonts w:ascii="Arial" w:hAnsi="Arial" w:cs="Arial"/>
          <w:b/>
          <w:color w:val="0E4C63"/>
          <w:sz w:val="32"/>
        </w:rPr>
        <w:t>الملحق الثاني: مصفوفة صلاحيات الموارد البشرية</w:t>
      </w:r>
    </w:p>
    <w:p>
      <w:pPr>
        <w:spacing w:after="80"/>
        <w:jc w:val="right"/>
        <w:bidi/>
      </w:pPr>
      <w:r>
        <w:rPr>
          <w:rFonts w:ascii="Arial" w:hAnsi="Arial" w:cs="Arial"/>
          <w:b w:val="0"/>
          <w:sz w:val="19"/>
        </w:rPr>
        <w:t>تحدد هذه المصفوفة المسؤوليات الأساسية لإجراءات الموارد البشرية، وتُطبق مع مراعاة الهيكل التنظيمي والميزانية ومصفوفة الصلاحيات المالية والإدارية المعتمدة. ويقصد بصاحب الصلاحية الجهة المحددة في خانة الاعتماد، ولا يجوز لمن أعد الإجراء أن يعتمد الإجراء نفسه متى استلزم الفصل بين الإعداد والمراجعة والاعتماد.</w:t>
      </w:r>
    </w:p>
    <w:p>
      <w:pPr>
        <w:spacing w:before="140" w:after="60"/>
        <w:jc w:val="right"/>
        <w:bidi/>
        <w:keepNext/>
      </w:pPr>
      <w:r>
        <w:rPr>
          <w:rFonts w:ascii="Arial" w:hAnsi="Arial" w:cs="Arial"/>
          <w:b/>
          <w:color w:val="0E4C63"/>
          <w:sz w:val="24"/>
        </w:rPr>
        <w:t>أولًا: تخطيط القوى العاملة والتوظيف</w:t>
      </w:r>
    </w:p>
    <w:tbl>
      <w:tblPr>
        <w:tblW w:type="auto" w:w="0"/>
        <w:jc w:val="center"/>
        <w:tblLayout w:type="fixed"/>
        <w:tblLook w:firstColumn="1" w:firstRow="1" w:lastColumn="0" w:lastRow="0" w:noHBand="0" w:noVBand="1" w:val="04A0"/>
      </w:tblPr>
      <w:tblGrid>
        <w:gridCol w:w="2007"/>
        <w:gridCol w:w="2007"/>
        <w:gridCol w:w="2007"/>
        <w:gridCol w:w="2007"/>
      </w:tblGrid>
      <w:tr>
        <w:trPr>
          <w:tblHeader w:val="true"/>
        </w:trPr>
        <w:tc>
          <w:tcPr>
            <w:tcW w:type="dxa" w:w="2835"/>
            <w:shd w:fill="0E4C63"/>
            <w:vAlign w:val="center"/>
          </w:tcPr>
          <w:p>
            <w:pPr>
              <w:jc w:val="center"/>
              <w:bidi/>
            </w:pPr>
            <w:r>
              <w:rPr>
                <w:rFonts w:ascii="Arial" w:hAnsi="Arial" w:cs="Arial"/>
                <w:b/>
                <w:color w:val="FFFFFF"/>
                <w:sz w:val="17"/>
              </w:rPr>
              <w:t>الإجراء</w:t>
            </w:r>
          </w:p>
        </w:tc>
        <w:tc>
          <w:tcPr>
            <w:tcW w:type="dxa" w:w="1757"/>
            <w:shd w:fill="0E4C63"/>
            <w:vAlign w:val="center"/>
          </w:tcPr>
          <w:p>
            <w:r>
              <w:t>التنفيذ</w:t>
            </w:r>
          </w:p>
        </w:tc>
        <w:tc>
          <w:tcPr>
            <w:tcW w:type="dxa" w:w="1757"/>
            <w:shd w:fill="0E4C63"/>
            <w:vAlign w:val="center"/>
          </w:tcPr>
          <w:p>
            <w:r>
              <w:t>المراجعة والتوصية</w:t>
            </w:r>
          </w:p>
        </w:tc>
        <w:tc>
          <w:tcPr>
            <w:tcW w:type="dxa" w:w="1757"/>
            <w:shd w:fill="0E4C63"/>
            <w:vAlign w:val="center"/>
          </w:tcPr>
          <w:p>
            <w:r>
              <w:t>الاعتماد</w:t>
            </w:r>
          </w:p>
        </w:tc>
      </w:tr>
      <w:tr>
        <w:tc>
          <w:tcPr>
            <w:tcW w:type="dxa" w:w="2835"/>
            <w:vAlign w:val="center"/>
          </w:tcPr>
          <w:p>
            <w:pPr>
              <w:spacing w:before="30" w:after="30"/>
              <w:jc w:val="right"/>
              <w:bidi/>
            </w:pPr>
            <w:r>
              <w:rPr>
                <w:rFonts w:ascii="Arial" w:hAnsi="Arial" w:cs="Arial"/>
                <w:b w:val="0"/>
                <w:sz w:val="16"/>
              </w:rPr>
              <w:t>اعتماد خطة القوى العاملة السنوية</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إنشاء وظيفة أو تعديل وظيفة خارج الهيكل المعتمد</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طلب شغل وظيفة معتمدة</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الإعلان والفرز والمقابلات</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تعيين موظف ضمن الهيكل والموازنة</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تعيين المدير التنفيذي وتحديد مزاياه</w:t>
            </w:r>
          </w:p>
        </w:tc>
        <w:tc>
          <w:tcPr>
            <w:tcW w:type="dxa" w:w="1757"/>
            <w:shd w:fill="EAF3EC"/>
            <w:vAlign w:val="center"/>
          </w:tcPr>
          <w:p>
            <w:r>
              <w:t>لجنة يكلّفها مجلس الإدارة</w:t>
            </w:r>
          </w:p>
        </w:tc>
        <w:tc>
          <w:tcPr>
            <w:tcW w:type="dxa" w:w="1757"/>
            <w:shd w:fill="EAF3EC"/>
            <w:vAlign w:val="center"/>
          </w:tcPr>
          <w:p>
            <w:r>
              <w:t>المختص النظامي عند الحاجة، ورئيس مجلس الإدارة</w:t>
            </w:r>
          </w:p>
        </w:tc>
        <w:tc>
          <w:tcPr>
            <w:tcW w:type="dxa" w:w="1757"/>
            <w:shd w:fill="EAF3EC"/>
            <w:vAlign w:val="center"/>
          </w:tcPr>
          <w:p>
            <w:r>
              <w:t>مجلس الإدارة</w:t>
            </w:r>
          </w:p>
        </w:tc>
      </w:tr>
    </w:tbl>
    <w:p>
      <w:pPr>
        <w:spacing w:before="140" w:after="60"/>
        <w:jc w:val="right"/>
        <w:bidi/>
        <w:keepNext/>
      </w:pPr>
      <w:r>
        <w:rPr>
          <w:rFonts w:ascii="Arial" w:hAnsi="Arial" w:cs="Arial"/>
          <w:b/>
          <w:color w:val="0E4C63"/>
          <w:sz w:val="24"/>
        </w:rPr>
        <w:t>ثانيًا: إدارة العلاقة الوظيفية</w:t>
      </w:r>
    </w:p>
    <w:tbl>
      <w:tblPr>
        <w:tblW w:type="auto" w:w="0"/>
        <w:jc w:val="center"/>
        <w:tblLayout w:type="fixed"/>
        <w:tblLook w:firstColumn="1" w:firstRow="1" w:lastColumn="0" w:lastRow="0" w:noHBand="0" w:noVBand="1" w:val="04A0"/>
      </w:tblPr>
      <w:tblGrid>
        <w:gridCol w:w="2007"/>
        <w:gridCol w:w="2007"/>
        <w:gridCol w:w="2007"/>
        <w:gridCol w:w="2007"/>
      </w:tblGrid>
      <w:tr>
        <w:trPr>
          <w:tblHeader w:val="true"/>
        </w:trPr>
        <w:tc>
          <w:tcPr>
            <w:tcW w:type="dxa" w:w="2835"/>
            <w:shd w:fill="0E4C63"/>
            <w:vAlign w:val="center"/>
          </w:tcPr>
          <w:p>
            <w:pPr>
              <w:jc w:val="center"/>
              <w:bidi/>
            </w:pPr>
            <w:r>
              <w:rPr>
                <w:rFonts w:ascii="Arial" w:hAnsi="Arial" w:cs="Arial"/>
                <w:b/>
                <w:color w:val="FFFFFF"/>
                <w:sz w:val="17"/>
              </w:rPr>
              <w:t>الإجراء</w:t>
            </w:r>
          </w:p>
        </w:tc>
        <w:tc>
          <w:tcPr>
            <w:tcW w:type="dxa" w:w="1757"/>
            <w:shd w:fill="0E4C63"/>
            <w:vAlign w:val="center"/>
          </w:tcPr>
          <w:p>
            <w:r>
              <w:t>التنفيذ</w:t>
            </w:r>
          </w:p>
        </w:tc>
        <w:tc>
          <w:tcPr>
            <w:tcW w:type="dxa" w:w="1757"/>
            <w:shd w:fill="0E4C63"/>
            <w:vAlign w:val="center"/>
          </w:tcPr>
          <w:p>
            <w:r>
              <w:t>المراجعة والتوصية</w:t>
            </w:r>
          </w:p>
        </w:tc>
        <w:tc>
          <w:tcPr>
            <w:tcW w:type="dxa" w:w="1757"/>
            <w:shd w:fill="0E4C63"/>
            <w:vAlign w:val="center"/>
          </w:tcPr>
          <w:p>
            <w:r>
              <w:t>الاعتماد</w:t>
            </w:r>
          </w:p>
        </w:tc>
      </w:tr>
      <w:tr>
        <w:tc>
          <w:tcPr>
            <w:tcW w:type="dxa" w:w="2835"/>
            <w:vAlign w:val="center"/>
          </w:tcPr>
          <w:p>
            <w:pPr>
              <w:spacing w:before="30" w:after="30"/>
              <w:jc w:val="right"/>
              <w:bidi/>
            </w:pPr>
            <w:r>
              <w:rPr>
                <w:rFonts w:ascii="Arial" w:hAnsi="Arial" w:cs="Arial"/>
                <w:b w:val="0"/>
                <w:sz w:val="16"/>
              </w:rPr>
              <w:t>توثيق عقد العمل وتجديده عبر قوى</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اعتماد اجتياز أو إنهاء فترة التجربة</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النقل أو التكليف المؤقت داخل الجمعية</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الترقية أو تعديل المسمى والراتب</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تحديث البيانات والملف الوظيفي</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bl>
    <w:p>
      <w:pPr>
        <w:spacing w:before="140" w:after="60"/>
        <w:jc w:val="right"/>
        <w:bidi/>
        <w:keepNext/>
      </w:pPr>
      <w:r>
        <w:rPr>
          <w:rFonts w:ascii="Arial" w:hAnsi="Arial" w:cs="Arial"/>
          <w:b/>
          <w:color w:val="0E4C63"/>
          <w:sz w:val="24"/>
        </w:rPr>
        <w:t>ثالثًا: الدوام والإجازات والمستحقات</w:t>
      </w:r>
    </w:p>
    <w:tbl>
      <w:tblPr>
        <w:tblW w:type="auto" w:w="0"/>
        <w:jc w:val="center"/>
        <w:tblLayout w:type="fixed"/>
        <w:tblLook w:firstColumn="1" w:firstRow="1" w:lastColumn="0" w:lastRow="0" w:noHBand="0" w:noVBand="1" w:val="04A0"/>
      </w:tblPr>
      <w:tblGrid>
        <w:gridCol w:w="2007"/>
        <w:gridCol w:w="2007"/>
        <w:gridCol w:w="2007"/>
        <w:gridCol w:w="2007"/>
      </w:tblGrid>
      <w:tr>
        <w:trPr>
          <w:tblHeader w:val="true"/>
        </w:trPr>
        <w:tc>
          <w:tcPr>
            <w:tcW w:type="dxa" w:w="2835"/>
            <w:shd w:fill="0E4C63"/>
            <w:vAlign w:val="center"/>
          </w:tcPr>
          <w:p>
            <w:pPr>
              <w:jc w:val="center"/>
              <w:bidi/>
            </w:pPr>
            <w:r>
              <w:rPr>
                <w:rFonts w:ascii="Arial" w:hAnsi="Arial" w:cs="Arial"/>
                <w:b/>
                <w:color w:val="FFFFFF"/>
                <w:sz w:val="17"/>
              </w:rPr>
              <w:t>الإجراء</w:t>
            </w:r>
          </w:p>
        </w:tc>
        <w:tc>
          <w:tcPr>
            <w:tcW w:type="dxa" w:w="1757"/>
            <w:shd w:fill="0E4C63"/>
            <w:vAlign w:val="center"/>
          </w:tcPr>
          <w:p>
            <w:r>
              <w:t>التنفيذ</w:t>
            </w:r>
          </w:p>
        </w:tc>
        <w:tc>
          <w:tcPr>
            <w:tcW w:type="dxa" w:w="1757"/>
            <w:shd w:fill="0E4C63"/>
            <w:vAlign w:val="center"/>
          </w:tcPr>
          <w:p>
            <w:r>
              <w:t>المراجعة والتوصية</w:t>
            </w:r>
          </w:p>
        </w:tc>
        <w:tc>
          <w:tcPr>
            <w:tcW w:type="dxa" w:w="1757"/>
            <w:shd w:fill="0E4C63"/>
            <w:vAlign w:val="center"/>
          </w:tcPr>
          <w:p>
            <w:r>
              <w:t>الاعتماد</w:t>
            </w:r>
          </w:p>
        </w:tc>
      </w:tr>
      <w:tr>
        <w:tc>
          <w:tcPr>
            <w:tcW w:type="dxa" w:w="2835"/>
            <w:vAlign w:val="center"/>
          </w:tcPr>
          <w:p>
            <w:pPr>
              <w:spacing w:before="30" w:after="30"/>
              <w:jc w:val="right"/>
              <w:bidi/>
            </w:pPr>
            <w:r>
              <w:rPr>
                <w:rFonts w:ascii="Arial" w:hAnsi="Arial" w:cs="Arial"/>
                <w:b w:val="0"/>
                <w:sz w:val="16"/>
              </w:rPr>
              <w:t>الإجازة السنوية والاعتيادية</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الإجازات النظامية المثبتة</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العمل الإضافي</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الانتداب والمهمات الرسمية</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مسير الرواتب والاستحقاقات</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bl>
    <w:p>
      <w:pPr>
        <w:spacing w:before="140" w:after="60"/>
        <w:jc w:val="right"/>
        <w:bidi/>
        <w:keepNext/>
      </w:pPr>
      <w:r>
        <w:rPr>
          <w:rFonts w:ascii="Arial" w:hAnsi="Arial" w:cs="Arial"/>
          <w:b/>
          <w:color w:val="0E4C63"/>
          <w:sz w:val="24"/>
        </w:rPr>
        <w:t>رابعًا: الأداء والمساءلة وانتهاء الخدمة</w:t>
      </w:r>
    </w:p>
    <w:tbl>
      <w:tblPr>
        <w:tblW w:type="auto" w:w="0"/>
        <w:jc w:val="center"/>
        <w:tblLayout w:type="fixed"/>
        <w:tblLook w:firstColumn="1" w:firstRow="1" w:lastColumn="0" w:lastRow="0" w:noHBand="0" w:noVBand="1" w:val="04A0"/>
      </w:tblPr>
      <w:tblGrid>
        <w:gridCol w:w="2007"/>
        <w:gridCol w:w="2007"/>
        <w:gridCol w:w="2007"/>
        <w:gridCol w:w="2007"/>
      </w:tblGrid>
      <w:tr>
        <w:trPr>
          <w:tblHeader w:val="true"/>
        </w:trPr>
        <w:tc>
          <w:tcPr>
            <w:tcW w:type="dxa" w:w="2835"/>
            <w:shd w:fill="0E4C63"/>
            <w:vAlign w:val="center"/>
          </w:tcPr>
          <w:p>
            <w:pPr>
              <w:jc w:val="center"/>
              <w:bidi/>
            </w:pPr>
            <w:r>
              <w:rPr>
                <w:rFonts w:ascii="Arial" w:hAnsi="Arial" w:cs="Arial"/>
                <w:b/>
                <w:color w:val="FFFFFF"/>
                <w:sz w:val="17"/>
              </w:rPr>
              <w:t>الإجراء</w:t>
            </w:r>
          </w:p>
        </w:tc>
        <w:tc>
          <w:tcPr>
            <w:tcW w:type="dxa" w:w="1757"/>
            <w:shd w:fill="0E4C63"/>
            <w:vAlign w:val="center"/>
          </w:tcPr>
          <w:p>
            <w:r>
              <w:t>التنفيذ</w:t>
            </w:r>
          </w:p>
        </w:tc>
        <w:tc>
          <w:tcPr>
            <w:tcW w:type="dxa" w:w="1757"/>
            <w:shd w:fill="0E4C63"/>
            <w:vAlign w:val="center"/>
          </w:tcPr>
          <w:p>
            <w:r>
              <w:t>المراجعة والتوصية</w:t>
            </w:r>
          </w:p>
        </w:tc>
        <w:tc>
          <w:tcPr>
            <w:tcW w:type="dxa" w:w="1757"/>
            <w:shd w:fill="0E4C63"/>
            <w:vAlign w:val="center"/>
          </w:tcPr>
          <w:p>
            <w:r>
              <w:t>الاعتماد</w:t>
            </w:r>
          </w:p>
        </w:tc>
      </w:tr>
      <w:tr>
        <w:tc>
          <w:tcPr>
            <w:tcW w:type="dxa" w:w="2835"/>
            <w:vAlign w:val="center"/>
          </w:tcPr>
          <w:p>
            <w:pPr>
              <w:spacing w:before="30" w:after="30"/>
              <w:jc w:val="right"/>
              <w:bidi/>
            </w:pPr>
            <w:r>
              <w:rPr>
                <w:rFonts w:ascii="Arial" w:hAnsi="Arial" w:cs="Arial"/>
                <w:b w:val="0"/>
                <w:sz w:val="16"/>
              </w:rPr>
              <w:t>تقييم الأداء السنوي</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خطة تحسين الأداء</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فتح تحقيق إداري</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توقيع جزاء تأديبي</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قبول الاستقالة أو تأجيلها</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r>
        <w:tc>
          <w:tcPr>
            <w:tcW w:type="dxa" w:w="2835"/>
            <w:shd w:fill="EAF3EC"/>
            <w:vAlign w:val="center"/>
          </w:tcPr>
          <w:p>
            <w:pPr>
              <w:spacing w:before="30" w:after="30"/>
              <w:jc w:val="right"/>
              <w:bidi/>
            </w:pPr>
            <w:r>
              <w:rPr>
                <w:rFonts w:ascii="Arial" w:hAnsi="Arial" w:cs="Arial"/>
                <w:b w:val="0"/>
                <w:sz w:val="16"/>
              </w:rPr>
              <w:t>عدم التجديد أو إنهاء العقد</w:t>
            </w:r>
          </w:p>
        </w:tc>
        <w:tc>
          <w:tcPr>
            <w:tcW w:type="dxa" w:w="1757"/>
            <w:shd w:fill="EAF3EC"/>
            <w:vAlign w:val="center"/>
          </w:tcPr>
          <w:p>
            <w:r>
              <w:t>وحدة الموارد البشرية</w:t>
            </w:r>
          </w:p>
        </w:tc>
        <w:tc>
          <w:tcPr>
            <w:tcW w:type="dxa" w:w="1757"/>
            <w:shd w:fill="EAF3EC"/>
            <w:vAlign w:val="center"/>
          </w:tcPr>
          <w:p>
            <w:r>
              <w:t>المدير التنفيذي للبرامج والعمليات</w:t>
            </w:r>
          </w:p>
        </w:tc>
        <w:tc>
          <w:tcPr>
            <w:tcW w:type="dxa" w:w="1757"/>
            <w:shd w:fill="EAF3EC"/>
            <w:vAlign w:val="center"/>
          </w:tcPr>
          <w:p>
            <w:r>
              <w:t>المدير التنفيذي للجمعية</w:t>
            </w:r>
          </w:p>
        </w:tc>
      </w:tr>
      <w:tr>
        <w:tc>
          <w:tcPr>
            <w:tcW w:type="dxa" w:w="2835"/>
            <w:vAlign w:val="center"/>
          </w:tcPr>
          <w:p>
            <w:pPr>
              <w:spacing w:before="30" w:after="30"/>
              <w:jc w:val="right"/>
              <w:bidi/>
            </w:pPr>
            <w:r>
              <w:rPr>
                <w:rFonts w:ascii="Arial" w:hAnsi="Arial" w:cs="Arial"/>
                <w:b w:val="0"/>
                <w:sz w:val="16"/>
              </w:rPr>
              <w:t>إخلاء الطرف وتسوية المستحقات</w:t>
            </w:r>
          </w:p>
        </w:tc>
        <w:tc>
          <w:tcPr>
            <w:tcW w:type="dxa" w:w="1757"/>
            <w:vAlign w:val="center"/>
          </w:tcPr>
          <w:p>
            <w:r>
              <w:t>وحدة الموارد البشرية</w:t>
            </w:r>
          </w:p>
        </w:tc>
        <w:tc>
          <w:tcPr>
            <w:tcW w:type="dxa" w:w="1757"/>
            <w:vAlign w:val="center"/>
          </w:tcPr>
          <w:p>
            <w:r>
              <w:t>المدير التنفيذي للبرامج والعمليات</w:t>
            </w:r>
          </w:p>
        </w:tc>
        <w:tc>
          <w:tcPr>
            <w:tcW w:type="dxa" w:w="1757"/>
            <w:vAlign w:val="center"/>
          </w:tcPr>
          <w:p>
            <w:r>
              <w:t>المدير التنفيذي للجمعية</w:t>
            </w:r>
          </w:p>
        </w:tc>
      </w:tr>
    </w:tbl>
    <w:p>
      <w:pPr>
        <w:spacing w:before="120"/>
        <w:jc w:val="right"/>
        <w:bidi/>
      </w:pPr>
      <w:r>
        <w:rPr>
          <w:rFonts w:ascii="Arial" w:hAnsi="Arial" w:cs="Arial"/>
          <w:b w:val="0"/>
          <w:sz w:val="18"/>
        </w:rPr>
        <w:t xml:space="preserve">ضوابط التطبيق: </w:t>
      </w:r>
      <w:r>
        <w:rPr>
          <w:rFonts w:ascii="Arial" w:hAnsi="Arial" w:cs="Arial"/>
          <w:b w:val="0"/>
          <w:sz w:val="18"/>
        </w:rPr>
        <w:t>تخضع جميع الإجراءات لنظام العمل ولائحة تنظيم العمل المعتمدة عبر منصة قوى والميزانية المعتمدة. ويجوز للمدير التنفيذي تفويض بعض صلاحياته كتابةً فيما لا يتطلب اعتماد مجلس الإدارة أو يخالف الأنظمة. وفي حال تعارض هذه المصفوفة مع قرار أو مصفوفة صلاحيات أحدث، يُعمل بالأحدث بعد اعتماده من الجهة المختصة.</w:t>
      </w:r>
    </w:p>
    <w:p>
      <w:pPr>
        <w:pStyle w:val="Heading1"/>
        <w:spacing w:before="2200" w:after="360"/>
        <w:jc w:val="center"/>
        <w:pageBreakBefore/>
        <w:bidi w:val="1"/>
      </w:pPr>
      <w:r>
        <w:t>الملحق الثالث: نماذج الموارد البشرية</w:t>
      </w:r>
    </w:p>
    <w:p>
      <w:pPr>
        <w:jc w:val="center"/>
        <w:bidi w:val="1"/>
      </w:pPr>
      <w:r>
        <w:rPr>
          <w:color w:val="3A8D46"/>
          <w:sz w:val="26"/>
          <w:rtl w:val="1"/>
          <w:rFonts w:ascii="Arial" w:hAnsi="Arial" w:cs="Arial"/>
        </w:rPr>
        <w:t>النماذج التشغيلية المعتمدة لتطبيق لائحة الموارد البشرية</w:t>
      </w:r>
    </w:p>
    <w:p>
      <w:r>
        <w:br w:type="page"/>
      </w:r>
    </w:p>
    <w:p>
      <w:pPr>
        <w:spacing w:before="0" w:after="80"/>
        <w:jc w:val="center"/>
        <w:bidi w:val="1"/>
      </w:pPr>
      <w:r>
        <w:rPr>
          <w:rFonts w:ascii="Arial" w:hAnsi="Arial"/>
          <w:b/>
          <w:color w:val="0F4761"/>
          <w:sz w:val="30"/>
        </w:rPr>
        <w:t>طلب شغل وظيفة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الطلب</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الإدارة/القسم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نوع الطلب: ☐ وظيفة جديدة  ☐ بديل</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الحاجة للموظف</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مبررات الاحتياج</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سبب الطلب والمتطلبات الرئيسية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العدد المطلوب</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نوع العقد: ☐ دوام كامل  ☐ دوام جزئي  ☐ مؤقت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مدير الإدارة: الاسم والتوقيع والتاريخ</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 التوصية والتوقيع</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 القرار والتوقيع</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الوصف الوظيفي</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HR-F02</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الوظيفة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الإدارة/القسم</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الدرجة/الفئة الوظيفية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الغرض والمهام</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الهدف العام للوظيفة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المهام والمسؤوليات الرئيسية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الصلاحيات وحدود المسؤولية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المتطلبات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المؤهل والتخصص</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سنوات الخبرة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المهارات والكفاءات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إعداد 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اعتماد مدير الإدارة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اعتماد المدير التنفيذي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تقييم المقابلة الشخصية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HR-F03</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المرشح</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المرشح</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الوظيفة المتقدم لها</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المقابلة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أعضاء لجنة المقابلة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عناصر التقييم</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المؤهلات والخبرة  /10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المعرفة الفنية  /10</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التواصل والعرض  /10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الملاءمة السلوكية  /10</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الدافعية والتوقعات  /10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النتيجة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المجموع  /50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التوصية: ☐ مناسب  ☐ احتياط  ☐ غير مناسب</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ملاحظات اللجنة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أسماء وتوقيعات أعضاء اللجنة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العرض الوظيفي</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HR-F04</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المرشح</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مكان العمل</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تفاصيل العرض</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الراتب الأساسي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البدلات والمزايا</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مدة العقد</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فترة التجربة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المباشرة المتوقع</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القبول</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أوافق على العرض  ☐ لا أوافق</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المرشح وتوقيعه وتاريخ القبول</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r>
    </w:tbl>
    <w:p>
      <w:pPr>
        <w:spacing w:after="20" w:line="48" w:lineRule="auto"/>
      </w:pPr>
    </w:p>
    <w:p>
      <w:r>
        <w:br w:type="page"/>
      </w:r>
    </w:p>
    <w:p>
      <w:pPr>
        <w:spacing w:before="0" w:after="80"/>
        <w:jc w:val="center"/>
        <w:bidi w:val="1"/>
      </w:pPr>
      <w:r>
        <w:rPr>
          <w:rFonts w:ascii="Arial" w:hAnsi="Arial"/>
          <w:b/>
          <w:color w:val="0F4761"/>
          <w:sz w:val="30"/>
        </w:rPr>
        <w:t>مباشرة عمل</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HR-F05</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الإدارة/القسم</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المباشرة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المباشرة الفعلي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موقع العمل</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الرئيس المباشر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الإقرار</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أقر بمباشرة عملي في التاريخ الموضح أعلاه والالتزام بأنظمة الجمعية ولوائحها</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تهيئة الموظف الجديد</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HR-F06</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المباشرة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قائمة التهيئة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استكمال الملف الوظيفي والعقد</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شرح اللائحة والسياسات</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التعريف بالهيكل والفريق</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تسليم الوصف الوظيفي والأهداف</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إنشاء الحسابات والصلاحيات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تسليم العهدة ومكان العمل</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شرح السلامة والطوارئ</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الإغلاق</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ملاحظات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توقيع الموظف</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توقيع الرئيس المباشر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توقيع الموارد البشرية</w:t>
              <w:br/>
              <w:t>................................................................</w:t>
            </w:r>
          </w:p>
        </w:tc>
      </w:tr>
    </w:tbl>
    <w:p>
      <w:pPr>
        <w:spacing w:after="20" w:line="48" w:lineRule="auto"/>
      </w:pPr>
    </w:p>
    <w:p>
      <w:r>
        <w:br w:type="page"/>
      </w:r>
    </w:p>
    <w:p>
      <w:pPr>
        <w:spacing w:before="0" w:after="80"/>
        <w:jc w:val="center"/>
        <w:bidi w:val="1"/>
      </w:pPr>
      <w:r>
        <w:rPr>
          <w:rFonts w:ascii="Arial" w:hAnsi="Arial"/>
          <w:b/>
          <w:color w:val="0F4761"/>
          <w:sz w:val="30"/>
        </w:rPr>
        <w:t>تقييم فترة التجربة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HR-F07</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مدة وتاريخ فترة التجربة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التقييم</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جودة العمل  /5</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الالتزام والانضباط  /5</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المعرفة والمهارة  /5</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التعاون والسلوك  /5</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سرعة التعلم والمبادرة  /5</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التوصية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المجموع  /25</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تثبيت  ☐ تمديد وفق النظام  ☐ إنهاء خلال فترة التجربة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مبررات التوصية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مدير الإدارة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r>
    </w:tbl>
    <w:p>
      <w:pPr>
        <w:spacing w:after="20" w:line="48" w:lineRule="auto"/>
      </w:pPr>
    </w:p>
    <w:p>
      <w:r>
        <w:br w:type="page"/>
      </w:r>
    </w:p>
    <w:p>
      <w:pPr>
        <w:spacing w:before="0" w:after="80"/>
        <w:jc w:val="center"/>
        <w:bidi w:val="1"/>
      </w:pPr>
      <w:r>
        <w:rPr>
          <w:rFonts w:ascii="Arial" w:hAnsi="Arial"/>
          <w:b/>
          <w:color w:val="0F4761"/>
          <w:sz w:val="30"/>
        </w:rPr>
        <w:t>طلب إجازة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HR-F08</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الإدارة/القسم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الإجازة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النوع: ☐ سنوية ☐ مرضية ☐ اضطرارية ☐ أخرى</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من تاريخ</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إلى تاريخ</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عدد الأيام</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الرصيد قبل الطلب</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تنظيم العمل</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 البديل أثناء الإجازة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وسيلة التواصل عند الضرورة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استئذان أثناء الدوام</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HR-F09</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الإدارة/القسم</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التاريخ</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تفاصيل الاستئذان</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وقت الخروج</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وقت العودة المتوقع</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السبب</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القرار</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موافق  ☐ غير موافق</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ملاحظات الرئيس المباشر</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التوقيعات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 عند الحاجة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تكليف بمهمة عمل أو انتداب</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HR-F10</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المهمة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الجهة/الموقع</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الغرض من المهمة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من تاريخ</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إلى تاريخ</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وسيلة السفر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المستحقات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بدل الانتداب المقدر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تكاليف النقل/السكن</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ملاحظات مالية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مدير 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المالية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r>
    </w:tbl>
    <w:p>
      <w:pPr>
        <w:spacing w:after="20" w:line="48" w:lineRule="auto"/>
      </w:pPr>
    </w:p>
    <w:p>
      <w:r>
        <w:br w:type="page"/>
      </w:r>
    </w:p>
    <w:p>
      <w:pPr>
        <w:spacing w:before="0" w:after="80"/>
        <w:jc w:val="center"/>
        <w:bidi w:val="1"/>
      </w:pPr>
      <w:r>
        <w:rPr>
          <w:rFonts w:ascii="Arial" w:hAnsi="Arial"/>
          <w:b/>
          <w:color w:val="0F4761"/>
          <w:sz w:val="30"/>
        </w:rPr>
        <w:t>تقييم الأداء الوظيفي</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التقييم</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فترة التقييم</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عناصر الأداء</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تحقيق الأهداف  /20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جودة ودقة العمل  /20</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الالتزام والانضباط  /20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التعاون والتواصل  /20</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المبادرة والتطوير  /20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النتيجة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المجموع  /100</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التقدير العام</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نقاط القوة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مجالات التحسين</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 للاطلاع</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مدير 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bl>
    <w:p>
      <w:pPr>
        <w:spacing w:after="20" w:line="48" w:lineRule="auto"/>
      </w:pPr>
    </w:p>
    <w:p>
      <w:r>
        <w:br w:type="page"/>
      </w:r>
    </w:p>
    <w:p>
      <w:pPr>
        <w:spacing w:before="0" w:after="80"/>
        <w:jc w:val="center"/>
        <w:bidi w:val="1"/>
      </w:pPr>
      <w:r>
        <w:rPr>
          <w:rFonts w:ascii="Arial" w:hAnsi="Arial"/>
          <w:b/>
          <w:color w:val="0F4761"/>
          <w:sz w:val="30"/>
        </w:rPr>
        <w:t>خطة تحسين الأداء</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HR-F12</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مدة الخطة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الخطة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جوانب الأداء المطلوب تحسينها</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النتائج المستهدفة ومؤشرات القياس</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الإجراءات والدعم المطلوب</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مواعيد المتابعة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التقييم الختامي</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النتيجة المحققة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تحقق التحسن  ☐ تحسن جزئي  ☐ لم يتحقق</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الإجراء المقترح</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التوقيعات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طلب تدريب وتقييمه</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HR-F13</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البرنامج</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البرنامج</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الجهة المقدمة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التاريخ والمدة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التكلفة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مبررات الترشيح</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التقييم بعد التنفيذ</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مدى تحقق الأهداف  /5</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جودة المحتوى والمدرب  /5</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أهم المعارف المكتسبة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كيفية تطبيقها في العمل</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تحديث بيانات موظف</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HR-F14</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البيانات المطلوب تحديثها</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رقم الهوية/الإقامة ☐ العنوان ☐ الجوال ☐ البريد</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الحالة الاجتماعية ☐ الحساب البنكي ☐ المؤهل ☐ أخرى</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البيان السابق</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البيان الجديد</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المرفقات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نوع المستند المؤيد</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سريان التحديث</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الإقرار والاعتماد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إقرار الموظف بصحة البيانات وتوقيعه</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مراجعة الموارد البشرية</w:t>
              <w:br/>
              <w:t>................................................................</w:t>
            </w:r>
          </w:p>
        </w:tc>
      </w:tr>
    </w:tbl>
    <w:p>
      <w:pPr>
        <w:spacing w:after="20" w:line="48" w:lineRule="auto"/>
      </w:pPr>
    </w:p>
    <w:p>
      <w:r>
        <w:br w:type="page"/>
      </w:r>
    </w:p>
    <w:p>
      <w:pPr>
        <w:spacing w:before="0" w:after="80"/>
        <w:jc w:val="center"/>
        <w:bidi w:val="1"/>
      </w:pPr>
      <w:r>
        <w:rPr>
          <w:rFonts w:ascii="Arial" w:hAnsi="Arial"/>
          <w:b/>
          <w:color w:val="0F4761"/>
          <w:sz w:val="30"/>
        </w:rPr>
        <w:t>نقل أو تكليف موظف</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HR-F15</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الحالي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 الحالية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الإجراء</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النوع: ☐ نقل  ☐ تكليف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المسمى/الإدارة الجديدة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البداية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النهاية إن كان مؤقتًا</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مبررات الإجراء</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الآثار الإدارية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تعديل الراتب/البدلات إن وجد</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تسليم المهام والعهد</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الحالي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الجديد</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r>
    </w:tbl>
    <w:p>
      <w:pPr>
        <w:spacing w:after="20" w:line="48" w:lineRule="auto"/>
      </w:pPr>
    </w:p>
    <w:p>
      <w:r>
        <w:br w:type="page"/>
      </w:r>
    </w:p>
    <w:p>
      <w:pPr>
        <w:spacing w:before="0" w:after="80"/>
        <w:jc w:val="center"/>
        <w:bidi w:val="1"/>
      </w:pPr>
      <w:r>
        <w:rPr>
          <w:rFonts w:ascii="Arial" w:hAnsi="Arial"/>
          <w:b/>
          <w:color w:val="0F4761"/>
          <w:sz w:val="30"/>
        </w:rPr>
        <w:t>إقرار الاطلاع على اللوائح</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HR-F16</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الإقرار</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أقر باستلام لائحة الموارد البشرية والسياسات المرتبطة بها والاطلاع عليها وفهم أحكامها، والالتزام بما ورد فيها وما يصدر من تحديثات معتمدة.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الوثائق المستلمة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لائحة 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مدونة السلوك</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سياسة أمن المعلومات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سياسات أخرى</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التوقيعات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اسم وتوقيع الموظف والتاريخ</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bl>
    <w:p>
      <w:pPr>
        <w:spacing w:after="20" w:line="48" w:lineRule="auto"/>
      </w:pPr>
    </w:p>
    <w:p>
      <w:r>
        <w:br w:type="page"/>
      </w:r>
    </w:p>
    <w:p>
      <w:pPr>
        <w:spacing w:before="0" w:after="80"/>
        <w:jc w:val="center"/>
        <w:bidi w:val="1"/>
      </w:pPr>
      <w:r>
        <w:rPr>
          <w:rFonts w:ascii="Arial" w:hAnsi="Arial"/>
          <w:b/>
          <w:color w:val="0F4761"/>
          <w:sz w:val="30"/>
        </w:rPr>
        <w:t>إقرار السرية والمحافظة على المعلومات</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HR-F17</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التعهد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أتعهد بالمحافظة على سرية معلومات الجمعية والمستفيدين والموظفين، وعدم نسخها أو إفشائها أو استخدامها لغير أغراض العمل، وإعادة جميع الوثائق والوسائط عند انتهاء العلاقة الوظيفية.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نطاق السرية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بيانات المستفيدين ☐ البيانات المالية ☐ الأنظمة والحسابات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 العقود والوثائق ☐ معلومات الموظفين ☐ غير ذلك</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التوقيعات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الشاهد/الرئيس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الإفصاح عن تعارض المصالح</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HR-F18</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الإفصاح</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هل توجد مصلحة مباشرة أو غير مباشرة؟ ☐ نعم ☐ لا</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وصف العلاقة أو المصلحة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الأطراف ذات الصلة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الإجراء المقترح لتجنب التعارض</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الإقرار</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أقر بصحة الإفصاح وبإبلاغ الجمعية فور حدوث أي تغيير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مسؤول الحوكمة/الموارد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r>
    </w:tbl>
    <w:p>
      <w:pPr>
        <w:spacing w:after="20" w:line="48" w:lineRule="auto"/>
      </w:pPr>
    </w:p>
    <w:p>
      <w:r>
        <w:br w:type="page"/>
      </w:r>
    </w:p>
    <w:p>
      <w:pPr>
        <w:spacing w:before="0" w:after="80"/>
        <w:jc w:val="center"/>
        <w:bidi w:val="1"/>
      </w:pPr>
      <w:r>
        <w:rPr>
          <w:rFonts w:ascii="Arial" w:hAnsi="Arial"/>
          <w:b/>
          <w:color w:val="0F4761"/>
          <w:sz w:val="30"/>
        </w:rPr>
        <w:t>تسليم واستلام عهدة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HR-F19</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العهدة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نوع العهدة ووصفها</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التسلسلي/الكود</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الحالة عند التسليم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الملحقات</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التسليم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التعهد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أتعهد بالمحافظة على العهدة واستخدامها لأغراض العمل وإعادتها عند الطلب أو انتهاء الخدمة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التوقيعات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المستلم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مسؤول العهدة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مدير 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شكوى أو تظلم وظيفي</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HR-F20</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مقدم الطلب</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وسيلة التواصل</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موضوع الطلب</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نوع الطلب: ☐ شكوى  ☐ تظلم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الواقعة/القرار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وصف الموضوع والوقائع</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الطلب أو الحل المقترح</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المرفقات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المعالجة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الاستلام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الإجراء المتخذ</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نتيجة المراجعة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مقدم الطلب</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صاحب الصلاحية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محضر مخالفة وتحقيق إداري</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HR-F21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المخالفة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ووقت الواقعة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وصف المخالفة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مصدر البلاغ والأدلة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المادة/السياسة ذات العلاقة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التحقيق</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سؤال اللجنة وإجابة 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دفوع الموظف ومرفقاته</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أقوال الشهود إن وجدت</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التوصية</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نتيجة التحقيق</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الجزاء أو الإجراء المقترح</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توقيع الموظف وأعضاء اللجنة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قرار جزاء تأديبي</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HR-F22</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القرار</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وصف المخالفة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ثبوتها</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الجزاء المقرر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سريان الجزاء</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مرجع التحقيق/المحضر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الإبلاغ والاعتراض</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أقر باستلام نسخة من القرار</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مدة وطريقة الاعتراض وفق اللائحة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صاحب الصلاحية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توقيع الموظف بالاستلام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p>
      <w:r>
        <w:br w:type="page"/>
      </w:r>
    </w:p>
    <w:p>
      <w:pPr>
        <w:spacing w:before="0" w:after="80"/>
        <w:jc w:val="center"/>
        <w:bidi w:val="1"/>
      </w:pPr>
      <w:r>
        <w:rPr>
          <w:rFonts w:ascii="Arial" w:hAnsi="Arial"/>
          <w:b/>
          <w:color w:val="0F4761"/>
          <w:sz w:val="30"/>
        </w:rPr>
        <w:t>طلب استقالة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HR-F23</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الطلب</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أتقدم بطلب إنهاء العلاقة الوظيفية بالاستقالة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تاريخ تقديم الطلب</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آخر يوم عمل مقترح</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سبب الاستقالة - اختياري</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التسليم</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خطة تسليم المهام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العهد والوثائق المطلوب تسليمها</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الاعتماد</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الرئيس المباشر</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صاحب الصلاحية</w:t>
              <w:br/>
              <w:t>................................................................</w:t>
            </w:r>
          </w:p>
        </w:tc>
      </w:tr>
    </w:tbl>
    <w:p>
      <w:pPr>
        <w:spacing w:after="20" w:line="48" w:lineRule="auto"/>
      </w:pPr>
    </w:p>
    <w:p>
      <w:r>
        <w:br w:type="page"/>
      </w:r>
    </w:p>
    <w:p>
      <w:pPr>
        <w:spacing w:before="0" w:after="80"/>
        <w:jc w:val="center"/>
        <w:bidi w:val="1"/>
      </w:pPr>
      <w:r>
        <w:rPr>
          <w:rFonts w:ascii="Arial" w:hAnsi="Arial"/>
          <w:b/>
          <w:color w:val="0F4761"/>
          <w:sz w:val="30"/>
        </w:rPr>
        <w:t>إخلاء طرف ونهاية خدمة</w:t>
      </w:r>
    </w:p>
    <w:tbl>
      <w:tblPr>
        <w:tblW w:type="auto" w:w="0"/>
        <w:tblLayout w:type="fixed"/>
        <w:tblLook w:firstColumn="1" w:firstRow="1" w:lastColumn="0" w:lastRow="0" w:noHBand="0" w:noVBand="1" w:val="04A0"/>
        <w:bidiVisual w:val="1"/>
      </w:tblPr>
      <w:tblGrid>
        <w:gridCol w:w="2509"/>
        <w:gridCol w:w="2509"/>
        <w:gridCol w:w="2509"/>
        <w:gridCol w:w="2509"/>
      </w:tblGrid>
      <w:tr>
        <w:trPr>
          <w:cantSplit w:val="true"/>
        </w:trPr>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رمز النموذج: HR-F24</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الإصدار: 1</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تاريخ الإصدار:      /      /</w:t>
            </w:r>
          </w:p>
        </w:tc>
        <w:tc>
          <w:tcPr>
            <w:tcW w:type="dxa" w:w="2509"/>
            <w:vAlign w:val="center"/>
            <w:tcMar>
              <w:top w:w="85" w:type="dxa"/>
              <w:start w:w="85" w:type="dxa"/>
              <w:bottom w:w="85" w:type="dxa"/>
              <w:end w:w="85" w:type="dxa"/>
            </w:tcMar>
            <w:shd w:fill="EAF3E7"/>
          </w:tcPr>
          <w:p>
            <w:pPr>
              <w:spacing w:before="20" w:after="20"/>
              <w:jc w:val="center"/>
              <w:bidi w:val="1"/>
            </w:pPr>
            <w:r>
              <w:rPr>
                <w:rtl w:val="1"/>
                <w:rFonts w:ascii="Arial" w:hAnsi="Arial" w:cs="Arial"/>
              </w:rPr>
            </w:r>
            <w:r>
              <w:rPr>
                <w:rFonts w:ascii="Arial" w:hAnsi="Arial"/>
                <w:b/>
                <w:color w:val="0F4761"/>
                <w:sz w:val="17"/>
                <w:rtl w:val="1"/>
              </w:rPr>
              <w:t xml:space="preserve">رقم الصفحة:       </w:t>
            </w:r>
          </w:p>
        </w:tc>
      </w:tr>
    </w:tbl>
    <w:p>
      <w:pPr>
        <w:spacing w:after="0"/>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بيانات الموظف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الاسم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الرقم الوظيفي</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المسمى الوظيفي</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آخر يوم عمل</w:t>
              <w:br/>
              <w:t>................................................................</w:t>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إخلاء الطرف</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 ☐ مكتمل</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المالية: ☐ مكتمل</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تقنية المعلومات: ☐ مكتمل</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العهد والمستودع: ☐ مكتمل</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الإدارة المعنية: ☐ تم تسليم المهام</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المستحقات والوثائق</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المستحقات النهائية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شهادة الخبرة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الوثائق المسلمة للموظف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r>
          </w:p>
        </w:tc>
      </w:tr>
    </w:tbl>
    <w:p>
      <w:pPr>
        <w:spacing w:after="20" w:line="48" w:lineRule="auto"/>
      </w:pPr>
    </w:p>
    <w:tbl>
      <w:tblPr>
        <w:tblW w:type="auto" w:w="0"/>
        <w:tblLook w:firstColumn="1" w:firstRow="1" w:lastColumn="0" w:lastRow="0" w:noHBand="0" w:noVBand="1" w:val="04A0"/>
        <w:bidiVisual w:val="1"/>
        <w:tblLayout w:type="fixed"/>
      </w:tblPr>
      <w:tblGrid>
        <w:gridCol w:w="10035"/>
      </w:tblGrid>
      <w:tr>
        <w:trPr>
          <w:cantSplit w:val="true"/>
        </w:trPr>
        <w:tc>
          <w:tcPr>
            <w:tcW w:type="dxa" w:w="10035"/>
            <w:vAlign w:val="center"/>
            <w:tcMar>
              <w:top w:w="85" w:type="dxa"/>
              <w:start w:w="85" w:type="dxa"/>
              <w:bottom w:w="85" w:type="dxa"/>
              <w:end w:w="85" w:type="dxa"/>
            </w:tcMar>
            <w:shd w:fill="0F4761"/>
          </w:tcPr>
          <w:p>
            <w:pPr>
              <w:spacing w:before="20" w:after="20"/>
              <w:jc w:val="right"/>
              <w:bidi w:val="1"/>
            </w:pPr>
            <w:r>
              <w:rPr>
                <w:rtl w:val="1"/>
                <w:rFonts w:ascii="Arial" w:hAnsi="Arial" w:cs="Arial"/>
              </w:rPr>
            </w:r>
            <w:r>
              <w:rPr>
                <w:rFonts w:ascii="Arial" w:hAnsi="Arial"/>
                <w:b/>
                <w:color w:val="FFFFFF"/>
                <w:sz w:val="18"/>
                <w:rtl w:val="1"/>
              </w:rPr>
              <w:t>التوقيعات</w:t>
            </w:r>
          </w:p>
        </w:tc>
      </w:tr>
    </w:tbl>
    <w:tbl>
      <w:tblPr>
        <w:tblW w:type="auto" w:w="0"/>
        <w:tblLayout w:type="fixed"/>
        <w:tblLook w:firstColumn="1" w:firstRow="1" w:lastColumn="0" w:lastRow="0" w:noHBand="0" w:noVBand="1" w:val="04A0"/>
        <w:bidiVisual w:val="1"/>
      </w:tblPr>
      <w:tblGrid>
        <w:gridCol w:w="5017"/>
        <w:gridCol w:w="5017"/>
      </w:tblGrid>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الموظف</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الموارد البشرية</w:t>
              <w:br/>
              <w:t>................................................................</w:t>
            </w:r>
          </w:p>
        </w:tc>
      </w:tr>
      <w:tr>
        <w:trPr>
          <w:cantSplit w:val="true"/>
        </w:trPr>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المالية</w:t>
              <w:br/>
              <w:t>................................................................</w:t>
            </w:r>
          </w:p>
        </w:tc>
        <w:tc>
          <w:tcPr>
            <w:tcW w:type="dxa" w:w="5017"/>
            <w:vAlign w:val="center"/>
            <w:tcMar>
              <w:top w:w="85" w:type="dxa"/>
              <w:start w:w="85" w:type="dxa"/>
              <w:bottom w:w="85" w:type="dxa"/>
              <w:end w:w="85" w:type="dxa"/>
            </w:tcMar>
          </w:tcPr>
          <w:p>
            <w:pPr>
              <w:spacing w:before="20" w:after="20"/>
              <w:jc w:val="right"/>
              <w:bidi w:val="1"/>
            </w:pPr>
            <w:r>
              <w:rPr>
                <w:rtl w:val="1"/>
                <w:rFonts w:ascii="Arial" w:hAnsi="Arial" w:cs="Arial"/>
              </w:rPr>
            </w:r>
            <w:r>
              <w:rPr>
                <w:rFonts w:ascii="Arial" w:hAnsi="Arial"/>
                <w:b w:val="0"/>
                <w:color w:val="000000"/>
                <w:sz w:val="16"/>
                <w:rtl w:val="1"/>
              </w:rPr>
              <w:t>المدير التنفيذي</w:t>
              <w:br/>
              <w:t>................................................................</w:t>
            </w:r>
          </w:p>
        </w:tc>
      </w:tr>
    </w:tbl>
    <w:p>
      <w:pPr>
        <w:spacing w:after="20" w:line="48" w:lineRule="auto"/>
      </w:pPr>
    </w:p>
    <w:sectPr w:rsidR="00AF2A41" w:rsidSect="001F0C09">
      <w:headerReference w:type="default" r:id="rId9"/>
      <w:footerReference w:type="default" r:id="rId10"/>
      <w:pgSz w:w="11906" w:h="16838"/>
      <w:pgMar w:top="2523" w:right="1134" w:bottom="1843" w:left="737" w:header="142" w:footer="0" w:gutter="0"/>
      <w:pgNumType w:start="1"/>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08371272"/>
      <w:docPartObj>
        <w:docPartGallery w:val="Page Numbers (Bottom of Page)"/>
        <w:docPartUnique/>
      </w:docPartObj>
    </w:sdtPr>
    <w:sdtEndPr/>
    <w:sdtContent>
      <w:p w14:paraId="2219CB37" w14:textId="152A69F8" w:rsidR="00E82012" w:rsidRDefault="001670E6">
        <w:pPr>
          <w:pStyle w:val="Footer"/>
          <w:jc w:val="center"/>
        </w:pPr>
        <w:r>
          <w:rPr>
            <w:noProof/>
          </w:rPr>
          <mc:AlternateContent>
            <mc:Choice Requires="wps">
              <w:drawing>
                <wp:anchor distT="0" distB="0" distL="114300" distR="114300" simplePos="0" relativeHeight="251664384" behindDoc="0" locked="0" layoutInCell="1" allowOverlap="1" wp14:anchorId="52D0807B" wp14:editId="6CBEAB30">
                  <wp:simplePos x="0" y="0"/>
                  <wp:positionH relativeFrom="column">
                    <wp:posOffset>-537882</wp:posOffset>
                  </wp:positionH>
                  <wp:positionV relativeFrom="paragraph">
                    <wp:posOffset>-568250</wp:posOffset>
                  </wp:positionV>
                  <wp:extent cx="7645213" cy="846604"/>
                  <wp:effectExtent l="0" t="0" r="0" b="0"/>
                  <wp:wrapNone/>
                  <wp:docPr id="7" name="مستطيل 7"/>
                  <wp:cNvGraphicFramePr/>
                  <a:graphic xmlns:a="http://schemas.openxmlformats.org/drawingml/2006/main">
                    <a:graphicData uri="http://schemas.microsoft.com/office/word/2010/wordprocessingShape">
                      <wps:wsp>
                        <wps:cNvSpPr/>
                        <wps:spPr>
                          <a:xfrm>
                            <a:off x="0" y="0"/>
                            <a:ext cx="7645213" cy="84660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B1E509" id="مستطيل 7" o:spid="_x0000_s1026" style="position:absolute;left:0;text-align:left;margin-left:-42.35pt;margin-top:-44.75pt;width:602pt;height:6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" stroked="f" strokeweight="1pt">
                  <v:fill r:id="rId2" o:title="" recolor="t" rotate="t" type="frame"/>
                </v:rect>
              </w:pict>
            </mc:Fallback>
          </mc:AlternateContent>
        </w:r>
        <w:r w:rsidR="00E82012">
          <w:fldChar w:fldCharType="begin"/>
        </w:r>
        <w:r w:rsidR="00E82012">
          <w:instrText>PAGE   \* MERGEFORMAT</w:instrText>
        </w:r>
        <w:r w:rsidR="00E82012">
          <w:fldChar w:fldCharType="separate"/>
        </w:r>
        <w:r w:rsidR="009C4330" w:rsidRPr="009C4330">
          <w:rPr>
            <w:noProof/>
            <w:rtl/>
            <w:lang w:val="ar-SA"/>
          </w:rPr>
          <w:t>1</w:t>
        </w:r>
        <w:r w:rsidR="00E82012">
          <w:fldChar w:fldCharType="end"/>
        </w:r>
      </w:p>
    </w:sdtContent>
  </w:sdt>
  <w:p w14:paraId="7E8F16D2" w14:textId="77777777" w:rsidR="00E82012" w:rsidRDefault="00E8201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E4FEE" w14:textId="2AA3089B" w:rsidR="00C30390" w:rsidRDefault="00FA5AE3" w:rsidP="00EE737E">
    <w:pPr>
      <w:pStyle w:val="ab"/>
      <w:rPr>
        <w:rFonts w:ascii="Sakkal Majalla" w:hAnsi="Sakkal Majalla" w:cs="Sakkal Majalla"/>
        <w:b/>
        <w:bCs/>
        <w:color w:val="000000" w:themeColor="text1"/>
        <w:sz w:val="28"/>
        <w:szCs w:val="28"/>
        <w:rtl/>
      </w:rPr>
    </w:pPr>
    <w:r>
      <w:rPr>
        <w:noProof/>
      </w:rPr>
      <mc:AlternateContent>
        <mc:Choice Requires="wps">
          <w:drawing>
            <wp:anchor distT="0" distB="0" distL="114300" distR="114300" simplePos="0" relativeHeight="251663360" behindDoc="0" locked="0" layoutInCell="1" allowOverlap="1" wp14:anchorId="6A304B1F" wp14:editId="222A7930">
              <wp:simplePos x="0" y="0"/>
              <wp:positionH relativeFrom="page">
                <wp:align>left</wp:align>
              </wp:positionH>
              <wp:positionV relativeFrom="paragraph">
                <wp:posOffset>-196850</wp:posOffset>
              </wp:positionV>
              <wp:extent cx="7814310" cy="1647825"/>
              <wp:effectExtent l="0" t="0" r="0" b="9525"/>
              <wp:wrapNone/>
              <wp:docPr id="4" name="مستطيل 4"/>
              <wp:cNvGraphicFramePr/>
              <a:graphic xmlns:a="http://schemas.openxmlformats.org/drawingml/2006/main">
                <a:graphicData uri="http://schemas.microsoft.com/office/word/2010/wordprocessingShape">
                  <wps:wsp>
                    <wps:cNvSpPr/>
                    <wps:spPr>
                      <a:xfrm>
                        <a:off x="0" y="0"/>
                        <a:ext cx="7814310" cy="164782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6A2D" id="مستطيل 4" o:spid="_x0000_s1026" style="position:absolute;margin-left:0;margin-top:-15.5pt;width:615.3pt;height:129.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" stroked="f" strokeweight="1pt">
              <v:fill r:id="rId2" o:title="" recolor="t" rotate="t" type="frame"/>
              <w10:wrap anchorx="page"/>
            </v:rect>
          </w:pict>
        </mc:Fallback>
      </mc:AlternateContent>
    </w:r>
  </w:p>
  <w:p w14:paraId="7BAD1940" w14:textId="521ACBC6" w:rsidR="00EE737E" w:rsidRDefault="00EE737E" w:rsidP="0066375E">
    <w:pPr>
      <w:pStyle w:val="ab"/>
      <w:jc w:val="center"/>
      <w:rPr>
        <w:rFonts w:ascii="Sakkal Majalla" w:hAnsi="Sakkal Majalla" w:cs="Sakkal Majalla"/>
        <w:b/>
        <w:bCs/>
        <w:color w:val="000000" w:themeColor="text1"/>
        <w:sz w:val="28"/>
        <w:szCs w:val="28"/>
        <w:rtl/>
      </w:rPr>
    </w:pPr>
  </w:p>
  <w:p w14:paraId="596B6EC7" w14:textId="4A7C1E2C" w:rsidR="00EE737E" w:rsidRDefault="00EE737E" w:rsidP="0066375E">
    <w:pPr>
      <w:pStyle w:val="ab"/>
      <w:jc w:val="center"/>
      <w:rPr>
        <w:rFonts w:ascii="Sakkal Majalla" w:hAnsi="Sakkal Majalla" w:cs="Sakkal Majalla"/>
        <w:b/>
        <w:bCs/>
        <w:color w:val="000000" w:themeColor="text1"/>
        <w:sz w:val="28"/>
        <w:szCs w:val="28"/>
        <w:rtl/>
      </w:rPr>
    </w:pPr>
  </w:p>
  <w:p w14:paraId="222BB744" w14:textId="0C068AC1" w:rsidR="00EE737E" w:rsidRPr="00BF53DA" w:rsidRDefault="00EE737E" w:rsidP="00EE737E">
    <w:pPr>
      <w:pStyle w:val="ab"/>
      <w:jc w:val="center"/>
      <w:rPr>
        <w:rFonts w:ascii="Sakkal Majalla" w:hAnsi="Sakkal Majalla" w:cs="Sakkal Majalla"/>
        <w:b/>
        <w:bCs/>
        <w:color w:val="000000" w:themeColor="text1"/>
        <w:sz w:val="28"/>
        <w:szCs w:val="28"/>
        <w:rtl/>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الموارد البشرية - جمعية البلسم للتدريب والتطوير الصحي</dc:title>
  <dc:subject>لائحة الموارد البشرية مع الملحق الثاني: نماذج الموارد البشرية</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